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0b06dec992546327c5d9ba2838daad48b407840"/>
    <w:p>
      <w:pPr>
        <w:pStyle w:val="Heading1"/>
      </w:pPr>
      <w:r>
        <w:rPr>
          <w:b/>
          <w:bCs/>
        </w:rPr>
        <w:t xml:space="preserve">October Sky</w:t>
      </w:r>
      <w:r>
        <w:br/>
      </w:r>
      <w:r>
        <w:rPr>
          <w:i/>
          <w:iCs/>
        </w:rPr>
        <w:t xml:space="preserve">Homer Hickam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primary focus is on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acquisition</w:t>
      </w:r>
      <w:r>
        <w:rPr>
          <w:b/>
          <w:bCs/>
        </w:rPr>
        <w:t xml:space="preserve"> </w:t>
      </w:r>
      <w:r>
        <w:rPr>
          <w:b/>
          <w:bCs/>
        </w:rPr>
        <w:t xml:space="preserve">of money and the things it can buy.</w:t>
      </w:r>
      <w:r>
        <w:br/>
      </w:r>
      <w:r>
        <w:t xml:space="preserve">    (a) fearing</w:t>
      </w:r>
      <w:r>
        <w:br/>
      </w:r>
      <w:r>
        <w:t xml:space="preserve">    (b) getting</w:t>
      </w:r>
      <w:r>
        <w:br/>
      </w:r>
      <w:r>
        <w:t xml:space="preserve">    (c) spending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have a numbers-tested,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analytical</w:t>
      </w:r>
      <w:r>
        <w:rPr>
          <w:b/>
          <w:bCs/>
        </w:rPr>
        <w:t xml:space="preserve"> </w:t>
      </w:r>
      <w:r>
        <w:rPr>
          <w:b/>
          <w:bCs/>
        </w:rPr>
        <w:t xml:space="preserve">approach to advertising.</w:t>
      </w:r>
      <w:r>
        <w:br/>
      </w:r>
      <w:r>
        <w:t xml:space="preserve">    (a) creative and artistic</w:t>
      </w:r>
      <w:r>
        <w:br/>
      </w:r>
      <w:r>
        <w:t xml:space="preserve">    (b) loud and aggressive</w:t>
      </w:r>
      <w:r>
        <w:br/>
      </w:r>
      <w:r>
        <w:t xml:space="preserve">    (c) logical and systematic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Until she learned to motivate herself,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apathy</w:t>
      </w:r>
      <w:r>
        <w:rPr>
          <w:b/>
          <w:bCs/>
        </w:rPr>
        <w:t xml:space="preserve"> </w:t>
      </w:r>
      <w:r>
        <w:rPr>
          <w:b/>
          <w:bCs/>
        </w:rPr>
        <w:t xml:space="preserve">led to bad grades.</w:t>
      </w:r>
      <w:r>
        <w:br/>
      </w:r>
      <w:r>
        <w:t xml:space="preserve">    (a) lack of interest</w:t>
      </w:r>
      <w:r>
        <w:br/>
      </w:r>
      <w:r>
        <w:t xml:space="preserve">    (b) lack of ability</w:t>
      </w:r>
      <w:r>
        <w:br/>
      </w:r>
      <w:r>
        <w:t xml:space="preserve">    (c) distraction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earthquake left our pictures hanging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askew</w:t>
      </w:r>
      <w:r>
        <w:rPr>
          <w:b/>
          <w:bCs/>
        </w:rPr>
        <w:t xml:space="preserve">.</w:t>
      </w:r>
      <w:r>
        <w:br/>
      </w:r>
      <w:r>
        <w:t xml:space="preserve">    (a) alone</w:t>
      </w:r>
      <w:r>
        <w:br/>
      </w:r>
      <w:r>
        <w:t xml:space="preserve">    (b) covered in dust</w:t>
      </w:r>
      <w:r>
        <w:br/>
      </w:r>
      <w:r>
        <w:t xml:space="preserve">    (c) crooked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philosopher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cogitated</w:t>
      </w:r>
      <w:r>
        <w:rPr>
          <w:b/>
          <w:bCs/>
        </w:rPr>
        <w:t xml:space="preserve"> </w:t>
      </w:r>
      <w:r>
        <w:rPr>
          <w:b/>
          <w:bCs/>
        </w:rPr>
        <w:t xml:space="preserve">for hours in her study, pondering the meaning of existence and human nature.</w:t>
      </w:r>
      <w:r>
        <w:br/>
      </w:r>
      <w:r>
        <w:t xml:space="preserve">    (a) thought deeply</w:t>
      </w:r>
      <w:r>
        <w:br/>
      </w:r>
      <w:r>
        <w:t xml:space="preserve">    (b) with rises and falls in pitch</w:t>
      </w:r>
      <w:r>
        <w:br/>
      </w:r>
      <w:r>
        <w:t xml:space="preserve">    (c) commended or praised publicly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color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complements</w:t>
      </w:r>
      <w:r>
        <w:rPr>
          <w:b/>
          <w:bCs/>
        </w:rPr>
        <w:t xml:space="preserve"> </w:t>
      </w:r>
      <w:r>
        <w:rPr>
          <w:b/>
          <w:bCs/>
        </w:rPr>
        <w:t xml:space="preserve">her eyes.</w:t>
      </w:r>
      <w:r>
        <w:br/>
      </w:r>
      <w:r>
        <w:t xml:space="preserve">    (a) matches in color</w:t>
      </w:r>
      <w:r>
        <w:br/>
      </w:r>
      <w:r>
        <w:t xml:space="preserve">    (b) says nice things about</w:t>
      </w:r>
      <w:r>
        <w:br/>
      </w:r>
      <w:r>
        <w:t xml:space="preserve">    (c) combines well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algebra, letters often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denote</w:t>
      </w:r>
      <w:r>
        <w:rPr>
          <w:b/>
          <w:bCs/>
        </w:rPr>
        <w:t xml:space="preserve"> </w:t>
      </w:r>
      <w:r>
        <w:rPr>
          <w:b/>
          <w:bCs/>
        </w:rPr>
        <w:t xml:space="preserve">unknown numbers in equations.</w:t>
      </w:r>
      <w:r>
        <w:br/>
      </w:r>
      <w:r>
        <w:t xml:space="preserve">    (a) confuse</w:t>
      </w:r>
      <w:r>
        <w:br/>
      </w:r>
      <w:r>
        <w:t xml:space="preserve">    (b) scatter</w:t>
      </w:r>
      <w:r>
        <w:br/>
      </w:r>
      <w:r>
        <w:t xml:space="preserve">    (c) represent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doing what she can to change the subject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dissemble</w:t>
      </w:r>
      <w:r>
        <w:rPr>
          <w:b/>
          <w:bCs/>
        </w:rPr>
        <w:t xml:space="preserve">.</w:t>
      </w:r>
      <w:r>
        <w:br/>
      </w:r>
      <w:r>
        <w:t xml:space="preserve">    (a) disguise the truth</w:t>
      </w:r>
      <w:r>
        <w:br/>
      </w:r>
      <w:r>
        <w:t xml:space="preserve">    (b) change reality</w:t>
      </w:r>
      <w:r>
        <w:br/>
      </w:r>
      <w:r>
        <w:t xml:space="preserve">    (c) re-think beliefs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dour</w:t>
      </w:r>
      <w:r>
        <w:rPr>
          <w:b/>
          <w:bCs/>
        </w:rPr>
        <w:t xml:space="preserve"> </w:t>
      </w:r>
      <w:r>
        <w:rPr>
          <w:b/>
          <w:bCs/>
        </w:rPr>
        <w:t xml:space="preserve">guard frowned at every joke and ordered the students to be quiet.</w:t>
      </w:r>
      <w:r>
        <w:br/>
      </w:r>
      <w:r>
        <w:t xml:space="preserve">    (a) cheerful and playful</w:t>
      </w:r>
      <w:r>
        <w:br/>
      </w:r>
      <w:r>
        <w:t xml:space="preserve">    (b) confused and lost</w:t>
      </w:r>
      <w:r>
        <w:br/>
      </w:r>
      <w:r>
        <w:t xml:space="preserve">    (c) grim and unfriendly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ebullient</w:t>
      </w:r>
      <w:r>
        <w:rPr>
          <w:b/>
          <w:bCs/>
        </w:rPr>
        <w:t xml:space="preserve"> </w:t>
      </w:r>
      <w:r>
        <w:rPr>
          <w:b/>
          <w:bCs/>
        </w:rPr>
        <w:t xml:space="preserve">crowd cheered and danced after the win.</w:t>
      </w:r>
      <w:r>
        <w:br/>
      </w:r>
      <w:r>
        <w:t xml:space="preserve">    (a) deeply embarrassed</w:t>
      </w:r>
      <w:r>
        <w:br/>
      </w:r>
      <w:r>
        <w:t xml:space="preserve">    (b) cheerfully excited</w:t>
      </w:r>
      <w:r>
        <w:br/>
      </w:r>
      <w:r>
        <w:t xml:space="preserve">    (c) quietly suspicious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both entertains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edifies</w:t>
      </w:r>
      <w:r>
        <w:rPr>
          <w:b/>
          <w:bCs/>
        </w:rPr>
        <w:t xml:space="preserve"> </w:t>
      </w:r>
      <w:r>
        <w:rPr>
          <w:b/>
          <w:bCs/>
        </w:rPr>
        <w:t xml:space="preserve">when she speaks.</w:t>
      </w:r>
      <w:r>
        <w:br/>
      </w:r>
      <w:r>
        <w:t xml:space="preserve">    (a) learns from others</w:t>
      </w:r>
      <w:r>
        <w:br/>
      </w:r>
      <w:r>
        <w:t xml:space="preserve">    (b) puzzles listeners</w:t>
      </w:r>
      <w:r>
        <w:br/>
      </w:r>
      <w:r>
        <w:t xml:space="preserve">    (c) teaches or instructs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Federal Reserve Chairman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expound</w:t>
      </w:r>
      <w:r>
        <w:rPr>
          <w:b/>
          <w:bCs/>
        </w:rPr>
        <w:t xml:space="preserve"> </w:t>
      </w:r>
      <w:r>
        <w:rPr>
          <w:b/>
          <w:bCs/>
        </w:rPr>
        <w:t xml:space="preserve">on the inflation outlook.</w:t>
      </w:r>
      <w:r>
        <w:br/>
      </w:r>
      <w:r>
        <w:t xml:space="preserve">    (a) ask questions</w:t>
      </w:r>
      <w:r>
        <w:br/>
      </w:r>
      <w:r>
        <w:t xml:space="preserve">    (b) make more excuses</w:t>
      </w:r>
      <w:r>
        <w:br/>
      </w:r>
      <w:r>
        <w:t xml:space="preserve">    (c) discuss in detail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you ride a bike fast, you have a lot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kinetic energy</w:t>
      </w:r>
      <w:r>
        <w:rPr>
          <w:b/>
          <w:bCs/>
        </w:rPr>
        <w:t xml:space="preserve">.</w:t>
      </w:r>
      <w:r>
        <w:br/>
      </w:r>
      <w:r>
        <w:t xml:space="preserve">    (a) energy from heat</w:t>
      </w:r>
      <w:r>
        <w:br/>
      </w:r>
      <w:r>
        <w:t xml:space="preserve">    (b) energy of movement</w:t>
      </w:r>
      <w:r>
        <w:br/>
      </w:r>
      <w:r>
        <w:t xml:space="preserve">    (c) energy at rest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Roses grow best in well-drained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loam</w:t>
      </w:r>
      <w:r>
        <w:rPr>
          <w:b/>
          <w:bCs/>
        </w:rPr>
        <w:t xml:space="preserve"> </w:t>
      </w:r>
      <w:r>
        <w:rPr>
          <w:b/>
          <w:bCs/>
        </w:rPr>
        <w:t xml:space="preserve">mixed with a bit of compost.</w:t>
      </w:r>
      <w:r>
        <w:br/>
      </w:r>
      <w:r>
        <w:t xml:space="preserve">    (a) rich soil</w:t>
      </w:r>
      <w:r>
        <w:br/>
      </w:r>
      <w:r>
        <w:t xml:space="preserve">    (b) fresh hay</w:t>
      </w:r>
      <w:r>
        <w:br/>
      </w:r>
      <w:r>
        <w:t xml:space="preserve">    (c) old straw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Scientists use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logarithm</w:t>
      </w:r>
      <w:r>
        <w:rPr>
          <w:b/>
          <w:bCs/>
        </w:rPr>
        <w:t xml:space="preserve"> </w:t>
      </w:r>
      <w:r>
        <w:rPr>
          <w:b/>
          <w:bCs/>
        </w:rPr>
        <w:t xml:space="preserve">so they can describe an earthquake's power with a single, simple number instead of a long string of digits.</w:t>
      </w:r>
      <w:r>
        <w:br/>
      </w:r>
      <w:r>
        <w:t xml:space="preserve">    (a) a diplomat appointed by a government to live in a foreign country and help its citizens visiting that country; or the offices of that person and assistants</w:t>
      </w:r>
      <w:r>
        <w:br/>
      </w:r>
      <w:r>
        <w:t xml:space="preserve">    (b) someone who believes in the teaching of Buddha -- that aims to end suffering by ending selfish desire and following a path of wisdom, ethics, and meditation</w:t>
      </w:r>
      <w:r>
        <w:br/>
      </w:r>
      <w:r>
        <w:t xml:space="preserve">    (c) a math value that tells how many times a number is multiplied by itself to reach another number -- often used to describe very big or very small quantities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Natural law</w:t>
      </w:r>
      <w:r>
        <w:rPr>
          <w:b/>
          <w:bCs/>
        </w:rPr>
        <w:t xml:space="preserve"> </w:t>
      </w:r>
      <w:r>
        <w:rPr>
          <w:b/>
          <w:bCs/>
        </w:rPr>
        <w:t xml:space="preserve">is why war crimes are wrong even if national law allowed them.</w:t>
      </w:r>
      <w:r>
        <w:br/>
      </w:r>
      <w:r>
        <w:t xml:space="preserve">    (a) innate moral code</w:t>
      </w:r>
      <w:r>
        <w:br/>
      </w:r>
      <w:r>
        <w:t xml:space="preserve">    (b) regional custom</w:t>
      </w:r>
      <w:r>
        <w:br/>
      </w:r>
      <w:r>
        <w:t xml:space="preserve">    (c) popular opinion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a solid-</w:t>
      </w:r>
      <w:r>
        <w:rPr>
          <w:b/>
          <w:bCs/>
          <w:u w:val="single"/>
        </w:rPr>
        <w:t xml:space="preserve">propellant</w:t>
      </w:r>
      <w:r>
        <w:rPr>
          <w:b/>
          <w:bCs/>
        </w:rPr>
        <w:t xml:space="preserve"> </w:t>
      </w:r>
      <w:r>
        <w:rPr>
          <w:b/>
          <w:bCs/>
        </w:rPr>
        <w:t xml:space="preserve">rocket.</w:t>
      </w:r>
      <w:r>
        <w:br/>
      </w:r>
      <w:r>
        <w:t xml:space="preserve">    (a) tile designed to affect noise -- typically to decrease noise</w:t>
      </w:r>
      <w:r>
        <w:br/>
      </w:r>
      <w:r>
        <w:t xml:space="preserve">    (b) the state of not being in danger of suffering from something</w:t>
      </w:r>
      <w:r>
        <w:br/>
      </w:r>
      <w:r>
        <w:t xml:space="preserve">    (c) fuel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health declined, with brief periods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remission</w:t>
      </w:r>
      <w:r>
        <w:rPr>
          <w:b/>
          <w:bCs/>
        </w:rPr>
        <w:t xml:space="preserve">, and eventually she stopped getting out of bed.</w:t>
      </w:r>
      <w:r>
        <w:br/>
      </w:r>
      <w:r>
        <w:t xml:space="preserve">    (a) different symptoms</w:t>
      </w:r>
      <w:r>
        <w:br/>
      </w:r>
      <w:r>
        <w:t xml:space="preserve">    (b) less severe symptoms</w:t>
      </w:r>
      <w:r>
        <w:br/>
      </w:r>
      <w:r>
        <w:t xml:space="preserve">    (c) more severe symptoms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Navy SEALs go through an incredibly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rigorous</w:t>
      </w:r>
      <w:r>
        <w:rPr>
          <w:b/>
          <w:bCs/>
        </w:rPr>
        <w:t xml:space="preserve"> </w:t>
      </w:r>
      <w:r>
        <w:rPr>
          <w:b/>
          <w:bCs/>
        </w:rPr>
        <w:t xml:space="preserve">qualification and training program.</w:t>
      </w:r>
      <w:r>
        <w:br/>
      </w:r>
      <w:r>
        <w:t xml:space="preserve">    (a) difficult and demanding</w:t>
      </w:r>
      <w:r>
        <w:br/>
      </w:r>
      <w:r>
        <w:t xml:space="preserve">    (b) fun and energetic</w:t>
      </w:r>
      <w:r>
        <w:br/>
      </w:r>
      <w:r>
        <w:t xml:space="preserve">    (c) up-to-date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face showed nothing but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stolid</w:t>
      </w:r>
      <w:r>
        <w:rPr>
          <w:b/>
          <w:bCs/>
        </w:rPr>
        <w:t xml:space="preserve"> </w:t>
      </w:r>
      <w:r>
        <w:rPr>
          <w:b/>
          <w:bCs/>
        </w:rPr>
        <w:t xml:space="preserve">indifference.</w:t>
      </w:r>
      <w:r>
        <w:br/>
      </w:r>
      <w:r>
        <w:t xml:space="preserve">    (a) confused</w:t>
      </w:r>
      <w:r>
        <w:br/>
      </w:r>
      <w:r>
        <w:t xml:space="preserve">    (b) bitter</w:t>
      </w:r>
      <w:r>
        <w:br/>
      </w:r>
      <w:r>
        <w:t xml:space="preserve">    (c) emotionless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2026-07-31T18:19:59Z</dcterms:created>
  <dcterms:modified xsi:type="dcterms:W3CDTF">2026-07-31T18:19:59Z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