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86840b1c421621fe3562017a05cc8c2b9f4d4f2"/>
    <w:p>
      <w:pPr>
        <w:pStyle w:val="Heading1"/>
      </w:pPr>
      <w:r>
        <w:rPr>
          <w:b/>
          <w:bCs/>
        </w:rPr>
        <w:t xml:space="preserve">October Sky</w:t>
      </w:r>
      <w:r>
        <w:br/>
      </w:r>
      <w:r>
        <w:rPr>
          <w:i/>
          <w:iCs/>
        </w:rPr>
        <w:t xml:space="preserve">Homer Hickam</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Later, the Captain stopped all the hand digging and brought in giant machines, called</w:t>
      </w:r>
      <w:r>
        <w:rPr>
          <w:b/>
          <w:bCs/>
        </w:rPr>
        <w:t xml:space="preserve"> </w:t>
      </w:r>
      <w:r>
        <w:rPr>
          <w:b/>
          <w:bCs/>
          <w:u w:val="single"/>
        </w:rPr>
        <w:t xml:space="preserve">continuous</w:t>
      </w:r>
      <w:r>
        <w:rPr>
          <w:b/>
          <w:bCs/>
        </w:rPr>
        <w:t xml:space="preserve"> </w:t>
      </w:r>
      <w:r>
        <w:rPr>
          <w:b/>
          <w:bCs/>
        </w:rPr>
        <w:t xml:space="preserve">miners, to tear the coal from its seams.</w:t>
      </w:r>
      <w:r>
        <w:br/>
      </w:r>
      <w:r>
        <w:t xml:space="preserve">    (a) continuing in time or space without interruption or irregularity</w:t>
      </w:r>
      <w:r>
        <w:br/>
      </w:r>
      <w:r>
        <w:t xml:space="preserve">    (b) pertaining to the working together of different religious groups</w:t>
      </w:r>
      <w:r>
        <w:br/>
      </w:r>
      <w:r>
        <w:t xml:space="preserve">    (c) the state of being capable of thought, self-reflection, and will</w:t>
      </w:r>
    </w:p>
    <w:p>
      <w:pPr>
        <w:pStyle w:val="Compact"/>
        <w:numPr>
          <w:ilvl w:val="0"/>
          <w:numId w:val="1001"/>
        </w:numPr>
      </w:pPr>
      <w:r>
        <w:rPr>
          <w:b/>
          <w:bCs/>
        </w:rPr>
        <w:t xml:space="preserve">Like everybody else in Coalwood, I lived</w:t>
      </w:r>
      <w:r>
        <w:rPr>
          <w:b/>
          <w:bCs/>
        </w:rPr>
        <w:t xml:space="preserve"> </w:t>
      </w:r>
      <w:r>
        <w:rPr>
          <w:b/>
          <w:bCs/>
          <w:u w:val="single"/>
        </w:rPr>
        <w:t xml:space="preserve">according to</w:t>
      </w:r>
      <w:r>
        <w:rPr>
          <w:b/>
          <w:bCs/>
        </w:rPr>
        <w:t xml:space="preserve"> </w:t>
      </w:r>
      <w:r>
        <w:rPr>
          <w:b/>
          <w:bCs/>
        </w:rPr>
        <w:t xml:space="preserve">the rhythms set by the shifts.</w:t>
      </w:r>
      <w:r>
        <w:br/>
      </w:r>
      <w:r>
        <w:t xml:space="preserve">    (a) in keeping with (or in harmony or agreement with)</w:t>
      </w:r>
      <w:r>
        <w:br/>
      </w:r>
      <w:r>
        <w:t xml:space="preserve">    (b) idiom meaning</w:t>
      </w:r>
      <w:r>
        <w:t xml:space="preserve"> </w:t>
      </w:r>
      <w:r>
        <w:rPr>
          <w:i/>
          <w:iCs/>
        </w:rPr>
        <w:t xml:space="preserve">"won the day"</w:t>
      </w:r>
      <w:r>
        <w:br/>
      </w:r>
      <w:r>
        <w:t xml:space="preserve">    (c) U.S. history:  pre-Civil War period</w:t>
      </w:r>
    </w:p>
    <w:p>
      <w:pPr>
        <w:pStyle w:val="Compact"/>
        <w:numPr>
          <w:ilvl w:val="0"/>
          <w:numId w:val="1001"/>
        </w:numPr>
      </w:pPr>
      <w:r>
        <w:rPr>
          <w:b/>
          <w:bCs/>
        </w:rPr>
        <w:t xml:space="preserve">At the time, a player as good as Jim was</w:t>
      </w:r>
      <w:r>
        <w:rPr>
          <w:b/>
          <w:bCs/>
        </w:rPr>
        <w:t xml:space="preserve"> </w:t>
      </w:r>
      <w:r>
        <w:rPr>
          <w:b/>
          <w:bCs/>
          <w:u w:val="single"/>
        </w:rPr>
        <w:t xml:space="preserve">accorded</w:t>
      </w:r>
      <w:r>
        <w:rPr>
          <w:b/>
          <w:bCs/>
        </w:rPr>
        <w:t xml:space="preserve"> </w:t>
      </w:r>
      <w:r>
        <w:rPr>
          <w:b/>
          <w:bCs/>
        </w:rPr>
        <w:t xml:space="preserve">nearly the same celebrity status across Big Creek district as...</w:t>
      </w:r>
      <w:r>
        <w:br/>
      </w:r>
      <w:r>
        <w:t xml:space="preserve">    (a) found, sought, or researched</w:t>
      </w:r>
      <w:r>
        <w:br/>
      </w:r>
      <w:r>
        <w:t xml:space="preserve">    (b) not judged in a negative way</w:t>
      </w:r>
      <w:r>
        <w:br/>
      </w:r>
      <w:r>
        <w:t xml:space="preserve">    (c) given special treatment</w:t>
      </w:r>
    </w:p>
    <w:p>
      <w:pPr>
        <w:pStyle w:val="Compact"/>
        <w:numPr>
          <w:ilvl w:val="0"/>
          <w:numId w:val="1001"/>
        </w:numPr>
      </w:pPr>
      <w:r>
        <w:rPr>
          <w:b/>
          <w:bCs/>
        </w:rPr>
        <w:t xml:space="preserve">I stared at it with no less</w:t>
      </w:r>
      <w:r>
        <w:rPr>
          <w:b/>
          <w:bCs/>
        </w:rPr>
        <w:t xml:space="preserve"> </w:t>
      </w:r>
      <w:r>
        <w:rPr>
          <w:b/>
          <w:bCs/>
          <w:u w:val="single"/>
        </w:rPr>
        <w:t xml:space="preserve">rapt</w:t>
      </w:r>
      <w:r>
        <w:rPr>
          <w:b/>
          <w:bCs/>
        </w:rPr>
        <w:t xml:space="preserve"> </w:t>
      </w:r>
      <w:r>
        <w:rPr>
          <w:b/>
          <w:bCs/>
        </w:rPr>
        <w:t xml:space="preserve">attention than if it had been God Himself in a golden chariot riding overhead.</w:t>
      </w:r>
      <w:r>
        <w:br/>
      </w:r>
      <w:r>
        <w:t xml:space="preserve">    (a) noisy and unrestrained</w:t>
      </w:r>
      <w:r>
        <w:br/>
      </w:r>
      <w:r>
        <w:t xml:space="preserve">    (b) accidental or unintentional</w:t>
      </w:r>
      <w:r>
        <w:br/>
      </w:r>
      <w:r>
        <w:t xml:space="preserve">    (c) deep interest and focus</w:t>
      </w:r>
    </w:p>
    <w:p>
      <w:pPr>
        <w:pStyle w:val="Compact"/>
        <w:numPr>
          <w:ilvl w:val="0"/>
          <w:numId w:val="1001"/>
        </w:numPr>
      </w:pPr>
      <w:r>
        <w:rPr>
          <w:b/>
          <w:bCs/>
        </w:rPr>
        <w:t xml:space="preserve">As he neared the track, a long line of loaded coal cars trundled out of his way as if in recognition of his</w:t>
      </w:r>
      <w:r>
        <w:rPr>
          <w:b/>
          <w:bCs/>
        </w:rPr>
        <w:t xml:space="preserve"> </w:t>
      </w:r>
      <w:r>
        <w:rPr>
          <w:b/>
          <w:bCs/>
          <w:u w:val="single"/>
        </w:rPr>
        <w:t xml:space="preserve">approach</w:t>
      </w:r>
      <w:r>
        <w:rPr>
          <w:b/>
          <w:bCs/>
        </w:rPr>
        <w:t xml:space="preserve">.</w:t>
      </w:r>
      <w:r>
        <w:br/>
      </w:r>
      <w:r>
        <w:t xml:space="preserve">    (a) getting near</w:t>
      </w:r>
      <w:r>
        <w:br/>
      </w:r>
      <w:r>
        <w:t xml:space="preserve">    (b) mirror back (an image)</w:t>
      </w:r>
      <w:r>
        <w:br/>
      </w:r>
      <w:r>
        <w:t xml:space="preserve">    (c) create dramatic change</w:t>
      </w:r>
    </w:p>
    <w:p>
      <w:pPr>
        <w:pStyle w:val="Compact"/>
        <w:numPr>
          <w:ilvl w:val="0"/>
          <w:numId w:val="1001"/>
        </w:numPr>
      </w:pPr>
      <w:r>
        <w:rPr>
          <w:b/>
          <w:bCs/>
        </w:rPr>
        <w:t xml:space="preserve">The best</w:t>
      </w:r>
      <w:r>
        <w:rPr>
          <w:b/>
          <w:bCs/>
        </w:rPr>
        <w:t xml:space="preserve"> </w:t>
      </w:r>
      <w:r>
        <w:rPr>
          <w:b/>
          <w:bCs/>
          <w:u w:val="single"/>
        </w:rPr>
        <w:t xml:space="preserve">approach</w:t>
      </w:r>
      <w:r>
        <w:rPr>
          <w:b/>
          <w:bCs/>
        </w:rPr>
        <w:t xml:space="preserve"> </w:t>
      </w:r>
      <w:r>
        <w:rPr>
          <w:b/>
          <w:bCs/>
        </w:rPr>
        <w:t xml:space="preserve">was to throw myself immediately on her mercy.</w:t>
      </w:r>
      <w:r>
        <w:br/>
      </w:r>
      <w:r>
        <w:t xml:space="preserve">    (a) to stick out, attract more attention than desired, or impose on others</w:t>
      </w:r>
      <w:r>
        <w:br/>
      </w:r>
      <w:r>
        <w:t xml:space="preserve">    (b) way of doing something</w:t>
      </w:r>
      <w:r>
        <w:br/>
      </w:r>
      <w:r>
        <w:t xml:space="preserve">    (c) change the direction of something or the purpose for which it is used</w:t>
      </w:r>
    </w:p>
    <w:p>
      <w:pPr>
        <w:pStyle w:val="Compact"/>
        <w:numPr>
          <w:ilvl w:val="0"/>
          <w:numId w:val="1001"/>
        </w:numPr>
      </w:pPr>
      <w:r>
        <w:rPr>
          <w:b/>
          <w:bCs/>
        </w:rPr>
        <w:t xml:space="preserve">His father had been crushed by a slate fall about a dozen years back on a section where Dad was the</w:t>
      </w:r>
      <w:r>
        <w:rPr>
          <w:b/>
          <w:bCs/>
        </w:rPr>
        <w:t xml:space="preserve"> </w:t>
      </w:r>
      <w:r>
        <w:rPr>
          <w:b/>
          <w:bCs/>
          <w:u w:val="single"/>
        </w:rPr>
        <w:t xml:space="preserve">foreman</w:t>
      </w:r>
      <w:r>
        <w:rPr>
          <w:b/>
          <w:bCs/>
        </w:rPr>
        <w:t xml:space="preserve">.</w:t>
      </w:r>
      <w:r>
        <w:br/>
      </w:r>
      <w:r>
        <w:t xml:space="preserve">    (a) someone responsible for making a judgment after thinking carefully about something</w:t>
      </w:r>
      <w:r>
        <w:br/>
      </w:r>
      <w:r>
        <w:t xml:space="preserve">    (b) a person who is in charge of other workers</w:t>
      </w:r>
      <w:r>
        <w:br/>
      </w:r>
      <w:r>
        <w:t xml:space="preserve">    (c) someone who roughly calculates or guesses a value, quantity, or extent of something</w:t>
      </w:r>
    </w:p>
    <w:p>
      <w:pPr>
        <w:pStyle w:val="Compact"/>
        <w:numPr>
          <w:ilvl w:val="0"/>
          <w:numId w:val="1001"/>
        </w:numPr>
      </w:pPr>
      <w:r>
        <w:rPr>
          <w:b/>
          <w:bCs/>
        </w:rPr>
        <w:t xml:space="preserve">Although nobody noticed it until it was too late, having Mr. Dubonnet and my dad on opposite sides was a</w:t>
      </w:r>
      <w:r>
        <w:rPr>
          <w:b/>
          <w:bCs/>
        </w:rPr>
        <w:t xml:space="preserve"> </w:t>
      </w:r>
      <w:r>
        <w:rPr>
          <w:b/>
          <w:bCs/>
          <w:u w:val="single"/>
        </w:rPr>
        <w:t xml:space="preserve">prescription</w:t>
      </w:r>
      <w:r>
        <w:rPr>
          <w:b/>
          <w:bCs/>
        </w:rPr>
        <w:t xml:space="preserve"> </w:t>
      </w:r>
      <w:r>
        <w:rPr>
          <w:b/>
          <w:bCs/>
        </w:rPr>
        <w:t xml:space="preserve">for conflict.</w:t>
      </w:r>
      <w:r>
        <w:br/>
      </w:r>
      <w:r>
        <w:t xml:space="preserve">    (a) submissiveness -- often an attitude of someone who is so submissive or eager to serve and please that they seem to lack self-respect</w:t>
      </w:r>
      <w:r>
        <w:br/>
      </w:r>
      <w:r>
        <w:t xml:space="preserve">    (b) a recommendation or requirement  OR  (from a medical doctor) an instruction -- such as writing that a patient should take antibiotics</w:t>
      </w:r>
      <w:r>
        <w:br/>
      </w:r>
      <w:r>
        <w:t xml:space="preserve">    (c) lymph node -- one of many bean-sized organs that filter bacteria and other toxins from circulating white-blood-cell filled lymph fluid</w:t>
      </w:r>
    </w:p>
    <w:p>
      <w:pPr>
        <w:pStyle w:val="Compact"/>
        <w:numPr>
          <w:ilvl w:val="0"/>
          <w:numId w:val="1001"/>
        </w:numPr>
      </w:pPr>
      <w:r>
        <w:rPr>
          <w:b/>
          <w:bCs/>
        </w:rPr>
        <w:t xml:space="preserve">"A</w:t>
      </w:r>
      <w:r>
        <w:rPr>
          <w:b/>
          <w:bCs/>
        </w:rPr>
        <w:t xml:space="preserve"> </w:t>
      </w:r>
      <w:r>
        <w:rPr>
          <w:b/>
          <w:bCs/>
          <w:u w:val="single"/>
        </w:rPr>
        <w:t xml:space="preserve">physics</w:t>
      </w:r>
      <w:r>
        <w:rPr>
          <w:b/>
          <w:bCs/>
        </w:rPr>
        <w:t xml:space="preserve"> </w:t>
      </w:r>
      <w:r>
        <w:rPr>
          <w:b/>
          <w:bCs/>
        </w:rPr>
        <w:t xml:space="preserve">book, I suppose," he said stiffly.</w:t>
      </w:r>
      <w:r>
        <w:br/>
      </w:r>
      <w:r>
        <w:t xml:space="preserve">    (a) lacking things most people enjoy</w:t>
      </w:r>
      <w:r>
        <w:br/>
      </w:r>
      <w:r>
        <w:t xml:space="preserve">    (b) referring to any rocky mountains</w:t>
      </w:r>
      <w:r>
        <w:br/>
      </w:r>
      <w:r>
        <w:t xml:space="preserve">    (c) the science of matter and energy</w:t>
      </w:r>
    </w:p>
    <w:p>
      <w:pPr>
        <w:pStyle w:val="Compact"/>
        <w:numPr>
          <w:ilvl w:val="0"/>
          <w:numId w:val="1001"/>
        </w:numPr>
      </w:pPr>
      <w:r>
        <w:rPr>
          <w:b/>
          <w:bCs/>
        </w:rPr>
        <w:t xml:space="preserve">She followed him, leaving us boys to</w:t>
      </w:r>
      <w:r>
        <w:rPr>
          <w:b/>
          <w:bCs/>
        </w:rPr>
        <w:t xml:space="preserve"> </w:t>
      </w:r>
      <w:r>
        <w:rPr>
          <w:b/>
          <w:bCs/>
          <w:u w:val="single"/>
        </w:rPr>
        <w:t xml:space="preserve">contemplate</w:t>
      </w:r>
      <w:r>
        <w:rPr>
          <w:b/>
          <w:bCs/>
        </w:rPr>
        <w:t xml:space="preserve"> </w:t>
      </w:r>
      <w:r>
        <w:rPr>
          <w:b/>
          <w:bCs/>
        </w:rPr>
        <w:t xml:space="preserve">what had been, after all, our scorched, stinking failures.</w:t>
      </w:r>
      <w:r>
        <w:br/>
      </w:r>
      <w:r>
        <w:t xml:space="preserve">    (a) wrongly translates</w:t>
      </w:r>
      <w:r>
        <w:br/>
      </w:r>
      <w:r>
        <w:t xml:space="preserve">    (b) consider or ponder</w:t>
      </w:r>
      <w:r>
        <w:br/>
      </w:r>
      <w:r>
        <w:t xml:space="preserve">    (c) restarted (a fire)</w:t>
      </w:r>
    </w:p>
    <w:p>
      <w:pPr>
        <w:pStyle w:val="Compact"/>
        <w:numPr>
          <w:ilvl w:val="0"/>
          <w:numId w:val="1001"/>
        </w:numPr>
      </w:pPr>
      <w:r>
        <w:rPr>
          <w:b/>
          <w:bCs/>
        </w:rPr>
        <w:t xml:space="preserve">Are you two boys plotting something</w:t>
      </w:r>
      <w:r>
        <w:rPr>
          <w:b/>
          <w:bCs/>
        </w:rPr>
        <w:t xml:space="preserve"> </w:t>
      </w:r>
      <w:r>
        <w:rPr>
          <w:b/>
          <w:bCs/>
          <w:u w:val="single"/>
        </w:rPr>
        <w:t xml:space="preserve">nefarious</w:t>
      </w:r>
      <w:r>
        <w:rPr>
          <w:b/>
          <w:bCs/>
        </w:rPr>
        <w:t xml:space="preserve">?</w:t>
      </w:r>
      <w:r>
        <w:br/>
      </w:r>
      <w:r>
        <w:t xml:space="preserve">    (a) evil, malicious, or criminal in nature</w:t>
      </w:r>
      <w:r>
        <w:br/>
      </w:r>
      <w:r>
        <w:t xml:space="preserve">    (b) able to accept as true (without proof)</w:t>
      </w:r>
      <w:r>
        <w:br/>
      </w:r>
      <w:r>
        <w:t xml:space="preserve">    (c) able to be protected or kept unchanged</w:t>
      </w:r>
    </w:p>
    <w:p>
      <w:pPr>
        <w:pStyle w:val="Compact"/>
        <w:numPr>
          <w:ilvl w:val="0"/>
          <w:numId w:val="1001"/>
        </w:numPr>
      </w:pPr>
      <w:r>
        <w:rPr>
          <w:b/>
          <w:bCs/>
        </w:rPr>
        <w:t xml:space="preserve">"That's the way I'll mix it and grind it for our next rocket," I told him, and he was</w:t>
      </w:r>
      <w:r>
        <w:rPr>
          <w:b/>
          <w:bCs/>
        </w:rPr>
        <w:t xml:space="preserve"> </w:t>
      </w:r>
      <w:r>
        <w:rPr>
          <w:b/>
          <w:bCs/>
          <w:u w:val="single"/>
        </w:rPr>
        <w:t xml:space="preserve">mollified</w:t>
      </w:r>
      <w:r>
        <w:rPr>
          <w:b/>
          <w:bCs/>
        </w:rPr>
        <w:t xml:space="preserve">.</w:t>
      </w:r>
      <w:r>
        <w:br/>
      </w:r>
      <w:r>
        <w:t xml:space="preserve">    (a) calmed</w:t>
      </w:r>
      <w:r>
        <w:br/>
      </w:r>
      <w:r>
        <w:t xml:space="preserve">    (b) traded</w:t>
      </w:r>
      <w:r>
        <w:br/>
      </w:r>
      <w:r>
        <w:t xml:space="preserve">    (c) copied</w:t>
      </w:r>
    </w:p>
    <w:p>
      <w:pPr>
        <w:pStyle w:val="Compact"/>
        <w:numPr>
          <w:ilvl w:val="0"/>
          <w:numId w:val="1001"/>
        </w:numPr>
      </w:pPr>
      <w:r>
        <w:rPr>
          <w:b/>
          <w:bCs/>
        </w:rPr>
        <w:t xml:space="preserve">A moment before, he seemed to be lifted high above the</w:t>
      </w:r>
      <w:r>
        <w:rPr>
          <w:b/>
          <w:bCs/>
        </w:rPr>
        <w:t xml:space="preserve"> </w:t>
      </w:r>
      <w:r>
        <w:rPr>
          <w:b/>
          <w:bCs/>
          <w:u w:val="single"/>
        </w:rPr>
        <w:t xml:space="preserve">congregation</w:t>
      </w:r>
      <w:r>
        <w:rPr>
          <w:b/>
          <w:bCs/>
        </w:rPr>
        <w:t xml:space="preserve">, carried aloft by his own rhetoric.</w:t>
      </w:r>
      <w:r>
        <w:br/>
      </w:r>
      <w:r>
        <w:t xml:space="preserve">    (a) a general feeling of not being as good as others</w:t>
      </w:r>
      <w:r>
        <w:br/>
      </w:r>
      <w:r>
        <w:t xml:space="preserve">    (b) the act, process, or instance of telling a story</w:t>
      </w:r>
      <w:r>
        <w:br/>
      </w:r>
      <w:r>
        <w:t xml:space="preserve">    (c) people who worship together in the same building</w:t>
      </w:r>
    </w:p>
    <w:p>
      <w:pPr>
        <w:pStyle w:val="Compact"/>
        <w:numPr>
          <w:ilvl w:val="0"/>
          <w:numId w:val="1001"/>
        </w:numPr>
      </w:pPr>
      <w:r>
        <w:rPr>
          <w:b/>
          <w:bCs/>
        </w:rPr>
        <w:t xml:space="preserve">To keep our morale up, we sang with</w:t>
      </w:r>
      <w:r>
        <w:rPr>
          <w:b/>
          <w:bCs/>
        </w:rPr>
        <w:t xml:space="preserve"> </w:t>
      </w:r>
      <w:r>
        <w:rPr>
          <w:b/>
          <w:bCs/>
          <w:u w:val="single"/>
        </w:rPr>
        <w:t xml:space="preserve">discordant</w:t>
      </w:r>
      <w:r>
        <w:rPr>
          <w:b/>
          <w:bCs/>
        </w:rPr>
        <w:t xml:space="preserve"> </w:t>
      </w:r>
      <w:r>
        <w:rPr>
          <w:b/>
          <w:bCs/>
        </w:rPr>
        <w:t xml:space="preserve">enthusiasm.</w:t>
      </w:r>
      <w:r>
        <w:br/>
      </w:r>
      <w:r>
        <w:t xml:space="preserve">    (a) able to be found</w:t>
      </w:r>
      <w:r>
        <w:br/>
      </w:r>
      <w:r>
        <w:t xml:space="preserve">    (b) voices that didn't go well together (unpleasant sounding)</w:t>
      </w:r>
      <w:r>
        <w:br/>
      </w:r>
      <w:r>
        <w:t xml:space="preserve">    (c) likely to change</w:t>
      </w:r>
    </w:p>
    <w:p>
      <w:pPr>
        <w:pStyle w:val="Compact"/>
        <w:numPr>
          <w:ilvl w:val="0"/>
          <w:numId w:val="1001"/>
        </w:numPr>
      </w:pPr>
      <w:r>
        <w:rPr>
          <w:b/>
          <w:bCs/>
        </w:rPr>
        <w:t xml:space="preserve">That is the most</w:t>
      </w:r>
      <w:r>
        <w:rPr>
          <w:b/>
          <w:bCs/>
        </w:rPr>
        <w:t xml:space="preserve"> </w:t>
      </w:r>
      <w:r>
        <w:rPr>
          <w:b/>
          <w:bCs/>
          <w:u w:val="single"/>
        </w:rPr>
        <w:t xml:space="preserve">prodigious</w:t>
      </w:r>
      <w:r>
        <w:rPr>
          <w:b/>
          <w:bCs/>
        </w:rPr>
        <w:t xml:space="preserve"> </w:t>
      </w:r>
      <w:r>
        <w:rPr>
          <w:b/>
          <w:bCs/>
        </w:rPr>
        <w:t xml:space="preserve">girl in this school!</w:t>
      </w:r>
      <w:r>
        <w:br/>
      </w:r>
      <w:r>
        <w:t xml:space="preserve">    (a) fabulous (beyond what is usual)</w:t>
      </w:r>
      <w:r>
        <w:br/>
      </w:r>
      <w:r>
        <w:t xml:space="preserve">    (b) in a manner of taking on or adopting power or responsibility</w:t>
      </w:r>
      <w:r>
        <w:br/>
      </w:r>
      <w:r>
        <w:t xml:space="preserve">    (c) producing a stream of atomic particles through nuclear decay</w:t>
      </w:r>
    </w:p>
    <w:p>
      <w:pPr>
        <w:pStyle w:val="Compact"/>
        <w:numPr>
          <w:ilvl w:val="0"/>
          <w:numId w:val="1001"/>
        </w:numPr>
      </w:pPr>
      <w:r>
        <w:rPr>
          <w:b/>
          <w:bCs/>
        </w:rPr>
        <w:t xml:space="preserve">"I fear the</w:t>
      </w:r>
      <w:r>
        <w:rPr>
          <w:b/>
          <w:bCs/>
        </w:rPr>
        <w:t xml:space="preserve"> </w:t>
      </w:r>
      <w:r>
        <w:rPr>
          <w:b/>
          <w:bCs/>
          <w:u w:val="single"/>
        </w:rPr>
        <w:t xml:space="preserve">ratio</w:t>
      </w:r>
      <w:r>
        <w:rPr>
          <w:b/>
          <w:bCs/>
        </w:rPr>
        <w:t xml:space="preserve"> </w:t>
      </w:r>
      <w:r>
        <w:rPr>
          <w:b/>
          <w:bCs/>
        </w:rPr>
        <w:t xml:space="preserve">of the mass of propellant added compared to the mass of the empty rocket will be too small," he said.</w:t>
      </w:r>
      <w:r>
        <w:br/>
      </w:r>
      <w:r>
        <w:t xml:space="preserve">    (a) relative quantities</w:t>
      </w:r>
      <w:r>
        <w:br/>
      </w:r>
      <w:r>
        <w:t xml:space="preserve">    (b) wrong understanding</w:t>
      </w:r>
      <w:r>
        <w:br/>
      </w:r>
      <w:r>
        <w:t xml:space="preserve">    (c) act of hiring again</w:t>
      </w:r>
    </w:p>
    <w:p>
      <w:pPr>
        <w:pStyle w:val="Compact"/>
        <w:numPr>
          <w:ilvl w:val="0"/>
          <w:numId w:val="1001"/>
        </w:numPr>
      </w:pPr>
      <w:r>
        <w:rPr>
          <w:b/>
          <w:bCs/>
        </w:rPr>
        <w:t xml:space="preserve">Mr. Turner has spoken of it, and not in</w:t>
      </w:r>
      <w:r>
        <w:rPr>
          <w:b/>
          <w:bCs/>
        </w:rPr>
        <w:t xml:space="preserve"> </w:t>
      </w:r>
      <w:r>
        <w:rPr>
          <w:b/>
          <w:bCs/>
          <w:u w:val="single"/>
        </w:rPr>
        <w:t xml:space="preserve">positive</w:t>
      </w:r>
      <w:r>
        <w:rPr>
          <w:b/>
          <w:bCs/>
        </w:rPr>
        <w:t xml:space="preserve"> </w:t>
      </w:r>
      <w:r>
        <w:rPr>
          <w:b/>
          <w:bCs/>
        </w:rPr>
        <w:t xml:space="preserve">terms.</w:t>
      </w:r>
      <w:r>
        <w:br/>
      </w:r>
      <w:r>
        <w:t xml:space="preserve">    (a) not representative</w:t>
      </w:r>
      <w:r>
        <w:br/>
      </w:r>
      <w:r>
        <w:t xml:space="preserve">    (b) good</w:t>
      </w:r>
      <w:r>
        <w:br/>
      </w:r>
      <w:r>
        <w:t xml:space="preserve">    (c) impossible to find</w:t>
      </w:r>
    </w:p>
    <w:p>
      <w:pPr>
        <w:pStyle w:val="Compact"/>
        <w:numPr>
          <w:ilvl w:val="0"/>
          <w:numId w:val="1001"/>
        </w:numPr>
      </w:pPr>
      <w:r>
        <w:rPr>
          <w:b/>
          <w:bCs/>
        </w:rPr>
        <w:t xml:space="preserve">Seeing Miss Riley so</w:t>
      </w:r>
      <w:r>
        <w:rPr>
          <w:b/>
          <w:bCs/>
        </w:rPr>
        <w:t xml:space="preserve"> </w:t>
      </w:r>
      <w:r>
        <w:rPr>
          <w:b/>
          <w:bCs/>
          <w:u w:val="single"/>
        </w:rPr>
        <w:t xml:space="preserve">positive</w:t>
      </w:r>
      <w:r>
        <w:rPr>
          <w:b/>
          <w:bCs/>
        </w:rPr>
        <w:t xml:space="preserve"> </w:t>
      </w:r>
      <w:r>
        <w:rPr>
          <w:b/>
          <w:bCs/>
        </w:rPr>
        <w:t xml:space="preserve">and hopeful made me ashamed and disgusted with my symptoms.</w:t>
      </w:r>
      <w:r>
        <w:br/>
      </w:r>
      <w:r>
        <w:t xml:space="preserve">    (a) not sensible or careful</w:t>
      </w:r>
      <w:r>
        <w:br/>
      </w:r>
      <w:r>
        <w:t xml:space="preserve">    (b) unable to get closer to</w:t>
      </w:r>
      <w:r>
        <w:br/>
      </w:r>
      <w:r>
        <w:t xml:space="preserve">    (c) optimistic</w:t>
      </w:r>
    </w:p>
    <w:p>
      <w:pPr>
        <w:pStyle w:val="Compact"/>
        <w:numPr>
          <w:ilvl w:val="0"/>
          <w:numId w:val="1001"/>
        </w:numPr>
      </w:pPr>
      <w:r>
        <w:rPr>
          <w:b/>
          <w:bCs/>
        </w:rPr>
        <w:t xml:space="preserve">In my nightly prayers, I always included by</w:t>
      </w:r>
      <w:r>
        <w:rPr>
          <w:b/>
          <w:bCs/>
        </w:rPr>
        <w:t xml:space="preserve"> </w:t>
      </w:r>
      <w:r>
        <w:rPr>
          <w:b/>
          <w:bCs/>
          <w:u w:val="single"/>
        </w:rPr>
        <w:t xml:space="preserve">rote</w:t>
      </w:r>
      <w:r>
        <w:rPr>
          <w:b/>
          <w:bCs/>
        </w:rPr>
        <w:t xml:space="preserve"> </w:t>
      </w:r>
      <w:r>
        <w:rPr>
          <w:b/>
          <w:bCs/>
        </w:rPr>
        <w:t xml:space="preserve">Mom and Dad, Jim, my uncles and aunts and grandparents (whether they were already in heaven or not), all the soldiers, sailors, and marines, Daisy Mae, Lucifer, Dandy, Poteet, and Chipper too.</w:t>
      </w:r>
      <w:r>
        <w:br/>
      </w:r>
      <w:r>
        <w:t xml:space="preserve">    (a) Rome from the founding of the city until the formation of the Republic (753-509 BC)</w:t>
      </w:r>
      <w:r>
        <w:br/>
      </w:r>
      <w:r>
        <w:t xml:space="preserve">    (b) memorization by repetition; or repeated behavior done automatically without thought</w:t>
      </w:r>
      <w:r>
        <w:br/>
      </w:r>
      <w:r>
        <w:t xml:space="preserve">    (c) Nathaniel Hawthorne's famous novel of hidden guilt and societal condemnation (1850)</w:t>
      </w:r>
    </w:p>
    <w:p>
      <w:pPr>
        <w:pStyle w:val="Compact"/>
        <w:numPr>
          <w:ilvl w:val="0"/>
          <w:numId w:val="1001"/>
        </w:numPr>
      </w:pPr>
      <w:r>
        <w:rPr>
          <w:b/>
          <w:bCs/>
        </w:rPr>
        <w:t xml:space="preserve">the converging/</w:t>
      </w:r>
      <w:r>
        <w:rPr>
          <w:b/>
          <w:bCs/>
          <w:u w:val="single"/>
        </w:rPr>
        <w:t xml:space="preserve">diverging</w:t>
      </w:r>
      <w:r>
        <w:rPr>
          <w:b/>
          <w:bCs/>
        </w:rPr>
        <w:t xml:space="preserve"> </w:t>
      </w:r>
      <w:r>
        <w:rPr>
          <w:b/>
          <w:bCs/>
        </w:rPr>
        <w:t xml:space="preserve">angles could be seen from the outside.</w:t>
      </w:r>
      <w:r>
        <w:br/>
      </w:r>
      <w:r>
        <w:t xml:space="preserve">    (a) moving apart</w:t>
      </w:r>
      <w:r>
        <w:br/>
      </w:r>
      <w:r>
        <w:t xml:space="preserve">    (b) opposing (struggling against each other)</w:t>
      </w:r>
      <w:r>
        <w:br/>
      </w:r>
      <w:r>
        <w:t xml:space="preserve">    (c) examining in detail to better understand</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2026-07-31T18:19:59Z</dcterms:created>
  <dcterms:modified xsi:type="dcterms:W3CDTF">2026-07-31T18:19:59Z</dcterms:modified>
</cp:coreProperties>
</file>

<file path=docProps/custom.xml><?xml version="1.0" encoding="utf-8"?>
<Properties xmlns="http://schemas.openxmlformats.org/officeDocument/2006/custom-properties" xmlns:vt="http://schemas.openxmlformats.org/officeDocument/2006/docPropsVTypes"/>
</file>