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obasan-joy-kogawa-vocabulary-in-context"/>
    <w:p>
      <w:pPr>
        <w:pStyle w:val="Heading1"/>
      </w:pPr>
      <w:r>
        <w:rPr>
          <w:b/>
          <w:bCs/>
        </w:rPr>
        <w:t xml:space="preserve">Obasan</w:t>
      </w:r>
      <w:r>
        <w:br/>
      </w:r>
      <w:r>
        <w:rPr>
          <w:i/>
          <w:iCs/>
        </w:rPr>
        <w:t xml:space="preserve">Joy Kogawa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coulee is so still right now that if a match were to be lit, the flame would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waver</w:t>
      </w:r>
      <w:r>
        <w:rPr>
          <w:b/>
          <w:bCs/>
        </w:rPr>
        <w:t xml:space="preserve">.</w:t>
      </w:r>
      <w:r>
        <w:br/>
      </w:r>
      <w:r>
        <w:t xml:space="preserve">    (a) to release from slavery or servitude; or (metaphorically) from social restraints</w:t>
      </w:r>
      <w:r>
        <w:br/>
      </w:r>
      <w:r>
        <w:t xml:space="preserve">    (b) to move back and forth (shake or quiver)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to change, be unsure, or weak</w:t>
      </w:r>
      <w:r>
        <w:br/>
      </w:r>
      <w:r>
        <w:t xml:space="preserve">    (c) portray or create in a particular way  OR  interpret, translate, or extract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agitation</w:t>
      </w:r>
      <w:r>
        <w:rPr>
          <w:b/>
          <w:bCs/>
        </w:rPr>
        <w:t xml:space="preserve"> </w:t>
      </w:r>
      <w:r>
        <w:rPr>
          <w:b/>
          <w:bCs/>
        </w:rPr>
        <w:t xml:space="preserve">seemed to abate as we walked through the waving grass, though his eyes still stabbed at the air around him and occasionally at me.</w:t>
      </w:r>
      <w:r>
        <w:br/>
      </w:r>
      <w:r>
        <w:t xml:space="preserve">    (a) officially telling someone about something; or something that contains the message</w:t>
      </w:r>
      <w:r>
        <w:br/>
      </w:r>
      <w:r>
        <w:t xml:space="preserve">    (b) the act of stirring up (emotionally or physically); or a state of emotional unrest</w:t>
      </w:r>
      <w:r>
        <w:br/>
      </w:r>
      <w:r>
        <w:t xml:space="preserve">    (c) formula (a mathematical expression that describe a relationship between variables)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Grandma Nakane, Uncle's mother, was too old then to understand political expediency, race riots, the yellow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</w:t>
      </w:r>
      <w:r>
        <w:rPr>
          <w:b/>
          <w:bCs/>
        </w:rPr>
        <w:t xml:space="preserve">.</w:t>
      </w:r>
      <w:r>
        <w:br/>
      </w:r>
      <w:r>
        <w:t xml:space="preserve">    (a) allows</w:t>
      </w:r>
      <w:r>
        <w:br/>
      </w:r>
      <w:r>
        <w:t xml:space="preserve">    (b) danger</w:t>
      </w:r>
      <w:r>
        <w:br/>
      </w:r>
      <w:r>
        <w:t xml:space="preserve">    (c) useful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answers are always oblique and the full story never emerges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</w:t>
      </w:r>
      <w:r>
        <w:rPr>
          <w:b/>
          <w:bCs/>
        </w:rPr>
        <w:t xml:space="preserve"> </w:t>
      </w:r>
      <w:r>
        <w:rPr>
          <w:b/>
          <w:bCs/>
        </w:rPr>
        <w:t xml:space="preserve">line.</w:t>
      </w:r>
      <w:r>
        <w:br/>
      </w:r>
      <w:r>
        <w:t xml:space="preserve">    (a) the state of doing something intentionally</w:t>
      </w:r>
      <w:r>
        <w:br/>
      </w:r>
      <w:r>
        <w:t xml:space="preserve">    (b) able to be learned, discovered, or decided</w:t>
      </w:r>
      <w:r>
        <w:br/>
      </w:r>
      <w:r>
        <w:t xml:space="preserve">    (c) without anything in between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in nearly four hours of increasingly bitter debate, there was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</w:t>
      </w:r>
      <w:r>
        <w:rPr>
          <w:b/>
          <w:bCs/>
        </w:rPr>
        <w:t xml:space="preserve"> </w:t>
      </w:r>
      <w:r>
        <w:rPr>
          <w:b/>
          <w:bCs/>
        </w:rPr>
        <w:t xml:space="preserve">answer to the blunt question posed by Mr. Maclnnis: If the national security is no longer in danger, what is the reason for curtailing the freedom of Canadian citizens?</w:t>
      </w:r>
      <w:r>
        <w:br/>
      </w:r>
      <w:r>
        <w:t xml:space="preserve">    (a) meticulousness (care for small details)</w:t>
      </w:r>
      <w:r>
        <w:br/>
      </w:r>
      <w:r>
        <w:t xml:space="preserve">    (b) clear, or straightforward</w:t>
      </w:r>
      <w:r>
        <w:br/>
      </w:r>
      <w:r>
        <w:t xml:space="preserve">    (c) the state or degree of being very large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Deportation</w:t>
      </w:r>
      <w:r>
        <w:rPr>
          <w:b/>
          <w:bCs/>
        </w:rPr>
        <w:t xml:space="preserve"> </w:t>
      </w:r>
      <w:r>
        <w:rPr>
          <w:b/>
          <w:bCs/>
        </w:rPr>
        <w:t xml:space="preserve">on racial grounds has been defined as a crime against humanity,</w:t>
      </w:r>
      <w:r>
        <w:br/>
      </w:r>
      <w:r>
        <w:t xml:space="preserve">    (a) an argument or a hostile situation</w:t>
      </w:r>
      <w:r>
        <w:br/>
      </w:r>
      <w:r>
        <w:t xml:space="preserve">    (b) forcing someone to leave a country</w:t>
      </w:r>
      <w:r>
        <w:br/>
      </w:r>
      <w:r>
        <w:t xml:space="preserve">    (c) a central open space in a building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Revocation</w:t>
      </w:r>
      <w:r>
        <w:rPr>
          <w:b/>
          <w:bCs/>
        </w:rPr>
        <w:t xml:space="preserve"> </w:t>
      </w:r>
      <w:r>
        <w:rPr>
          <w:b/>
          <w:bCs/>
        </w:rPr>
        <w:t xml:space="preserve">of nationality.</w:t>
      </w:r>
      <w:r>
        <w:br/>
      </w:r>
      <w:r>
        <w:t xml:space="preserve">    (a) to void, cancel, or take back -- especially to do so in an official manner</w:t>
      </w:r>
      <w:r>
        <w:br/>
      </w:r>
      <w:r>
        <w:t xml:space="preserve">    (b) the act of again being in a working position; or the act of starting again</w:t>
      </w:r>
      <w:r>
        <w:br/>
      </w:r>
      <w:r>
        <w:t xml:space="preserve">    (c) a professional athlete who is free to sign a contract to play for any team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American Japanese were interned as we were in Canada, and sent off to concentration camps, but their property wasn't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liquidated</w:t>
      </w:r>
      <w:r>
        <w:rPr>
          <w:b/>
          <w:bCs/>
        </w:rPr>
        <w:t xml:space="preserve"> </w:t>
      </w:r>
      <w:r>
        <w:rPr>
          <w:b/>
          <w:bCs/>
        </w:rPr>
        <w:t xml:space="preserve">as ours was.</w:t>
      </w:r>
      <w:r>
        <w:br/>
      </w:r>
      <w:r>
        <w:t xml:space="preserve">    (a) To settle or dispose of something completely -- especially by selling assets or forcefully eliminating a person or thing</w:t>
      </w:r>
      <w:r>
        <w:br/>
      </w:r>
      <w:r>
        <w:t xml:space="preserve">    (b) (verb) showed, demonstrated, proved, or caused acceptance  OR  (adjective) proven, known, accepted/trusted/successful</w:t>
      </w:r>
      <w:r>
        <w:br/>
      </w:r>
      <w:r>
        <w:t xml:space="preserve">    (c) atoned (demonstrated sorrow for a wrong either by doing something good in return for the wrong, or by accepting punishment)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Expedience</w:t>
      </w:r>
      <w:r>
        <w:rPr>
          <w:b/>
          <w:bCs/>
        </w:rPr>
        <w:t xml:space="preserve"> </w:t>
      </w:r>
      <w:r>
        <w:rPr>
          <w:b/>
          <w:bCs/>
        </w:rPr>
        <w:t xml:space="preserve">still demands decisions which will one day be judged unjust.</w:t>
      </w:r>
      <w:r>
        <w:br/>
      </w:r>
      <w:r>
        <w:t xml:space="preserve">    (a) the need for practical actions</w:t>
      </w:r>
      <w:r>
        <w:br/>
      </w:r>
      <w:r>
        <w:t xml:space="preserve">    (b) a range of things between two boundaries</w:t>
      </w:r>
      <w:r>
        <w:br/>
      </w:r>
      <w:r>
        <w:t xml:space="preserve">    (c) dreamlike state of altered consciousness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no doubt keeping the home fires burning and shouting "</w:t>
      </w:r>
      <w:r>
        <w:rPr>
          <w:b/>
          <w:bCs/>
          <w:u w:val="single"/>
        </w:rPr>
        <w:t xml:space="preserve">Democracy</w:t>
      </w:r>
      <w:r>
        <w:rPr>
          <w:b/>
          <w:bCs/>
        </w:rPr>
        <w:t xml:space="preserve">" to keep the enemy at bay.</w:t>
      </w:r>
      <w:r>
        <w:br/>
      </w:r>
      <w:r>
        <w:t xml:space="preserve">    (a) lack of interest; or the process of stopping interaction or interest</w:t>
      </w:r>
      <w:r>
        <w:br/>
      </w:r>
      <w:r>
        <w:t xml:space="preserve">    (b) a system of government in which citizens have power with equal votes</w:t>
      </w:r>
      <w:r>
        <w:br/>
      </w:r>
      <w:r>
        <w:t xml:space="preserve">    (c) relating to logical examination of something to better understand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swift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deft</w:t>
      </w:r>
      <w:r>
        <w:rPr>
          <w:b/>
          <w:bCs/>
        </w:rPr>
        <w:t xml:space="preserve"> </w:t>
      </w:r>
      <w:r>
        <w:rPr>
          <w:b/>
          <w:bCs/>
        </w:rPr>
        <w:t xml:space="preserve">fingers, Mother removes the live chicks first, placing them in her apron.</w:t>
      </w:r>
      <w:r>
        <w:br/>
      </w:r>
      <w:r>
        <w:t xml:space="preserve">    (a) good or beneficial</w:t>
      </w:r>
      <w:r>
        <w:br/>
      </w:r>
      <w:r>
        <w:t xml:space="preserve">    (b) quick and skillful</w:t>
      </w:r>
      <w:r>
        <w:br/>
      </w:r>
      <w:r>
        <w:t xml:space="preserve">    (c) not representative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quoted as saying, "We can do without the Japanese," but he's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 </w:t>
      </w:r>
      <w:r>
        <w:rPr>
          <w:b/>
          <w:bCs/>
        </w:rPr>
        <w:t xml:space="preserve">to take our boats.</w:t>
      </w:r>
      <w:r>
        <w:br/>
      </w:r>
      <w:r>
        <w:t xml:space="preserve">    (a) able to accept as true (without proof)</w:t>
      </w:r>
      <w:r>
        <w:br/>
      </w:r>
      <w:r>
        <w:t xml:space="preserve">    (b) reluctant or unwilling to do something</w:t>
      </w:r>
      <w:r>
        <w:br/>
      </w:r>
      <w:r>
        <w:t xml:space="preserve">    (c) able to be protected or kept unchanged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Those of us who are really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conscientious</w:t>
      </w:r>
      <w:r>
        <w:rPr>
          <w:b/>
          <w:bCs/>
        </w:rPr>
        <w:t xml:space="preserve"> </w:t>
      </w:r>
      <w:r>
        <w:rPr>
          <w:b/>
          <w:bCs/>
        </w:rPr>
        <w:t xml:space="preserve">and loyal—how will we ever get a chance to prove ourselves to this country?</w:t>
      </w:r>
      <w:r>
        <w:br/>
      </w:r>
      <w:r>
        <w:t xml:space="preserve">    (a) orbiting Earth once per day</w:t>
      </w:r>
      <w:r>
        <w:br/>
      </w:r>
      <w:r>
        <w:t xml:space="preserve">    (b) careful to do what is right</w:t>
      </w:r>
      <w:r>
        <w:br/>
      </w:r>
      <w:r>
        <w:t xml:space="preserve">    (c) not attractive or desirable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Rusted nails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protrude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walls.</w:t>
      </w:r>
      <w:r>
        <w:br/>
      </w:r>
      <w:r>
        <w:t xml:space="preserve">    (a) collision</w:t>
      </w:r>
      <w:r>
        <w:br/>
      </w:r>
      <w:r>
        <w:t xml:space="preserve">    (b) stick out</w:t>
      </w:r>
      <w:r>
        <w:br/>
      </w:r>
      <w:r>
        <w:t xml:space="preserve">    (c) translate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little distance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pyre</w:t>
      </w:r>
      <w:r>
        <w:rPr>
          <w:b/>
          <w:bCs/>
        </w:rPr>
        <w:t xml:space="preserve">, there are two stacks of wood.</w:t>
      </w:r>
      <w:r>
        <w:br/>
      </w:r>
      <w:r>
        <w:t xml:space="preserve">    (a) meticulousness (care about small details)</w:t>
      </w:r>
      <w:r>
        <w:br/>
      </w:r>
      <w:r>
        <w:t xml:space="preserve">    (b) a particular understanding or explanation</w:t>
      </w:r>
      <w:r>
        <w:br/>
      </w:r>
      <w:r>
        <w:t xml:space="preserve">    (c) a pile of wood or other burnable material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other side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partition</w:t>
      </w:r>
      <w:r>
        <w:rPr>
          <w:b/>
          <w:bCs/>
        </w:rPr>
        <w:t xml:space="preserve"> </w:t>
      </w:r>
      <w:r>
        <w:rPr>
          <w:b/>
          <w:bCs/>
        </w:rPr>
        <w:t xml:space="preserve">is a family with three children.</w:t>
      </w:r>
      <w:r>
        <w:br/>
      </w:r>
      <w:r>
        <w:t xml:space="preserve">    (a) a structure (less substantial than a wall) that divides a room</w:t>
      </w:r>
      <w:r>
        <w:br/>
      </w:r>
      <w:r>
        <w:t xml:space="preserve">    (b) to think of something as true or likely, even though it is not known with certainty</w:t>
      </w:r>
      <w:r>
        <w:br/>
      </w:r>
      <w:r>
        <w:t xml:space="preserve">    (c) give authority, power, knowledge, or confidence to someone so they can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two women step out,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beckoning</w:t>
      </w:r>
      <w:r>
        <w:rPr>
          <w:b/>
          <w:bCs/>
        </w:rPr>
        <w:t xml:space="preserve"> </w:t>
      </w:r>
      <w:r>
        <w:rPr>
          <w:b/>
          <w:bCs/>
        </w:rPr>
        <w:t xml:space="preserve">to the girls to follow them.</w:t>
      </w:r>
      <w:r>
        <w:br/>
      </w:r>
      <w:r>
        <w:t xml:space="preserve">    (a) convincing (someone) that an idea previously believed is not correct</w:t>
      </w:r>
      <w:r>
        <w:br/>
      </w:r>
      <w:r>
        <w:t xml:space="preserve">    (b) calling (to follow by using a hand gesture or a nod)</w:t>
      </w:r>
      <w:r>
        <w:br/>
      </w:r>
      <w:r>
        <w:t xml:space="preserve">    (c) providing evidence of something -- especially oral evidence in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branded,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as theorists, visionary idealists, purists, talkers of academic nonsense, weepers of crocodile tears.</w:t>
      </w:r>
      <w:r>
        <w:br/>
      </w:r>
      <w:r>
        <w:t xml:space="preserve">    (a)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"In the heat of the August sun," Grandma writes, "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much the effort to forget, there is no forgetfulness."</w:t>
      </w:r>
      <w:r>
        <w:br/>
      </w:r>
      <w:r>
        <w:t xml:space="preserve">    (a) regardless of how</w:t>
      </w:r>
      <w:r>
        <w:br/>
      </w:r>
      <w:r>
        <w:t xml:space="preserve">    (b) aka analysis -- psychiatric treatment; or a theory of psychiatric treatment</w:t>
      </w:r>
      <w:r>
        <w:br/>
      </w:r>
      <w:r>
        <w:t xml:space="preserve">    (c) people who are good at or spend much time studying, thinking, and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Orders-in-Council provide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exile</w:t>
      </w:r>
      <w:r>
        <w:rPr>
          <w:b/>
          <w:bCs/>
        </w:rPr>
        <w:t xml:space="preserve"> </w:t>
      </w:r>
      <w:r>
        <w:rPr>
          <w:b/>
          <w:bCs/>
        </w:rPr>
        <w:t xml:space="preserve">of Canadian citizens.</w:t>
      </w:r>
      <w:r>
        <w:br/>
      </w:r>
      <w:r>
        <w:t xml:space="preserve">    (a) forcing someone to live outside of their home country</w:t>
      </w:r>
      <w:r>
        <w:br/>
      </w:r>
      <w:r>
        <w:t xml:space="preserve">    (b) (noun) something that is lighter and draws attention -- such as an area of a painting  OR  (verb) making something lighter -- such as an area of a painting</w:t>
      </w:r>
      <w:r>
        <w:br/>
      </w:r>
      <w:r>
        <w:t xml:space="preserve">    (c) recommend or require what should be done  OR  (of a medical doctor) give medical instructions -- such as writing that a patient should take antibiotics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2026-07-31T18:07:18Z</dcterms:created>
  <dcterms:modified xsi:type="dcterms:W3CDTF">2026-07-31T18:07:18Z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