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3ff40a7a920b57ac913332b8aec7db6b9b1729"/>
    <w:p>
      <w:pPr>
        <w:pStyle w:val="Heading1"/>
      </w:pPr>
      <w:r>
        <w:rPr>
          <w:b/>
          <w:bCs/>
        </w:rPr>
        <w:t xml:space="preserve">O Pioneers!</w:t>
      </w:r>
      <w:r>
        <w:br/>
      </w:r>
      <w:r>
        <w:rPr>
          <w:i/>
          <w:iCs/>
        </w:rPr>
        <w:t xml:space="preserve">Willa Cather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younger boy was quicker,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vacillating</w:t>
      </w:r>
      <w:r>
        <w:rPr>
          <w:b/>
          <w:bCs/>
        </w:rPr>
        <w:t xml:space="preserve">.</w:t>
      </w:r>
      <w:r>
        <w:br/>
      </w:r>
      <w:r>
        <w:t xml:space="preserve">    (a) trying to obtain a result through gentle and careful effort -- often gently persuading</w:t>
      </w:r>
      <w:r>
        <w:br/>
      </w:r>
      <w:r>
        <w:t xml:space="preserve">    (b) changing his mind back and forth between conflicting ideas</w:t>
      </w:r>
      <w:r>
        <w:br/>
      </w:r>
      <w:r>
        <w:t xml:space="preserve">    (c) strongly criticizing or accusing publicly  OR  (more rarely) informing against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disapproved of all her neighbors because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slovenly</w:t>
      </w:r>
      <w:r>
        <w:rPr>
          <w:b/>
          <w:bCs/>
        </w:rPr>
        <w:t xml:space="preserve"> </w:t>
      </w:r>
      <w:r>
        <w:rPr>
          <w:b/>
          <w:bCs/>
        </w:rPr>
        <w:t xml:space="preserve">housekeeping, and the women thought her very proud.</w:t>
      </w:r>
      <w:r>
        <w:br/>
      </w:r>
      <w:r>
        <w:t xml:space="preserve">    (a) the quality of being very bad (deserving no respect)</w:t>
      </w:r>
      <w:r>
        <w:br/>
      </w:r>
      <w:r>
        <w:t xml:space="preserve">    (b) the state or degree of being optimistic or agreeable</w:t>
      </w:r>
      <w:r>
        <w:br/>
      </w:r>
      <w:r>
        <w:t xml:space="preserve">    (c) messy or dirty;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excessively careless or casual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 was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indolent</w:t>
      </w:r>
      <w:r>
        <w:rPr>
          <w:b/>
          <w:bCs/>
        </w:rPr>
        <w:t xml:space="preserve"> </w:t>
      </w:r>
      <w:r>
        <w:rPr>
          <w:b/>
          <w:bCs/>
        </w:rPr>
        <w:t xml:space="preserve">of mind as he was unsparing of his body.</w:t>
      </w:r>
      <w:r>
        <w:br/>
      </w:r>
      <w:r>
        <w:t xml:space="preserve">    (a) impulsive</w:t>
      </w:r>
      <w:r>
        <w:br/>
      </w:r>
      <w:r>
        <w:t xml:space="preserve">    (b) unfocused</w:t>
      </w:r>
      <w:r>
        <w:br/>
      </w:r>
      <w:r>
        <w:t xml:space="preserve">    (c) lazy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seemed to feel that by his own irreproachable regularity he would clear himself of blame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</w:t>
      </w:r>
      <w:r>
        <w:rPr>
          <w:b/>
          <w:bCs/>
        </w:rPr>
        <w:t xml:space="preserve"> </w:t>
      </w:r>
      <w:r>
        <w:rPr>
          <w:b/>
          <w:bCs/>
        </w:rPr>
        <w:t xml:space="preserve">the weather.</w:t>
      </w:r>
      <w:r>
        <w:br/>
      </w:r>
      <w:r>
        <w:t xml:space="preserve">    (a) translate</w:t>
      </w:r>
      <w:r>
        <w:br/>
      </w:r>
      <w:r>
        <w:t xml:space="preserve">    (b) criticize</w:t>
      </w:r>
      <w:r>
        <w:br/>
      </w:r>
      <w:r>
        <w:t xml:space="preserve">    (c) collision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Alexandra had put herself into the hands of the Hanover furniture dealer, and he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conscientiously</w:t>
      </w:r>
      <w:r>
        <w:rPr>
          <w:b/>
          <w:bCs/>
        </w:rPr>
        <w:t xml:space="preserve"> </w:t>
      </w:r>
      <w:r>
        <w:rPr>
          <w:b/>
          <w:bCs/>
        </w:rPr>
        <w:t xml:space="preserve">done his best to make her dining-room look like his display window.</w:t>
      </w:r>
      <w:r>
        <w:br/>
      </w:r>
      <w:r>
        <w:t xml:space="preserve">    (a) in a manner that is careful to do what is right</w:t>
      </w:r>
      <w:r>
        <w:br/>
      </w:r>
      <w:r>
        <w:t xml:space="preserve">    (b) in a manner that is not attractive or desirable</w:t>
      </w:r>
      <w:r>
        <w:br/>
      </w:r>
      <w:r>
        <w:t xml:space="preserve">    (c) in an excessively unhappy and unsociable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we have ever managed to do is to pay our rent,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exorbitant</w:t>
      </w:r>
      <w:r>
        <w:rPr>
          <w:b/>
          <w:bCs/>
        </w:rPr>
        <w:t xml:space="preserve"> </w:t>
      </w:r>
      <w:r>
        <w:rPr>
          <w:b/>
          <w:bCs/>
        </w:rPr>
        <w:t xml:space="preserve">rent that one has to pay for a few square feet of space near the heart of things.</w:t>
      </w:r>
      <w:r>
        <w:br/>
      </w:r>
      <w:r>
        <w:t xml:space="preserve">    (a) lacking a tendency to be full of thought</w:t>
      </w:r>
      <w:r>
        <w:br/>
      </w:r>
      <w:r>
        <w:t xml:space="preserve">    (b) a lot more than is reasonable or typical</w:t>
      </w:r>
      <w:r>
        <w:br/>
      </w:r>
      <w:r>
        <w:t xml:space="preserve">    (c) without a tendency to be full of thought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...his long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deferred</w:t>
      </w:r>
      <w:r>
        <w:rPr>
          <w:b/>
          <w:bCs/>
        </w:rPr>
        <w:t xml:space="preserve"> </w:t>
      </w:r>
      <w:r>
        <w:rPr>
          <w:b/>
          <w:bCs/>
        </w:rPr>
        <w:t xml:space="preserve">visit to Alexandra.</w:t>
      </w:r>
      <w:r>
        <w:br/>
      </w:r>
      <w:r>
        <w:t xml:space="preserve">    (a) forgave</w:t>
      </w:r>
      <w:r>
        <w:br/>
      </w:r>
      <w:r>
        <w:t xml:space="preserve">    (b) changed</w:t>
      </w:r>
      <w:r>
        <w:br/>
      </w:r>
      <w:r>
        <w:t xml:space="preserve">    (c) postponed (or put off)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Maybe there's some young lady in Lincoln, now, very grand,"—Amedee waved his hand languidly before his face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the fan of heartless beauty,—"and you lost your heart up there.</w:t>
      </w:r>
      <w:r>
        <w:br/>
      </w:r>
      <w:r>
        <w:t xml:space="preserve">    (a) select (on a computer screen)</w:t>
      </w:r>
      <w:r>
        <w:br/>
      </w:r>
      <w:r>
        <w:t xml:space="preserve">    (b) consume or destroy completely</w:t>
      </w:r>
      <w:r>
        <w:br/>
      </w:r>
      <w:r>
        <w:t xml:space="preserve">    (c) stand for or symbolize literally; or be a sign or indicator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Lou felt that they were wandering from the point, and that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digression</w:t>
      </w:r>
      <w:r>
        <w:rPr>
          <w:b/>
          <w:bCs/>
        </w:rPr>
        <w:t xml:space="preserve"> </w:t>
      </w:r>
      <w:r>
        <w:rPr>
          <w:b/>
          <w:bCs/>
        </w:rPr>
        <w:t xml:space="preserve">Alexandra might unnerve him.</w:t>
      </w:r>
      <w:r>
        <w:br/>
      </w:r>
      <w:r>
        <w:t xml:space="preserve">    (a) related to or causing dramatic change; of a supporter of the change</w:t>
      </w:r>
      <w:r>
        <w:br/>
      </w:r>
      <w:r>
        <w:t xml:space="preserve">    (b) a series of regularly spaced columns -- typically covered by a roof</w:t>
      </w:r>
      <w:r>
        <w:br/>
      </w:r>
      <w:r>
        <w:t xml:space="preserve">    (c) wandering of topic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Winter Memories I Winter has settled down over the Divide again; the season in which Nature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recuperates</w:t>
      </w:r>
      <w:r>
        <w:rPr>
          <w:b/>
          <w:bCs/>
        </w:rPr>
        <w:t xml:space="preserve">, in which she sinks to sleep between the fruitfulness of autumn and the passion of spring.</w:t>
      </w:r>
      <w:r>
        <w:br/>
      </w:r>
      <w:r>
        <w:t xml:space="preserve">    (a) regains health or strength</w:t>
      </w:r>
      <w:r>
        <w:br/>
      </w:r>
      <w:r>
        <w:t xml:space="preserve">    (b) is attractive or desirable</w:t>
      </w:r>
      <w:r>
        <w:br/>
      </w:r>
      <w:r>
        <w:t xml:space="preserve">    (c) struggles or disagreements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Marie could hear him talking and strumming on his guitar while Raoul Marcel sang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falsetto</w:t>
      </w:r>
      <w:r>
        <w:rPr>
          <w:b/>
          <w:bCs/>
        </w:rPr>
        <w:t xml:space="preserve">.</w:t>
      </w:r>
      <w:r>
        <w:br/>
      </w:r>
      <w:r>
        <w:t xml:space="preserve">    (a) a male voice that is artificially high -- usually while singing</w:t>
      </w:r>
      <w:r>
        <w:br/>
      </w:r>
      <w:r>
        <w:t xml:space="preserve">    (b) a measure of north/south (relative to the equator) on the earth</w:t>
      </w:r>
      <w:r>
        <w:br/>
      </w:r>
      <w:r>
        <w:t xml:space="preserve">    (c) a period of time or a stage during the development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"I'm angry with you, Emil," she broke out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petulance</w:t>
      </w:r>
      <w:r>
        <w:rPr>
          <w:b/>
          <w:bCs/>
        </w:rPr>
        <w:t xml:space="preserve">.</w:t>
      </w:r>
      <w:r>
        <w:br/>
      </w:r>
      <w:r>
        <w:t xml:space="preserve">    (a) an organ attached to the wall of the uterus to nourish the fetus during pregnancy</w:t>
      </w:r>
      <w:r>
        <w:br/>
      </w:r>
      <w:r>
        <w:t xml:space="preserve">    (b) unreasonably upset</w:t>
      </w:r>
      <w:r>
        <w:br/>
      </w:r>
      <w:r>
        <w:t xml:space="preserve">    (c) an angle measuring 90 degrees (like the angle between a classroom floor and wall)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married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unscrupulous</w:t>
      </w:r>
      <w:r>
        <w:rPr>
          <w:b/>
          <w:bCs/>
        </w:rPr>
        <w:t xml:space="preserve"> </w:t>
      </w:r>
      <w:r>
        <w:rPr>
          <w:b/>
          <w:bCs/>
        </w:rPr>
        <w:t xml:space="preserve">woman,</w:t>
      </w:r>
      <w:r>
        <w:br/>
      </w:r>
      <w:r>
        <w:t xml:space="preserve">    (a) important</w:t>
      </w:r>
      <w:r>
        <w:br/>
      </w:r>
      <w:r>
        <w:t xml:space="preserve">    (b) disbelief</w:t>
      </w:r>
      <w:r>
        <w:br/>
      </w:r>
      <w:r>
        <w:t xml:space="preserve">    (c) unethical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it was, they resented every change in his speech, in his dress, in his point of view; though the latter they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conjecture</w:t>
      </w:r>
      <w:r>
        <w:rPr>
          <w:b/>
          <w:bCs/>
        </w:rPr>
        <w:t xml:space="preserve">, for Emil avoided talking to them about any but family matters.</w:t>
      </w:r>
      <w:r>
        <w:br/>
      </w:r>
      <w:r>
        <w:t xml:space="preserve">    (a) a conclusion or opinion based on inconclusive evidence; or the act of forming of such a conclusion or opinion</w:t>
      </w:r>
      <w:r>
        <w:br/>
      </w:r>
      <w:r>
        <w:t xml:space="preserve">    (b) suggest (say indirectly)  OR  something suggested indirectly; or something that can be concluded; or a result</w:t>
      </w:r>
      <w:r>
        <w:br/>
      </w:r>
      <w:r>
        <w:t xml:space="preserve">    (c) cause to happen at the same time or in a coordinated sequence; or to set clocks/watches to show the same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his interests they treated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affectations</w:t>
      </w:r>
      <w:r>
        <w:rPr>
          <w:b/>
          <w:bCs/>
        </w:rPr>
        <w:t xml:space="preserve">.</w:t>
      </w:r>
      <w:r>
        <w:br/>
      </w:r>
      <w:r>
        <w:t xml:space="preserve">    (a) periods of time when someone exhibits unusual behavior</w:t>
      </w:r>
      <w:r>
        <w:br/>
      </w:r>
      <w:r>
        <w:t xml:space="preserve">    (b) speaks with someone about something for the first time</w:t>
      </w:r>
      <w:r>
        <w:br/>
      </w:r>
      <w:r>
        <w:t xml:space="preserve">    (c) things done only to make an impression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Opening the pasture gate from the saddle, Emil rode across the field to the clearing where the thresher stood, driven by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stationary</w:t>
      </w:r>
      <w:r>
        <w:rPr>
          <w:b/>
          <w:bCs/>
        </w:rPr>
        <w:t xml:space="preserve"> </w:t>
      </w:r>
      <w:r>
        <w:rPr>
          <w:b/>
          <w:bCs/>
        </w:rPr>
        <w:t xml:space="preserve">engine and fed from the header boxes.</w:t>
      </w:r>
      <w:r>
        <w:br/>
      </w:r>
      <w:r>
        <w:t xml:space="preserve">    (a) standing still; or not capable of being moved</w:t>
      </w:r>
      <w:r>
        <w:br/>
      </w:r>
      <w:r>
        <w:t xml:space="preserve">    (b) male, female, or any of many trans categories</w:t>
      </w:r>
      <w:r>
        <w:br/>
      </w:r>
      <w:r>
        <w:t xml:space="preserve">    (c) an official charge (of having broken the law)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it did not occur to Emil that any one had ever reasoned thus before, that music had ever before given a man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equivocal</w:t>
      </w:r>
      <w:r>
        <w:rPr>
          <w:b/>
          <w:bCs/>
        </w:rPr>
        <w:t xml:space="preserve"> </w:t>
      </w:r>
      <w:r>
        <w:rPr>
          <w:b/>
          <w:bCs/>
        </w:rPr>
        <w:t xml:space="preserve">revelation.</w:t>
      </w:r>
      <w:r>
        <w:br/>
      </w:r>
      <w:r>
        <w:t xml:space="preserve">    (a) able to get nearer</w:t>
      </w:r>
      <w:r>
        <w:br/>
      </w:r>
      <w:r>
        <w:t xml:space="preserve">    (b) impossible to find</w:t>
      </w:r>
      <w:r>
        <w:br/>
      </w:r>
      <w:r>
        <w:t xml:space="preserve">    (c) unclear in meaning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Alexandra smiled at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solicitude</w:t>
      </w:r>
      <w:r>
        <w:rPr>
          <w:b/>
          <w:bCs/>
        </w:rPr>
        <w:t xml:space="preserve">.</w:t>
      </w:r>
      <w:r>
        <w:br/>
      </w:r>
      <w:r>
        <w:t xml:space="preserve">    (a) the majority denomination of Islam (almost 90%)</w:t>
      </w:r>
      <w:r>
        <w:br/>
      </w:r>
      <w:r>
        <w:t xml:space="preserve">    (b) opinion of what is good and bad about something</w:t>
      </w:r>
      <w:r>
        <w:br/>
      </w:r>
      <w:r>
        <w:t xml:space="preserve">    (c) behavior that shows care or concern for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dropped into a chair and sat looking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stolidly</w:t>
      </w:r>
      <w:r>
        <w:rPr>
          <w:b/>
          <w:bCs/>
        </w:rPr>
        <w:t xml:space="preserve"> </w:t>
      </w:r>
      <w:r>
        <w:rPr>
          <w:b/>
          <w:bCs/>
        </w:rPr>
        <w:t xml:space="preserve">at the floor, his hands hanging loosely between his knees, the handkerchief lying across his striped leg.</w:t>
      </w:r>
      <w:r>
        <w:br/>
      </w:r>
      <w:r>
        <w:t xml:space="preserve">    (a) unemotionally</w:t>
      </w:r>
      <w:r>
        <w:br/>
      </w:r>
      <w:r>
        <w:t xml:space="preserve">    (b) with distaste</w:t>
      </w:r>
      <w:r>
        <w:br/>
      </w:r>
      <w:r>
        <w:t xml:space="preserve">    (c) intentionally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I got away, it was all too delicate,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intangible</w:t>
      </w:r>
      <w:r>
        <w:rPr>
          <w:b/>
          <w:bCs/>
        </w:rPr>
        <w:t xml:space="preserve">, to write about.</w:t>
      </w:r>
      <w:r>
        <w:br/>
      </w:r>
      <w:r>
        <w:t xml:space="preserve">    (a) someone who abandoned their religion or separated from others with whom they used to share firmly held beliefs</w:t>
      </w:r>
      <w:r>
        <w:br/>
      </w:r>
      <w:r>
        <w:t xml:space="preserve">    (b) unable to be physically touched (existing but not material or concrete); or something that is hard to identify</w:t>
      </w:r>
      <w:r>
        <w:br/>
      </w:r>
      <w:r>
        <w:t xml:space="preserve">    (c) an artists performance of another artist's work that expresses the performer's feelings or ideas about the work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2026-07-31T15:47:01Z</dcterms:created>
  <dcterms:modified xsi:type="dcterms:W3CDTF">2026-07-31T15:47:01Z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