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bcfe26122b96e8c8a442deec9dd63913086d8d4"/>
    <w:p>
      <w:pPr>
        <w:pStyle w:val="Heading1"/>
      </w:pPr>
      <w:r>
        <w:rPr>
          <w:b/>
          <w:bCs/>
        </w:rPr>
        <w:t xml:space="preserve">Number the Stars</w:t>
      </w:r>
      <w:r>
        <w:br/>
      </w:r>
      <w:r>
        <w:rPr>
          <w:i/>
          <w:iCs/>
        </w:rPr>
        <w:t xml:space="preserve">Lois Lowry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Thinking of Lise,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solemn</w:t>
      </w:r>
      <w:r>
        <w:rPr>
          <w:b/>
          <w:bCs/>
        </w:rPr>
        <w:t xml:space="preserve">, lovely sister, always made her sad.</w:t>
      </w:r>
      <w:r>
        <w:br/>
      </w:r>
      <w:r>
        <w:t xml:space="preserve">    (a) indicating approval or agreement</w:t>
      </w:r>
      <w:r>
        <w:br/>
      </w:r>
      <w:r>
        <w:t xml:space="preserve">    (b) very serious--possibly dignified</w:t>
      </w:r>
      <w:r>
        <w:br/>
      </w:r>
      <w:r>
        <w:t xml:space="preserve">    (c) able to be taken on as one's 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he never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lingered</w:t>
      </w:r>
      <w:r>
        <w:rPr>
          <w:b/>
          <w:bCs/>
        </w:rPr>
        <w:t xml:space="preserve"> </w:t>
      </w:r>
      <w:r>
        <w:rPr>
          <w:b/>
          <w:bCs/>
        </w:rPr>
        <w:t xml:space="preserve">anymore.</w:t>
      </w:r>
      <w:r>
        <w:br/>
      </w:r>
      <w:r>
        <w:t xml:space="preserve">    (a) a serious intestinal infection caused by contaminated food or water</w:t>
      </w:r>
      <w:r>
        <w:br/>
      </w:r>
      <w:r>
        <w:t xml:space="preserve">    (b) to remain in a place or situation longer than necessary or expected</w:t>
      </w:r>
      <w:r>
        <w:br/>
      </w:r>
      <w:r>
        <w:t xml:space="preserve">    (c) people of the second most populous denomination of Islam (over 10%)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Mama used it too, sometimes, for cooking, because electricity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rationed</w:t>
      </w:r>
      <w:r>
        <w:rPr>
          <w:b/>
          <w:bCs/>
        </w:rPr>
        <w:t xml:space="preserve"> </w:t>
      </w:r>
      <w:r>
        <w:rPr>
          <w:b/>
          <w:bCs/>
        </w:rPr>
        <w:t xml:space="preserve">now.</w:t>
      </w:r>
      <w:r>
        <w:br/>
      </w:r>
      <w:r>
        <w:t xml:space="preserve">    (a) not controlled, prevented, or made less intense</w:t>
      </w:r>
      <w:r>
        <w:br/>
      </w:r>
      <w:r>
        <w:t xml:space="preserve">    (b) a non-doctor who assisted a women in childbirth</w:t>
      </w:r>
      <w:r>
        <w:br/>
      </w:r>
      <w:r>
        <w:t xml:space="preserve">    (c) restricted in the amount each person could have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Kirsti said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haughtily</w:t>
      </w:r>
      <w:r>
        <w:rPr>
          <w:b/>
          <w:bCs/>
        </w:rPr>
        <w:t xml:space="preserve"> </w:t>
      </w:r>
      <w:r>
        <w:rPr>
          <w:b/>
          <w:bCs/>
        </w:rPr>
        <w:t xml:space="preserve">from the bedroom doorway.</w:t>
      </w:r>
      <w:r>
        <w:br/>
      </w:r>
      <w:r>
        <w:t xml:space="preserve">    (a) in a manner that is able to be promised or guaranteed</w:t>
      </w:r>
      <w:r>
        <w:br/>
      </w:r>
      <w:r>
        <w:t xml:space="preserve">    (b) in a manner that is clear, so it is easily understood</w:t>
      </w:r>
      <w:r>
        <w:br/>
      </w:r>
      <w:r>
        <w:t xml:space="preserve">    (c) condescendingly (in a superior or self-important way)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their way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tormenting</w:t>
      </w:r>
      <w:r>
        <w:rPr>
          <w:b/>
          <w:bCs/>
        </w:rPr>
        <w:t xml:space="preserve">.</w:t>
      </w:r>
      <w:r>
        <w:br/>
      </w:r>
      <w:r>
        <w:t xml:space="preserve">    (a) is most powerful, important, or noticeable</w:t>
      </w:r>
      <w:r>
        <w:br/>
      </w:r>
      <w:r>
        <w:t xml:space="preserve">    (b) causing great mental or physical suffering</w:t>
      </w:r>
      <w:r>
        <w:br/>
      </w:r>
      <w:r>
        <w:t xml:space="preserve">    (c) providing evidence that proves or supports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Mama followed her with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exasperated</w:t>
      </w:r>
      <w:r>
        <w:rPr>
          <w:b/>
          <w:bCs/>
        </w:rPr>
        <w:t xml:space="preserve"> </w:t>
      </w:r>
      <w:r>
        <w:rPr>
          <w:b/>
          <w:bCs/>
        </w:rPr>
        <w:t xml:space="preserve">look and set a package down on the table.</w:t>
      </w:r>
      <w:r>
        <w:br/>
      </w:r>
      <w:r>
        <w:t xml:space="preserve">    (a) came or arrived</w:t>
      </w:r>
      <w:r>
        <w:br/>
      </w:r>
      <w:r>
        <w:t xml:space="preserve">    (b) greatly annoyed</w:t>
      </w:r>
      <w:r>
        <w:br/>
      </w:r>
      <w:r>
        <w:t xml:space="preserve">    (c) said indirectly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took her new shoes, holding them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disdainfully</w:t>
      </w:r>
      <w:r>
        <w:rPr>
          <w:b/>
          <w:bCs/>
        </w:rPr>
        <w:t xml:space="preserve">, and put them on a chair.</w:t>
      </w:r>
      <w:r>
        <w:br/>
      </w:r>
      <w:r>
        <w:t xml:space="preserve">    (a) without concern for what others might think of oneself</w:t>
      </w:r>
      <w:r>
        <w:br/>
      </w:r>
      <w:r>
        <w:t xml:space="preserve">    (b) with a lack of respect; or with a sense of superiority</w:t>
      </w:r>
      <w:r>
        <w:br/>
      </w:r>
      <w:r>
        <w:t xml:space="preserve">    (c) in a manner that is aware or concerned about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Leaving for school on Thursday with her sister, Annemarie saw the Rosens walking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synagogue</w:t>
      </w:r>
      <w:r>
        <w:rPr>
          <w:b/>
          <w:bCs/>
        </w:rPr>
        <w:t xml:space="preserve"> </w:t>
      </w:r>
      <w:r>
        <w:rPr>
          <w:b/>
          <w:bCs/>
        </w:rPr>
        <w:t xml:space="preserve">early in the morning, dressed in their best clothes.</w:t>
      </w:r>
      <w:r>
        <w:br/>
      </w:r>
      <w:r>
        <w:t xml:space="preserve">    (a) a particular way of seeing or thinking about things</w:t>
      </w:r>
      <w:r>
        <w:br/>
      </w:r>
      <w:r>
        <w:t xml:space="preserve">    (b) a place of worship for a people of the Jewish faith</w:t>
      </w:r>
      <w:r>
        <w:br/>
      </w:r>
      <w:r>
        <w:t xml:space="preserve">    (c) collection of star systems held together by gravity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Kirsti asked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dubiously</w:t>
      </w:r>
      <w:r>
        <w:rPr>
          <w:b/>
          <w:bCs/>
        </w:rPr>
        <w:t xml:space="preserve">.</w:t>
      </w:r>
      <w:r>
        <w:br/>
      </w:r>
      <w:r>
        <w:t xml:space="preserve">    (a) doubtfully or suspiciously</w:t>
      </w:r>
      <w:r>
        <w:br/>
      </w:r>
      <w:r>
        <w:t xml:space="preserve">    (b) not in a self-aware manner</w:t>
      </w:r>
      <w:r>
        <w:br/>
      </w:r>
      <w:r>
        <w:t xml:space="preserve">    (c) not capable of being found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morning, at the synagogue, the rabbi told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congregation</w:t>
      </w:r>
      <w:r>
        <w:rPr>
          <w:b/>
          <w:bCs/>
        </w:rPr>
        <w:t xml:space="preserve"> </w:t>
      </w:r>
      <w:r>
        <w:rPr>
          <w:b/>
          <w:bCs/>
        </w:rPr>
        <w:t xml:space="preserve">that the Nazis have taken the synagogue lists of all the Jews.</w:t>
      </w:r>
      <w:r>
        <w:br/>
      </w:r>
      <w:r>
        <w:t xml:space="preserve">    (a) the act, process, or instance of telling a story</w:t>
      </w:r>
      <w:r>
        <w:br/>
      </w:r>
      <w:r>
        <w:t xml:space="preserve">    (b) people who worship together in the same building</w:t>
      </w:r>
      <w:r>
        <w:br/>
      </w:r>
      <w:r>
        <w:t xml:space="preserve">    (c) a general feeling of not being as good as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Ellen stood on tiptoe again, and made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imperious</w:t>
      </w:r>
      <w:r>
        <w:rPr>
          <w:b/>
          <w:bCs/>
        </w:rPr>
        <w:t xml:space="preserve"> </w:t>
      </w:r>
      <w:r>
        <w:rPr>
          <w:b/>
          <w:bCs/>
        </w:rPr>
        <w:t xml:space="preserve">gesture with her arm.</w:t>
      </w:r>
      <w:r>
        <w:br/>
      </w:r>
      <w:r>
        <w:t xml:space="preserve">    (a) foolish</w:t>
      </w:r>
      <w:r>
        <w:br/>
      </w:r>
      <w:r>
        <w:t xml:space="preserve">    (b) expecting obedience; or arrogant; or domineering</w:t>
      </w:r>
      <w:r>
        <w:br/>
      </w:r>
      <w:r>
        <w:t xml:space="preserve">    (c) ridiculous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laughed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scornfully</w:t>
      </w:r>
      <w:r>
        <w:rPr>
          <w:b/>
          <w:bCs/>
        </w:rPr>
        <w:t xml:space="preserve">.</w:t>
      </w:r>
      <w:r>
        <w:br/>
      </w:r>
      <w:r>
        <w:t xml:space="preserve">    (a) with grace of movement and flexibility</w:t>
      </w:r>
      <w:r>
        <w:br/>
      </w:r>
      <w:r>
        <w:t xml:space="preserve">    (b) in a manner that is not easily noticed</w:t>
      </w:r>
      <w:r>
        <w:br/>
      </w:r>
      <w:r>
        <w:t xml:space="preserve">    (c) in a disrespectful or rejecting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Ellen and Annemarie both smiled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tentatively</w:t>
      </w:r>
      <w:r>
        <w:rPr>
          <w:b/>
          <w:bCs/>
        </w:rPr>
        <w:t xml:space="preserve">.</w:t>
      </w:r>
      <w:r>
        <w:br/>
      </w:r>
      <w:r>
        <w:t xml:space="preserve">    (a) in a manner that is not sincere</w:t>
      </w:r>
      <w:r>
        <w:br/>
      </w:r>
      <w:r>
        <w:t xml:space="preserve">    (b) in an unsure or hesitant manner</w:t>
      </w:r>
      <w:r>
        <w:br/>
      </w:r>
      <w:r>
        <w:t xml:space="preserve">    (c) in comparison to something else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One of them had something stuck in his teeth; he probed with his tongue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distorted</w:t>
      </w:r>
      <w:r>
        <w:rPr>
          <w:b/>
          <w:bCs/>
        </w:rPr>
        <w:t xml:space="preserve"> </w:t>
      </w:r>
      <w:r>
        <w:rPr>
          <w:b/>
          <w:bCs/>
        </w:rPr>
        <w:t xml:space="preserve">his own face.</w:t>
      </w:r>
      <w:r>
        <w:br/>
      </w:r>
      <w:r>
        <w:t xml:space="preserve">    (a) said (or make a sound) with the voice</w:t>
      </w:r>
      <w:r>
        <w:br/>
      </w:r>
      <w:r>
        <w:t xml:space="preserve">    (b) altered in an unnatural or untrue way</w:t>
      </w:r>
      <w:r>
        <w:br/>
      </w:r>
      <w:r>
        <w:t xml:space="preserve">    (c) genetically changed through evolution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strong hands continued,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deftly</w:t>
      </w:r>
      <w:r>
        <w:rPr>
          <w:b/>
          <w:bCs/>
        </w:rPr>
        <w:t xml:space="preserve"> </w:t>
      </w:r>
      <w:r>
        <w:rPr>
          <w:b/>
          <w:bCs/>
        </w:rPr>
        <w:t xml:space="preserve">pressing like a pulse against the cow.</w:t>
      </w:r>
      <w:r>
        <w:br/>
      </w:r>
      <w:r>
        <w:t xml:space="preserve">    (a) quick and skillful</w:t>
      </w:r>
      <w:r>
        <w:br/>
      </w:r>
      <w:r>
        <w:t xml:space="preserve">    (b) with strong desire</w:t>
      </w:r>
      <w:r>
        <w:br/>
      </w:r>
      <w:r>
        <w:t xml:space="preserve">    (c) in a sloped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smiled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wryly</w:t>
      </w:r>
      <w:r>
        <w:rPr>
          <w:b/>
          <w:bCs/>
        </w:rPr>
        <w:t xml:space="preserve">.</w:t>
      </w:r>
      <w:r>
        <w:br/>
      </w:r>
      <w:r>
        <w:t xml:space="preserve">    (a) adequately (in a manner that provides enough -- often without being more than is needed)</w:t>
      </w:r>
      <w:r>
        <w:br/>
      </w:r>
      <w:r>
        <w:t xml:space="preserve">    (b) humor -- often understated, sarcastic, or ironic -- often expressed by twisting the face</w:t>
      </w:r>
      <w:r>
        <w:br/>
      </w:r>
      <w:r>
        <w:t xml:space="preserve">    (c) in a manner that relates to questions that cannot be answered with the scientific method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Mama had been firm, and finally Kirsti,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sulking</w:t>
      </w:r>
      <w:r>
        <w:rPr>
          <w:b/>
          <w:bCs/>
        </w:rPr>
        <w:t xml:space="preserve">, had trudged upstairs with her dolls under one arm and the kitten under the other.</w:t>
      </w:r>
      <w:r>
        <w:br/>
      </w:r>
      <w:r>
        <w:t xml:space="preserve">    (a) eating rapidly and completely</w:t>
      </w:r>
      <w:r>
        <w:br/>
      </w:r>
      <w:r>
        <w:t xml:space="preserve">    (b) overly unhappy and unsociable</w:t>
      </w:r>
      <w:r>
        <w:br/>
      </w:r>
      <w:r>
        <w:t xml:space="preserve">    (c) drawing pictures to accompany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"Poor Great-aunt Birte," he said, in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condescending</w:t>
      </w:r>
      <w:r>
        <w:rPr>
          <w:b/>
          <w:bCs/>
        </w:rPr>
        <w:t xml:space="preserve"> </w:t>
      </w:r>
      <w:r>
        <w:rPr>
          <w:b/>
          <w:bCs/>
        </w:rPr>
        <w:t xml:space="preserve">voice.</w:t>
      </w:r>
      <w:r>
        <w:br/>
      </w:r>
      <w:r>
        <w:t xml:space="preserve">    (a) interesting or exciting; or encouraging interest or excitement; or causing something to happen</w:t>
      </w:r>
      <w:r>
        <w:br/>
      </w:r>
      <w:r>
        <w:t xml:space="preserve">    (b) persuading someone to want something (often sex or love) by tempting with something desired</w:t>
      </w:r>
      <w:r>
        <w:br/>
      </w:r>
      <w:r>
        <w:t xml:space="preserve">    (c) treating others as inferior; or doing something considered beneath one's position or dignity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"You know we have no meat," she said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insolently</w:t>
      </w:r>
      <w:r>
        <w:rPr>
          <w:b/>
          <w:bCs/>
        </w:rPr>
        <w:t xml:space="preserve">.</w:t>
      </w:r>
      <w:r>
        <w:br/>
      </w:r>
      <w:r>
        <w:t xml:space="preserve">    (a) in a wasteful manner</w:t>
      </w:r>
      <w:r>
        <w:br/>
      </w:r>
      <w:r>
        <w:t xml:space="preserve">    (b) with great annoyance</w:t>
      </w:r>
      <w:r>
        <w:br/>
      </w:r>
      <w:r>
        <w:t xml:space="preserve">    (c) with rude disrespect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the noise from Blossom, forgotten, unmilked, uncomfortable, in the barn, had sent Annemarie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warily</w:t>
      </w:r>
      <w:r>
        <w:rPr>
          <w:b/>
          <w:bCs/>
        </w:rPr>
        <w:t xml:space="preserve"> </w:t>
      </w:r>
      <w:r>
        <w:rPr>
          <w:b/>
          <w:bCs/>
        </w:rPr>
        <w:t xml:space="preserve">out with the milking bucket.</w:t>
      </w:r>
      <w:r>
        <w:br/>
      </w:r>
      <w:r>
        <w:t xml:space="preserve">    (a) in a manner that involves betrayal</w:t>
      </w:r>
      <w:r>
        <w:br/>
      </w:r>
      <w:r>
        <w:t xml:space="preserve">    (b) with difficulty moving or managing</w:t>
      </w:r>
      <w:r>
        <w:br/>
      </w:r>
      <w:r>
        <w:t xml:space="preserve">    (c) in a nervous or distrustful manner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2026-07-31T19:36:57Z</dcterms:created>
  <dcterms:modified xsi:type="dcterms:W3CDTF">2026-07-31T19:36:57Z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