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c3ea4961c837900494ff60507e7aa8064c98cb"/>
    <w:p>
      <w:pPr>
        <w:pStyle w:val="Heading1"/>
      </w:pPr>
      <w:r>
        <w:rPr>
          <w:b/>
          <w:bCs/>
        </w:rPr>
        <w:t xml:space="preserve">Notes from the Underground</w:t>
      </w:r>
      <w:r>
        <w:br/>
      </w:r>
      <w:r>
        <w:rPr>
          <w:i/>
          <w:iCs/>
        </w:rPr>
        <w:t xml:space="preserve">Fyodor Dostoyevsky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acute</w:t>
      </w:r>
      <w:r>
        <w:rPr>
          <w:b/>
          <w:bCs/>
        </w:rPr>
        <w:t xml:space="preserve"> </w:t>
      </w:r>
      <w:r>
        <w:rPr>
          <w:b/>
          <w:bCs/>
        </w:rPr>
        <w:t xml:space="preserve">appendicitis.</w:t>
      </w:r>
      <w:r>
        <w:br/>
      </w:r>
      <w:r>
        <w:t xml:space="preserve">    (a) bad</w:t>
      </w:r>
      <w:r>
        <w:br/>
      </w:r>
      <w:r>
        <w:t xml:space="preserve">    (b) minor</w:t>
      </w:r>
      <w:r>
        <w:br/>
      </w:r>
      <w:r>
        <w:t xml:space="preserve">    (c) gradual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Birds tend to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acute</w:t>
      </w:r>
      <w:r>
        <w:rPr>
          <w:b/>
          <w:bCs/>
        </w:rPr>
        <w:t xml:space="preserve"> </w:t>
      </w:r>
      <w:r>
        <w:rPr>
          <w:b/>
          <w:bCs/>
        </w:rPr>
        <w:t xml:space="preserve">vision.</w:t>
      </w:r>
      <w:r>
        <w:br/>
      </w:r>
      <w:r>
        <w:t xml:space="preserve">    (a) colorless</w:t>
      </w:r>
      <w:r>
        <w:br/>
      </w:r>
      <w:r>
        <w:t xml:space="preserve">    (b) excellent</w:t>
      </w:r>
      <w:r>
        <w:br/>
      </w:r>
      <w:r>
        <w:t xml:space="preserve">    (c) poor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hope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attain</w:t>
      </w:r>
      <w:r>
        <w:rPr>
          <w:b/>
          <w:bCs/>
        </w:rPr>
        <w:t xml:space="preserve"> </w:t>
      </w:r>
      <w:r>
        <w:rPr>
          <w:b/>
          <w:bCs/>
        </w:rPr>
        <w:t xml:space="preserve">effective law and order in the region before withdrawing troops.</w:t>
      </w:r>
      <w:r>
        <w:br/>
      </w:r>
      <w:r>
        <w:t xml:space="preserve">    (a) openly oppose</w:t>
      </w:r>
      <w:r>
        <w:br/>
      </w:r>
      <w:r>
        <w:t xml:space="preserve">    (b) successfully gain</w:t>
      </w:r>
      <w:r>
        <w:br/>
      </w:r>
      <w:r>
        <w:t xml:space="preserve">    (c) carefully describe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job prospects are hindered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conviction.</w:t>
      </w:r>
      <w:r>
        <w:br/>
      </w:r>
      <w:r>
        <w:t xml:space="preserve">    (a) unimportant part</w:t>
      </w:r>
      <w:r>
        <w:br/>
      </w:r>
      <w:r>
        <w:t xml:space="preserve">    (b) important part</w:t>
      </w:r>
      <w:r>
        <w:br/>
      </w:r>
      <w:r>
        <w:t xml:space="preserve">    (c) result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consequential</w:t>
      </w:r>
      <w:r>
        <w:rPr>
          <w:b/>
          <w:bCs/>
        </w:rPr>
        <w:t xml:space="preserve"> </w:t>
      </w:r>
      <w:r>
        <w:rPr>
          <w:b/>
          <w:bCs/>
        </w:rPr>
        <w:t xml:space="preserve">tax legislation in decades.</w:t>
      </w:r>
      <w:r>
        <w:br/>
      </w:r>
      <w:r>
        <w:t xml:space="preserve">    (a) harmful</w:t>
      </w:r>
      <w:r>
        <w:br/>
      </w:r>
      <w:r>
        <w:t xml:space="preserve">    (b) important</w:t>
      </w:r>
      <w:r>
        <w:br/>
      </w:r>
      <w:r>
        <w:t xml:space="preserve">    (c) unethical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impolite. She pretended not to notice except that she treated him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</w:t>
      </w:r>
      <w:r>
        <w:rPr>
          <w:b/>
          <w:bCs/>
        </w:rPr>
        <w:t xml:space="preserve">.</w:t>
      </w:r>
      <w:r>
        <w:br/>
      </w:r>
      <w:r>
        <w:t xml:space="preserve">    (a) lack of respect</w:t>
      </w:r>
      <w:r>
        <w:br/>
      </w:r>
      <w:r>
        <w:t xml:space="preserve">    (b) great annoyance</w:t>
      </w:r>
      <w:r>
        <w:br/>
      </w:r>
      <w:r>
        <w:t xml:space="preserve">    (c) impatience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contemptible</w:t>
      </w:r>
      <w:r>
        <w:rPr>
          <w:b/>
          <w:bCs/>
        </w:rPr>
        <w:t xml:space="preserve"> </w:t>
      </w:r>
      <w:r>
        <w:rPr>
          <w:b/>
          <w:bCs/>
        </w:rPr>
        <w:t xml:space="preserve">liar.</w:t>
      </w:r>
      <w:r>
        <w:br/>
      </w:r>
      <w:r>
        <w:t xml:space="preserve">    (a) deserving no respect</w:t>
      </w:r>
      <w:r>
        <w:br/>
      </w:r>
      <w:r>
        <w:t xml:space="preserve">    (b) good (at pretending)</w:t>
      </w:r>
      <w:r>
        <w:br/>
      </w:r>
      <w:r>
        <w:t xml:space="preserve">    (c) unreliable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despises</w:t>
      </w:r>
      <w:r>
        <w:rPr>
          <w:b/>
          <w:bCs/>
        </w:rPr>
        <w:t xml:space="preserve"> </w:t>
      </w:r>
      <w:r>
        <w:rPr>
          <w:b/>
          <w:bCs/>
        </w:rPr>
        <w:t xml:space="preserve">his lifestyle.</w:t>
      </w:r>
      <w:r>
        <w:br/>
      </w:r>
      <w:r>
        <w:t xml:space="preserve">    (a) wants</w:t>
      </w:r>
      <w:r>
        <w:br/>
      </w:r>
      <w:r>
        <w:t xml:space="preserve">    (b) hates</w:t>
      </w:r>
      <w:r>
        <w:br/>
      </w:r>
      <w:r>
        <w:t xml:space="preserve">    (c) admires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easy to work with. 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</w:t>
      </w:r>
      <w:r>
        <w:rPr>
          <w:b/>
          <w:bCs/>
        </w:rPr>
        <w:t xml:space="preserve"> </w:t>
      </w:r>
      <w:r>
        <w:rPr>
          <w:b/>
          <w:bCs/>
        </w:rPr>
        <w:t xml:space="preserve">in her communications and expectations.</w:t>
      </w:r>
      <w:r>
        <w:br/>
      </w:r>
      <w:r>
        <w:t xml:space="preserve">    (a) straightforward</w:t>
      </w:r>
      <w:r>
        <w:br/>
      </w:r>
      <w:r>
        <w:t xml:space="preserve">    (b) considerate</w:t>
      </w:r>
      <w:r>
        <w:br/>
      </w:r>
      <w:r>
        <w:t xml:space="preserve">    (c) humble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judge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directed</w:t>
      </w:r>
      <w:r>
        <w:rPr>
          <w:b/>
          <w:bCs/>
        </w:rPr>
        <w:t xml:space="preserve"> </w:t>
      </w:r>
      <w:r>
        <w:rPr>
          <w:b/>
          <w:bCs/>
        </w:rPr>
        <w:t xml:space="preserve">the jury to ignore the question.</w:t>
      </w:r>
      <w:r>
        <w:br/>
      </w:r>
      <w:r>
        <w:t xml:space="preserve">    (a) ordered</w:t>
      </w:r>
      <w:r>
        <w:br/>
      </w:r>
      <w:r>
        <w:t xml:space="preserve">    (b) asked</w:t>
      </w:r>
      <w:r>
        <w:br/>
      </w:r>
      <w:r>
        <w:t xml:space="preserve">    (c) understood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to take the ACT just once.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 will take it early, so there is time to study and take it again if my scores aren't high enough.</w:t>
      </w:r>
      <w:r>
        <w:br/>
      </w:r>
      <w:r>
        <w:t xml:space="preserve">    (a) but</w:t>
      </w:r>
      <w:r>
        <w:br/>
      </w:r>
      <w:r>
        <w:t xml:space="preserve">    (b) also</w:t>
      </w:r>
      <w:r>
        <w:br/>
      </w:r>
      <w:r>
        <w:t xml:space="preserve">    (c) 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safe we make it, there will always be risk.</w:t>
      </w:r>
      <w:r>
        <w:br/>
      </w:r>
      <w:r>
        <w:t xml:space="preserve">    (a) in addition</w:t>
      </w:r>
      <w:r>
        <w:br/>
      </w:r>
      <w:r>
        <w:t xml:space="preserve">    (b) no matter how</w:t>
      </w:r>
      <w:r>
        <w:br/>
      </w:r>
      <w:r>
        <w:t xml:space="preserve">    (c) on-the-other-hand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worst legislation is passed when voters are whipped into a state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hysteria</w:t>
      </w:r>
      <w:r>
        <w:rPr>
          <w:b/>
          <w:bCs/>
        </w:rPr>
        <w:t xml:space="preserve">.</w:t>
      </w:r>
      <w:r>
        <w:br/>
      </w:r>
      <w:r>
        <w:t xml:space="preserve">    (a) uncontrollable emotion</w:t>
      </w:r>
      <w:r>
        <w:br/>
      </w:r>
      <w:r>
        <w:t xml:space="preserve">    (b) complete confusion</w:t>
      </w:r>
      <w:r>
        <w:br/>
      </w:r>
      <w:r>
        <w:t xml:space="preserve">    (c) extreme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loathe</w:t>
      </w:r>
      <w:r>
        <w:rPr>
          <w:b/>
          <w:bCs/>
        </w:rPr>
        <w:t xml:space="preserve"> </w:t>
      </w:r>
      <w:r>
        <w:rPr>
          <w:b/>
          <w:bCs/>
        </w:rPr>
        <w:t xml:space="preserve">that man. He ruined my life.</w:t>
      </w:r>
      <w:r>
        <w:br/>
      </w:r>
      <w:r>
        <w:t xml:space="preserve">    (a) avoid</w:t>
      </w:r>
      <w:r>
        <w:br/>
      </w:r>
      <w:r>
        <w:t xml:space="preserve">    (b) fear</w:t>
      </w:r>
      <w:r>
        <w:br/>
      </w:r>
      <w:r>
        <w:t xml:space="preserve">    (c) hate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Malignant</w:t>
      </w:r>
      <w:r>
        <w:rPr>
          <w:b/>
          <w:bCs/>
        </w:rPr>
        <w:t xml:space="preserve"> </w:t>
      </w:r>
      <w:r>
        <w:rPr>
          <w:b/>
          <w:bCs/>
        </w:rPr>
        <w:t xml:space="preserve">rumors spread through social media damaged her reputation.</w:t>
      </w:r>
      <w:r>
        <w:br/>
      </w:r>
      <w:r>
        <w:t xml:space="preserve">    (a) insignificant or unimportant</w:t>
      </w:r>
      <w:r>
        <w:br/>
      </w:r>
      <w:r>
        <w:t xml:space="preserve">    (b) harmful or evil</w:t>
      </w:r>
      <w:r>
        <w:br/>
      </w:r>
      <w:r>
        <w:t xml:space="preserve">    (c) beneficial or helpful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 the most intolerable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scoundrel</w:t>
      </w:r>
      <w:r>
        <w:rPr>
          <w:b/>
          <w:bCs/>
        </w:rPr>
        <w:t xml:space="preserve"> </w:t>
      </w:r>
      <w:r>
        <w:rPr>
          <w:b/>
          <w:bCs/>
        </w:rPr>
        <w:t xml:space="preserve">on the face of the earth.</w:t>
      </w:r>
      <w:r>
        <w:br/>
      </w:r>
      <w:r>
        <w:t xml:space="preserve">    (a) person without moral principles</w:t>
      </w:r>
      <w:r>
        <w:br/>
      </w:r>
      <w:r>
        <w:t xml:space="preserve">    (b) apparently reasonable, but unproven</w:t>
      </w:r>
      <w:r>
        <w:br/>
      </w:r>
      <w:r>
        <w:t xml:space="preserve">    (c) without pattern or planning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Taliban wants total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subjugation</w:t>
      </w:r>
      <w:r>
        <w:rPr>
          <w:b/>
          <w:bCs/>
        </w:rPr>
        <w:t xml:space="preserve"> </w:t>
      </w:r>
      <w:r>
        <w:rPr>
          <w:b/>
          <w:bCs/>
        </w:rPr>
        <w:t xml:space="preserve">to their religious law.</w:t>
      </w:r>
      <w:r>
        <w:br/>
      </w:r>
      <w:r>
        <w:t xml:space="preserve">    (a) gullibility (being too willing to believe)</w:t>
      </w:r>
      <w:r>
        <w:br/>
      </w:r>
      <w:r>
        <w:t xml:space="preserve">    (b) forced submission</w:t>
      </w:r>
      <w:r>
        <w:br/>
      </w:r>
      <w:r>
        <w:t xml:space="preserve">    (c) body temperature that is dangerously 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found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sublime</w:t>
      </w:r>
      <w:r>
        <w:rPr>
          <w:b/>
          <w:bCs/>
        </w:rPr>
        <w:t xml:space="preserve"> </w:t>
      </w:r>
      <w:r>
        <w:rPr>
          <w:b/>
          <w:bCs/>
        </w:rPr>
        <w:t xml:space="preserve">seaside bed and breakfast.</w:t>
      </w:r>
      <w:r>
        <w:br/>
      </w:r>
      <w:r>
        <w:t xml:space="preserve">    (a) old</w:t>
      </w:r>
      <w:r>
        <w:br/>
      </w:r>
      <w:r>
        <w:t xml:space="preserve">    (b) shabby</w:t>
      </w:r>
      <w:r>
        <w:br/>
      </w:r>
      <w:r>
        <w:t xml:space="preserve">    (c) wonderful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liked the idea. The arguments I prepared to support it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unnecessary</w:t>
      </w:r>
      <w:r>
        <w:br/>
      </w:r>
      <w:r>
        <w:t xml:space="preserve">    (b) appreciated</w:t>
      </w:r>
      <w:r>
        <w:br/>
      </w:r>
      <w:r>
        <w:t xml:space="preserve">    (c)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photograph showed poor people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wretched</w:t>
      </w:r>
      <w:r>
        <w:rPr>
          <w:b/>
          <w:bCs/>
        </w:rPr>
        <w:t xml:space="preserve"> </w:t>
      </w:r>
      <w:r>
        <w:rPr>
          <w:b/>
          <w:bCs/>
        </w:rPr>
        <w:t xml:space="preserve">village in East Africa.</w:t>
      </w:r>
      <w:r>
        <w:br/>
      </w:r>
      <w:r>
        <w:t xml:space="preserve">    (a) in terrible condition</w:t>
      </w:r>
      <w:r>
        <w:br/>
      </w:r>
      <w:r>
        <w:t xml:space="preserve">    (b) foolish or thoughtless</w:t>
      </w:r>
      <w:r>
        <w:br/>
      </w:r>
      <w:r>
        <w:t xml:space="preserve">    (c) irresponsible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2026-07-31T15:46:40Z</dcterms:created>
  <dcterms:modified xsi:type="dcterms:W3CDTF">2026-07-31T15:46:40Z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