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c8600b77420c5d2f1dafbb75b4759c3e875727"/>
    <w:p>
      <w:pPr>
        <w:pStyle w:val="Heading1"/>
      </w:pPr>
      <w:r>
        <w:rPr>
          <w:b/>
          <w:bCs/>
        </w:rPr>
        <w:t xml:space="preserve">Notes from the Underground</w:t>
      </w:r>
      <w:r>
        <w:br/>
      </w:r>
      <w:r>
        <w:rPr>
          <w:i/>
          <w:iCs/>
        </w:rPr>
        <w:t xml:space="preserve">Fyodor Dostoyevsky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grew up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abject</w:t>
      </w:r>
      <w:r>
        <w:rPr>
          <w:b/>
          <w:bCs/>
        </w:rPr>
        <w:t xml:space="preserve"> </w:t>
      </w:r>
      <w:r>
        <w:rPr>
          <w:b/>
          <w:bCs/>
        </w:rPr>
        <w:t xml:space="preserve">poverty; though she didn't know it.</w:t>
      </w:r>
      <w:r>
        <w:br/>
      </w:r>
      <w:r>
        <w:t xml:space="preserve">    (a) extreme</w:t>
      </w:r>
      <w:r>
        <w:br/>
      </w:r>
      <w:r>
        <w:t xml:space="preserve">    (b) moderate</w:t>
      </w:r>
      <w:r>
        <w:br/>
      </w:r>
      <w:r>
        <w:t xml:space="preserve">    (c)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British accent turned out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 </w:t>
      </w:r>
      <w:r>
        <w:rPr>
          <w:b/>
          <w:bCs/>
        </w:rPr>
        <w:t xml:space="preserve">he picked up in college.</w:t>
      </w:r>
      <w:r>
        <w:br/>
      </w:r>
      <w:r>
        <w:t xml:space="preserve">    (a) honest trait</w:t>
      </w:r>
      <w:r>
        <w:br/>
      </w:r>
      <w:r>
        <w:t xml:space="preserve">    (b) fake mannerism</w:t>
      </w:r>
      <w:r>
        <w:br/>
      </w:r>
      <w:r>
        <w:t xml:space="preserve">    (c) old hobby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presence of a horse-drawn carriage on the city streets, amidst modern cars and buses, was a charming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anachronism</w:t>
      </w:r>
      <w:r>
        <w:rPr>
          <w:b/>
          <w:bCs/>
        </w:rPr>
        <w:t xml:space="preserve">.</w:t>
      </w:r>
      <w:r>
        <w:br/>
      </w:r>
      <w:r>
        <w:t xml:space="preserve">    (a) something out of place for it's time</w:t>
      </w:r>
      <w:r>
        <w:br/>
      </w:r>
      <w:r>
        <w:t xml:space="preserve">    (b) something that is an unexpected surprise</w:t>
      </w:r>
      <w:r>
        <w:br/>
      </w:r>
      <w:r>
        <w:t xml:space="preserve">    (c) something that is a timeless tradition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overturned the ruling--describing it as having been made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capricious</w:t>
      </w:r>
      <w:r>
        <w:rPr>
          <w:b/>
          <w:bCs/>
        </w:rPr>
        <w:t xml:space="preserve"> </w:t>
      </w:r>
      <w:r>
        <w:rPr>
          <w:b/>
          <w:bCs/>
        </w:rPr>
        <w:t xml:space="preserve">manner.</w:t>
      </w:r>
      <w:r>
        <w:br/>
      </w:r>
      <w:r>
        <w:t xml:space="preserve">    (a) harmful</w:t>
      </w:r>
      <w:r>
        <w:br/>
      </w:r>
      <w:r>
        <w:t xml:space="preserve">    (b) impulsive</w:t>
      </w:r>
      <w:r>
        <w:br/>
      </w:r>
      <w:r>
        <w:t xml:space="preserve">    (c) 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Feed your better nature--not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depravity</w:t>
      </w:r>
      <w:r>
        <w:rPr>
          <w:b/>
          <w:bCs/>
        </w:rPr>
        <w:t xml:space="preserve"> </w:t>
      </w:r>
      <w:r>
        <w:rPr>
          <w:b/>
          <w:bCs/>
        </w:rPr>
        <w:t xml:space="preserve">within you.</w:t>
      </w:r>
      <w:r>
        <w:br/>
      </w:r>
      <w:r>
        <w:t xml:space="preserve">    (a) weakness</w:t>
      </w:r>
      <w:r>
        <w:br/>
      </w:r>
      <w:r>
        <w:t xml:space="preserve">    (b) evilness</w:t>
      </w:r>
      <w:r>
        <w:br/>
      </w:r>
      <w:r>
        <w:t xml:space="preserve">    (c) impatience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elaborate</w:t>
      </w:r>
      <w:r>
        <w:br/>
      </w:r>
      <w:r>
        <w:t xml:space="preserve">    (b) compete</w:t>
      </w:r>
      <w:r>
        <w:br/>
      </w:r>
      <w:r>
        <w:t xml:space="preserve">    (c) wander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offices are housed in an imposing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.</w:t>
      </w:r>
      <w:r>
        <w:br/>
      </w:r>
      <w:r>
        <w:t xml:space="preserve">    (a) color</w:t>
      </w:r>
      <w:r>
        <w:br/>
      </w:r>
      <w:r>
        <w:t xml:space="preserve">    (b) neighborhood</w:t>
      </w:r>
      <w:r>
        <w:br/>
      </w:r>
      <w:r>
        <w:t xml:space="preserve">    (c) building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trial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farce</w:t>
      </w:r>
      <w:r>
        <w:rPr>
          <w:b/>
          <w:bCs/>
        </w:rPr>
        <w:t xml:space="preserve">, with witnesses who clearly lied and a judge who didn't care.</w:t>
      </w:r>
      <w:r>
        <w:br/>
      </w:r>
      <w:r>
        <w:t xml:space="preserve">    (a) thorough investigation</w:t>
      </w:r>
      <w:r>
        <w:br/>
      </w:r>
      <w:r>
        <w:t xml:space="preserve">    (b) complete mockery</w:t>
      </w:r>
      <w:r>
        <w:br/>
      </w:r>
      <w:r>
        <w:t xml:space="preserve">    (c) well-run procedure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fastidious</w:t>
      </w:r>
      <w:r>
        <w:rPr>
          <w:b/>
          <w:bCs/>
        </w:rPr>
        <w:t xml:space="preserve"> </w:t>
      </w:r>
      <w:r>
        <w:rPr>
          <w:b/>
          <w:bCs/>
        </w:rPr>
        <w:t xml:space="preserve">about keeping her desk perfectly organized.</w:t>
      </w:r>
      <w:r>
        <w:br/>
      </w:r>
      <w:r>
        <w:t xml:space="preserve">    (a) loud and outgoing</w:t>
      </w:r>
      <w:r>
        <w:br/>
      </w:r>
      <w:r>
        <w:t xml:space="preserve">    (b) extremely attentive to detail</w:t>
      </w:r>
      <w:r>
        <w:br/>
      </w:r>
      <w:r>
        <w:t xml:space="preserve">    (c) careless and disorganized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Hoping for forgiveness,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groveled</w:t>
      </w:r>
      <w:r>
        <w:rPr>
          <w:b/>
          <w:bCs/>
        </w:rPr>
        <w:t xml:space="preserve"> </w:t>
      </w:r>
      <w:r>
        <w:rPr>
          <w:b/>
          <w:bCs/>
        </w:rPr>
        <w:t xml:space="preserve">instead of calmly admitting his mistake.</w:t>
      </w:r>
      <w:r>
        <w:br/>
      </w:r>
      <w:r>
        <w:t xml:space="preserve">    (a) spoke with confidence</w:t>
      </w:r>
      <w:r>
        <w:br/>
      </w:r>
      <w:r>
        <w:t xml:space="preserve">    (b) acted overly submissive</w:t>
      </w:r>
      <w:r>
        <w:br/>
      </w:r>
      <w:r>
        <w:t xml:space="preserve">    (c) refused to apologize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incident led 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departure from political office.</w:t>
      </w:r>
      <w:r>
        <w:br/>
      </w:r>
      <w:r>
        <w:t xml:space="preserve">    (a) disgraceful</w:t>
      </w:r>
      <w:r>
        <w:br/>
      </w:r>
      <w:r>
        <w:t xml:space="preserve">    (b) eventual</w:t>
      </w:r>
      <w:r>
        <w:br/>
      </w:r>
      <w:r>
        <w:t xml:space="preserve">    (c) quick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Concern for her children's safety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take action and confront the intruder.</w:t>
      </w:r>
      <w:r>
        <w:br/>
      </w:r>
      <w:r>
        <w:t xml:space="preserve">    (a) prevented</w:t>
      </w:r>
      <w:r>
        <w:br/>
      </w:r>
      <w:r>
        <w:t xml:space="preserve">    (b) drove</w:t>
      </w:r>
      <w:r>
        <w:br/>
      </w:r>
      <w:r>
        <w:t xml:space="preserve">    (c) slowed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extremely quiet</w:t>
      </w:r>
      <w:r>
        <w:br/>
      </w:r>
      <w:r>
        <w:t xml:space="preserve">    (b) disrespectfully bold</w:t>
      </w:r>
      <w:r>
        <w:br/>
      </w:r>
      <w:r>
        <w:t xml:space="preserve">    (c) thoughtfully kind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offered 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paltry</w:t>
      </w:r>
      <w:r>
        <w:rPr>
          <w:b/>
          <w:bCs/>
        </w:rPr>
        <w:t xml:space="preserve"> </w:t>
      </w:r>
      <w:r>
        <w:rPr>
          <w:b/>
          <w:bCs/>
        </w:rPr>
        <w:t xml:space="preserve">amount for the rare book, hoping she didn’t know its real value.</w:t>
      </w:r>
      <w:r>
        <w:br/>
      </w:r>
      <w:r>
        <w:t xml:space="preserve">    (a) insignificant</w:t>
      </w:r>
      <w:r>
        <w:br/>
      </w:r>
      <w:r>
        <w:t xml:space="preserve">    (b) confusing</w:t>
      </w:r>
      <w:r>
        <w:br/>
      </w:r>
      <w:r>
        <w:t xml:space="preserve">    (c) unfair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essay was filled with creative ideas, but it was vulnerable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pedantic</w:t>
      </w:r>
      <w:r>
        <w:rPr>
          <w:b/>
          <w:bCs/>
        </w:rPr>
        <w:t xml:space="preserve"> </w:t>
      </w:r>
      <w:r>
        <w:rPr>
          <w:b/>
          <w:bCs/>
        </w:rPr>
        <w:t xml:space="preserve">nitpicking.</w:t>
      </w:r>
      <w:r>
        <w:br/>
      </w:r>
      <w:r>
        <w:t xml:space="preserve">    (a) of someone too concerned with book learning</w:t>
      </w:r>
      <w:r>
        <w:br/>
      </w:r>
      <w:r>
        <w:t xml:space="preserve">    (b) of someone too concerned with statistical studies</w:t>
      </w:r>
      <w:r>
        <w:br/>
      </w:r>
      <w:r>
        <w:t xml:space="preserve">    (c) of someone too concerned with regional style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proud of one's actions</w:t>
      </w:r>
      <w:r>
        <w:br/>
      </w:r>
      <w:r>
        <w:t xml:space="preserve">    (b) feeling regret for wrongdoing</w:t>
      </w:r>
      <w:r>
        <w:br/>
      </w:r>
      <w:r>
        <w:t xml:space="preserve">    (c) confused about the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inadequate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remuneration</w:t>
      </w:r>
      <w:r>
        <w:rPr>
          <w:b/>
          <w:bCs/>
        </w:rPr>
        <w:t xml:space="preserve"> </w:t>
      </w:r>
      <w:r>
        <w:rPr>
          <w:b/>
          <w:bCs/>
        </w:rPr>
        <w:t xml:space="preserve">to make up for his expenses.</w:t>
      </w:r>
      <w:r>
        <w:br/>
      </w:r>
      <w:r>
        <w:t xml:space="preserve">    (a) payment</w:t>
      </w:r>
      <w:r>
        <w:br/>
      </w:r>
      <w:r>
        <w:t xml:space="preserve">    (b) payment</w:t>
      </w:r>
      <w:r>
        <w:br/>
      </w:r>
      <w:r>
        <w:t xml:space="preserve">    (c)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serf</w:t>
      </w:r>
      <w:r>
        <w:rPr>
          <w:b/>
          <w:bCs/>
        </w:rPr>
        <w:t xml:space="preserve"> </w:t>
      </w:r>
      <w:r>
        <w:rPr>
          <w:b/>
          <w:bCs/>
        </w:rPr>
        <w:t xml:space="preserve">worked the lord's fields from dawn until dusk for little reward.</w:t>
      </w:r>
      <w:r>
        <w:br/>
      </w:r>
      <w:r>
        <w:t xml:space="preserve">    (a) trained knight</w:t>
      </w:r>
      <w:r>
        <w:br/>
      </w:r>
      <w:r>
        <w:t xml:space="preserve">    (b) bound peasant</w:t>
      </w:r>
      <w:r>
        <w:br/>
      </w:r>
      <w:r>
        <w:t xml:space="preserve">    (c) wandering hermit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 unsupportable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.</w:t>
      </w:r>
      <w:r>
        <w:br/>
      </w:r>
      <w:r>
        <w:t xml:space="preserve">    (a) computer program</w:t>
      </w:r>
      <w:r>
        <w:br/>
      </w:r>
      <w:r>
        <w:t xml:space="preserve">    (b) expense</w:t>
      </w:r>
      <w:r>
        <w:br/>
      </w:r>
      <w:r>
        <w:t xml:space="preserve">    (c)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not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</w:t>
      </w:r>
      <w:r>
        <w:rPr>
          <w:b/>
          <w:bCs/>
        </w:rPr>
        <w:t xml:space="preserve"> </w:t>
      </w:r>
      <w:r>
        <w:rPr>
          <w:b/>
          <w:bCs/>
        </w:rPr>
        <w:t xml:space="preserve">person.</w:t>
      </w:r>
      <w:r>
        <w:br/>
      </w:r>
      <w:r>
        <w:t xml:space="preserve">    (a) revengeful</w:t>
      </w:r>
      <w:r>
        <w:br/>
      </w:r>
      <w:r>
        <w:t xml:space="preserve">    (b) easy-going</w:t>
      </w:r>
      <w:r>
        <w:br/>
      </w:r>
      <w:r>
        <w:t xml:space="preserve">    (c) driven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2026-07-31T15:46:41Z</dcterms:created>
  <dcterms:modified xsi:type="dcterms:W3CDTF">2026-07-31T15:46:41Z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