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4881d43e63f1246679caa3b9ce547b5c8ba9dbd"/>
    <w:p>
      <w:pPr>
        <w:pStyle w:val="Heading1"/>
      </w:pPr>
      <w:r>
        <w:rPr>
          <w:b/>
          <w:bCs/>
        </w:rPr>
        <w:t xml:space="preserve">Notes from the Underground</w:t>
      </w:r>
      <w:r>
        <w:br/>
      </w:r>
      <w:r>
        <w:rPr>
          <w:i/>
          <w:iCs/>
        </w:rPr>
        <w:t xml:space="preserve">Fyodor Dostoyevsky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room is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wretched</w:t>
      </w:r>
      <w:r>
        <w:rPr>
          <w:b/>
          <w:bCs/>
        </w:rPr>
        <w:t xml:space="preserve">, horrid one in the outskirts of the town.</w:t>
      </w:r>
      <w:r>
        <w:br/>
      </w:r>
      <w:r>
        <w:t xml:space="preserve">    (a) miserable or very bad</w:t>
      </w:r>
      <w:r>
        <w:br/>
      </w:r>
      <w:r>
        <w:t xml:space="preserve">    (b) exactness or accuracy</w:t>
      </w:r>
      <w:r>
        <w:br/>
      </w:r>
      <w:r>
        <w:t xml:space="preserve">    (c) not easily identified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the worst of it was, and the root of it all, that it was all in accord with the normal fundamental laws of over-acute consciousness, and with the inertia that was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direct</w:t>
      </w:r>
      <w:r>
        <w:rPr>
          <w:b/>
          <w:bCs/>
        </w:rPr>
        <w:t xml:space="preserve"> </w:t>
      </w:r>
      <w:r>
        <w:rPr>
          <w:b/>
          <w:bCs/>
        </w:rPr>
        <w:t xml:space="preserve">result of those laws, and that consequently one was not only unable to change but could do absolutely nothing.</w:t>
      </w:r>
      <w:r>
        <w:br/>
      </w:r>
      <w:r>
        <w:t xml:space="preserve">    (a) the state or degree of being very large</w:t>
      </w:r>
      <w:r>
        <w:br/>
      </w:r>
      <w:r>
        <w:t xml:space="preserve">    (b) meticulousness (care for small details)</w:t>
      </w:r>
      <w:r>
        <w:br/>
      </w:r>
      <w:r>
        <w:t xml:space="preserve">    (c) clear, straightforward, or to the point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Even if I were to ask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director</w:t>
      </w:r>
      <w:r>
        <w:rPr>
          <w:b/>
          <w:bCs/>
        </w:rPr>
        <w:t xml:space="preserve"> </w:t>
      </w:r>
      <w:r>
        <w:rPr>
          <w:b/>
          <w:bCs/>
        </w:rPr>
        <w:t xml:space="preserve">himself to be my second tomorrow, he would be bound to consent, if only from a feeling of chivalry, and to keep the secret!</w:t>
      </w:r>
      <w:r>
        <w:br/>
      </w:r>
      <w:r>
        <w:t xml:space="preserve">    (a) a doctor who tests eyesight and provides glasses or contact lenses to improve vision</w:t>
      </w:r>
      <w:r>
        <w:br/>
      </w:r>
      <w:r>
        <w:t xml:space="preserve">    (b) someone who polishes something and makes it shiny; or someone who improves something</w:t>
      </w:r>
      <w:r>
        <w:br/>
      </w:r>
      <w:r>
        <w:t xml:space="preserve">    (c) to guide, aim, or manage -- such as actions, attention, speech, a project or company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Thus it would follow, as the result of acute consciousness, that one is not to blame in being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scoundrel</w:t>
      </w:r>
      <w:r>
        <w:rPr>
          <w:b/>
          <w:bCs/>
        </w:rPr>
        <w:t xml:space="preserve">; as though that were any consolation to the scoundrel once he has come to realise that he actually is a scoundrel.</w:t>
      </w:r>
      <w:r>
        <w:br/>
      </w:r>
      <w:r>
        <w:t xml:space="preserve">    (a) important, serious, or dangerous</w:t>
      </w:r>
      <w:r>
        <w:br/>
      </w:r>
      <w:r>
        <w:t xml:space="preserve">    (b) the condition of being different</w:t>
      </w:r>
      <w:r>
        <w:br/>
      </w:r>
      <w:r>
        <w:t xml:space="preserve">    (c) someone without moral principles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may be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acutely</w:t>
      </w:r>
      <w:r>
        <w:rPr>
          <w:b/>
          <w:bCs/>
        </w:rPr>
        <w:t xml:space="preserve"> </w:t>
      </w:r>
      <w:r>
        <w:rPr>
          <w:b/>
          <w:bCs/>
        </w:rPr>
        <w:t xml:space="preserve">conscious mouse, yet it is a mouse,</w:t>
      </w:r>
      <w:r>
        <w:br/>
      </w:r>
      <w:r>
        <w:t xml:space="preserve">    (a) highly perceptive in some area</w:t>
      </w:r>
      <w:r>
        <w:br/>
      </w:r>
      <w:r>
        <w:t xml:space="preserve">    (b) in a manner that shows bad taste (crude, offensive, or unsophisticated)</w:t>
      </w:r>
      <w:r>
        <w:br/>
      </w:r>
      <w:r>
        <w:t xml:space="preserve">    (c) in a continuing manner -- especially despite difficulties or opposition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...it showed itself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acute</w:t>
      </w:r>
      <w:r>
        <w:rPr>
          <w:b/>
          <w:bCs/>
        </w:rPr>
        <w:t xml:space="preserve"> </w:t>
      </w:r>
      <w:r>
        <w:rPr>
          <w:b/>
          <w:bCs/>
        </w:rPr>
        <w:t xml:space="preserve">depression.</w:t>
      </w:r>
      <w:r>
        <w:br/>
      </w:r>
      <w:r>
        <w:t xml:space="preserve">    (a) only superficial</w:t>
      </w:r>
      <w:r>
        <w:br/>
      </w:r>
      <w:r>
        <w:t xml:space="preserve">    (b) gradually getting worse</w:t>
      </w:r>
      <w:r>
        <w:br/>
      </w:r>
      <w:r>
        <w:t xml:space="preserve">    (c) severe with a rapid onset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that case, of course, people are not spiteful in silence, but moan; but they are not candid moans, they are malignant moans, and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malignancy</w:t>
      </w:r>
      <w:r>
        <w:rPr>
          <w:b/>
          <w:bCs/>
        </w:rPr>
        <w:t xml:space="preserve"> </w:t>
      </w:r>
      <w:r>
        <w:rPr>
          <w:b/>
          <w:bCs/>
        </w:rPr>
        <w:t xml:space="preserve">is the whole point.</w:t>
      </w:r>
      <w:r>
        <w:br/>
      </w:r>
      <w:r>
        <w:t xml:space="preserve">    (a) harmful or evil</w:t>
      </w:r>
      <w:r>
        <w:br/>
      </w:r>
      <w:r>
        <w:br/>
      </w:r>
      <w:r>
        <w:t xml:space="preserve">in medicine: harmful growth as with a cancerous tumor</w:t>
      </w:r>
      <w:r>
        <w:br/>
      </w:r>
      <w:r>
        <w:t xml:space="preserve">    (b) the act of finding fault and telling others; or a description of faults</w:t>
      </w:r>
      <w:r>
        <w:br/>
      </w:r>
      <w:r>
        <w:t xml:space="preserve">    (c) the process of thinking carefully and making a judgment about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loathsome</w:t>
      </w:r>
      <w:r>
        <w:rPr>
          <w:b/>
          <w:bCs/>
        </w:rPr>
        <w:t xml:space="preserve"> </w:t>
      </w:r>
      <w:r>
        <w:rPr>
          <w:b/>
          <w:bCs/>
        </w:rPr>
        <w:t xml:space="preserve">to remember it all, but it was loathsome even then.</w:t>
      </w:r>
      <w:r>
        <w:br/>
      </w:r>
      <w:r>
        <w:t xml:space="preserve">    (a) disgusting or very bad</w:t>
      </w:r>
      <w:r>
        <w:br/>
      </w:r>
      <w:r>
        <w:t xml:space="preserve">    (b) consistent or the same</w:t>
      </w:r>
      <w:r>
        <w:br/>
      </w:r>
      <w:r>
        <w:t xml:space="preserve">    (c) not aware of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exercise myself in reflection,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consequently</w:t>
      </w:r>
      <w:r>
        <w:rPr>
          <w:b/>
          <w:bCs/>
        </w:rPr>
        <w:t xml:space="preserve"> </w:t>
      </w:r>
      <w:r>
        <w:rPr>
          <w:b/>
          <w:bCs/>
        </w:rPr>
        <w:t xml:space="preserve">with me every primary cause at once draws after itself another still more primary, and so on to infinity.</w:t>
      </w:r>
      <w:r>
        <w:br/>
      </w:r>
      <w:r>
        <w:t xml:space="preserve">    (a) even though -- used to connect contrasting ideas</w:t>
      </w:r>
      <w:r>
        <w:br/>
      </w:r>
      <w:r>
        <w:t xml:space="preserve">    (b) despite that (used to connect contrasting ideas)</w:t>
      </w:r>
      <w:r>
        <w:br/>
      </w:r>
      <w:r>
        <w:t xml:space="preserve">    (c) resultantly (as a result)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always thought me of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consequence</w:t>
      </w:r>
      <w:r>
        <w:rPr>
          <w:b/>
          <w:bCs/>
        </w:rPr>
        <w:t xml:space="preserve"> </w:t>
      </w:r>
      <w:r>
        <w:rPr>
          <w:b/>
          <w:bCs/>
        </w:rPr>
        <w:t xml:space="preserve">whatever; his behaviour to me, though not quite courteous, was tolerable.</w:t>
      </w:r>
      <w:r>
        <w:br/>
      </w:r>
      <w:r>
        <w:t xml:space="preserve">    (a) importance</w:t>
      </w:r>
      <w:r>
        <w:br/>
      </w:r>
      <w:r>
        <w:t xml:space="preserve">    (b) translates</w:t>
      </w:r>
      <w:r>
        <w:br/>
      </w:r>
      <w:r>
        <w:t xml:space="preserve">    (c) sticks 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day after tomorrow, at the latest, you will begin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despising</w:t>
      </w:r>
      <w:r>
        <w:rPr>
          <w:b/>
          <w:bCs/>
        </w:rPr>
        <w:t xml:space="preserve"> </w:t>
      </w:r>
      <w:r>
        <w:rPr>
          <w:b/>
          <w:bCs/>
        </w:rPr>
        <w:t xml:space="preserve">yourself for having knowingly deceived yourself.</w:t>
      </w:r>
      <w:r>
        <w:br/>
      </w:r>
      <w:r>
        <w:t xml:space="preserve">    (a) opposing (struggling against each other)</w:t>
      </w:r>
      <w:r>
        <w:br/>
      </w:r>
      <w:r>
        <w:t xml:space="preserve">    (b) disliking strongly and looking down upon</w:t>
      </w:r>
      <w:r>
        <w:br/>
      </w:r>
      <w:r>
        <w:t xml:space="preserve">    (c) examining in detail to better understand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...I love all that is "</w:t>
      </w:r>
      <w:r>
        <w:rPr>
          <w:b/>
          <w:bCs/>
          <w:u w:val="single"/>
        </w:rPr>
        <w:t xml:space="preserve">sublime</w:t>
      </w:r>
      <w:r>
        <w:rPr>
          <w:b/>
          <w:bCs/>
        </w:rPr>
        <w:t xml:space="preserve"> </w:t>
      </w:r>
      <w:r>
        <w:rPr>
          <w:b/>
          <w:bCs/>
        </w:rPr>
        <w:t xml:space="preserve">and beautiful."</w:t>
      </w:r>
      <w:r>
        <w:br/>
      </w:r>
      <w:r>
        <w:t xml:space="preserve">    (a) create dramatic change</w:t>
      </w:r>
      <w:r>
        <w:br/>
      </w:r>
      <w:r>
        <w:t xml:space="preserve">    (b) mirror back (an image)</w:t>
      </w:r>
      <w:r>
        <w:br/>
      </w:r>
      <w:r>
        <w:t xml:space="preserve">    (c) admirably wonderful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sometimes choose absolute nonsense because in our foolishness we see in that nonsense the easiest means for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attaining</w:t>
      </w:r>
      <w:r>
        <w:rPr>
          <w:b/>
          <w:bCs/>
        </w:rPr>
        <w:t xml:space="preserve"> </w:t>
      </w:r>
      <w:r>
        <w:rPr>
          <w:b/>
          <w:bCs/>
        </w:rPr>
        <w:t xml:space="preserve">a supposed advantage.</w:t>
      </w:r>
      <w:r>
        <w:br/>
      </w:r>
      <w:r>
        <w:t xml:space="preserve">    (a) saying (or making a sound) with the voice</w:t>
      </w:r>
      <w:r>
        <w:br/>
      </w:r>
      <w:r>
        <w:t xml:space="preserve">    (b) moving into position to work; or starting</w:t>
      </w:r>
      <w:r>
        <w:br/>
      </w:r>
      <w:r>
        <w:t xml:space="preserve">    (c) gaining or reaching something with effort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when all that is explained and worked out on paper (which is perfectly possible, for it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contemptible</w:t>
      </w:r>
      <w:r>
        <w:rPr>
          <w:b/>
          <w:bCs/>
        </w:rPr>
        <w:t xml:space="preserve"> </w:t>
      </w:r>
      <w:r>
        <w:rPr>
          <w:b/>
          <w:bCs/>
        </w:rPr>
        <w:t xml:space="preserve">and senseless to suppose that some laws of nature man will never understand), then certainly so-called desires will no longer exist.</w:t>
      </w:r>
      <w:r>
        <w:br/>
      </w:r>
      <w:r>
        <w:t xml:space="preserve">    (a) aka analytic -- relating to a theory of psychiatry</w:t>
      </w:r>
      <w:r>
        <w:br/>
      </w:r>
      <w:r>
        <w:t xml:space="preserve">    (b) the quality or degree of not being straightforward</w:t>
      </w:r>
      <w:r>
        <w:br/>
      </w:r>
      <w:r>
        <w:t xml:space="preserve">    (c) deserving no respect (worthless or of bad quality)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 not drunk—but what is one to do—depression will drive a man to such a pitch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hysteria</w:t>
      </w:r>
      <w:r>
        <w:rPr>
          <w:b/>
          <w:bCs/>
        </w:rPr>
        <w:t xml:space="preserve">?</w:t>
      </w:r>
      <w:r>
        <w:br/>
      </w:r>
      <w:r>
        <w:t xml:space="preserve">    (a) found a condition or substance to be present</w:t>
      </w:r>
      <w:r>
        <w:br/>
      </w:r>
      <w:r>
        <w:t xml:space="preserve">    (b) Nazi organization for children aged 10 to 18</w:t>
      </w:r>
      <w:r>
        <w:br/>
      </w:r>
      <w:r>
        <w:t xml:space="preserve">    (c) a state of excessive, uncontrollable emotion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I could 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subjugate</w:t>
      </w:r>
      <w:r>
        <w:rPr>
          <w:b/>
          <w:bCs/>
        </w:rPr>
        <w:t xml:space="preserve"> </w:t>
      </w:r>
      <w:r>
        <w:rPr>
          <w:b/>
          <w:bCs/>
        </w:rPr>
        <w:t xml:space="preserve">all of them; my friend was not at all like them either, he was, in fact, a rare exception.</w:t>
      </w:r>
      <w:r>
        <w:br/>
      </w:r>
      <w:r>
        <w:t xml:space="preserve">    (a) to strongly criticize</w:t>
      </w:r>
      <w:r>
        <w:br/>
      </w:r>
      <w:r>
        <w:t xml:space="preserve">    (b) abundant or plentiful</w:t>
      </w:r>
      <w:r>
        <w:br/>
      </w:r>
      <w:r>
        <w:t xml:space="preserve">    (c) force into submission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Owing to its rarity, perhaps, any external event,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 </w:t>
      </w:r>
      <w:r>
        <w:rPr>
          <w:b/>
          <w:bCs/>
        </w:rPr>
        <w:t xml:space="preserve">trivial, always made me feel as though some radical change in my life were at hand.</w:t>
      </w:r>
      <w:r>
        <w:br/>
      </w:r>
      <w:r>
        <w:t xml:space="preserve">    (a) people who are good at or spend much time studying, thinking, and reasoning</w:t>
      </w:r>
      <w:r>
        <w:br/>
      </w:r>
      <w:r>
        <w:t xml:space="preserve">    (b) aka analysis -- psychiatric treatment; or a theory of psychiatric treatment</w:t>
      </w:r>
      <w:r>
        <w:br/>
      </w:r>
      <w:r>
        <w:t xml:space="preserve">    (c) regardless of how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could not,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, have been called a beauty, though she was tall, strong-looking, and well built.</w:t>
      </w:r>
      <w:r>
        <w:br/>
      </w:r>
      <w:r>
        <w:t xml:space="preserve">    (a) in keeping with or in agreement with what was just stated</w:t>
      </w:r>
      <w:r>
        <w:br/>
      </w:r>
      <w:r>
        <w:t xml:space="preserve">    (b) a word used to connect contrasting ideas as when using</w:t>
      </w:r>
      <w:r>
        <w:t xml:space="preserve"> </w:t>
      </w:r>
      <w:r>
        <w:rPr>
          <w:i/>
          <w:iCs/>
        </w:rPr>
        <w:t xml:space="preserve">though</w:t>
      </w:r>
      <w:r>
        <w:t xml:space="preserve">,</w:t>
      </w:r>
      <w:r>
        <w:t xml:space="preserve"> </w:t>
      </w:r>
      <w:r>
        <w:rPr>
          <w:i/>
          <w:iCs/>
        </w:rPr>
        <w:t xml:space="preserve">in spite of that</w:t>
      </w:r>
      <w:r>
        <w:t xml:space="preserve">,</w:t>
      </w:r>
      <w:r>
        <w:t xml:space="preserve"> </w:t>
      </w:r>
      <w:r>
        <w:rPr>
          <w:i/>
          <w:iCs/>
        </w:rPr>
        <w:t xml:space="preserve">in contrast</w:t>
      </w:r>
      <w:r>
        <w:t xml:space="preserve">,</w:t>
      </w:r>
      <w:r>
        <w:t xml:space="preserve"> </w:t>
      </w:r>
      <w:r>
        <w:rPr>
          <w:i/>
          <w:iCs/>
        </w:rPr>
        <w:t xml:space="preserve">nevertheless</w:t>
      </w:r>
      <w:r>
        <w:t xml:space="preserve">, etc.</w:t>
      </w:r>
      <w:r>
        <w:br/>
      </w:r>
      <w:r>
        <w:t xml:space="preserve">    (c) therefore (for that reason)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recalled, too, that during those two hours I had not said a single word to this creature, and had, in fact, considered it utterly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superfluous</w:t>
      </w:r>
      <w:r>
        <w:rPr>
          <w:b/>
          <w:bCs/>
        </w:rPr>
        <w:t xml:space="preserve">; in fact, the silence had for some reason gratified me.</w:t>
      </w:r>
      <w:r>
        <w:br/>
      </w:r>
      <w:r>
        <w:t xml:space="preserve">    (a) more than is needed, desired, or required</w:t>
      </w:r>
      <w:r>
        <w:br/>
      </w:r>
      <w:r>
        <w:t xml:space="preserve">    (b) without purpose, job, or natural activity</w:t>
      </w:r>
      <w:r>
        <w:br/>
      </w:r>
      <w:r>
        <w:t xml:space="preserve">    (c) the quality of being sensible and careful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...a stare more than severe, utterly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contemptuous</w:t>
      </w:r>
      <w:r>
        <w:rPr>
          <w:b/>
          <w:bCs/>
        </w:rPr>
        <w:t xml:space="preserve">.</w:t>
      </w:r>
      <w:r>
        <w:br/>
      </w:r>
      <w:r>
        <w:t xml:space="preserve">    (a) with intense dislike and disrespect</w:t>
      </w:r>
      <w:r>
        <w:br/>
      </w:r>
      <w:r>
        <w:t xml:space="preserve">    (b) able to be disagreed with</w:t>
      </w:r>
      <w:r>
        <w:br/>
      </w:r>
      <w:r>
        <w:t xml:space="preserve">    (c) not tending to find fault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2026-05-20T02:20:03Z</dcterms:created>
  <dcterms:modified xsi:type="dcterms:W3CDTF">2026-05-20T02:20:03Z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