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13866f1f745c61500378b7230f561d13edfda0f"/>
    <w:p>
      <w:pPr>
        <w:pStyle w:val="Heading1"/>
      </w:pPr>
      <w:r>
        <w:rPr>
          <w:b/>
          <w:bCs/>
        </w:rPr>
        <w:t xml:space="preserve">Notes from the Underground</w:t>
      </w:r>
      <w:r>
        <w:br/>
      </w:r>
      <w:r>
        <w:rPr>
          <w:i/>
          <w:iCs/>
        </w:rPr>
        <w:t xml:space="preserve">Fyodor Dostoyevsky</w:t>
      </w:r>
      <w:r>
        <w:br/>
      </w:r>
      <w:r>
        <w:rPr>
          <w:b/>
          <w:bCs/>
        </w:rPr>
        <w:t xml:space="preserve">Extra Credit 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bet you think I am writing all this from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affectation</w:t>
      </w:r>
      <w:r>
        <w:rPr>
          <w:b/>
          <w:bCs/>
        </w:rPr>
        <w:t xml:space="preserve">, to be witty at the expense of men of action; and what is more, that from ill-bred affectation, I am clanking a sword like my officer.</w:t>
      </w:r>
      <w:r>
        <w:br/>
      </w:r>
      <w:r>
        <w:t xml:space="preserve">    (a) a particular way of seeing or thinking about things</w:t>
      </w:r>
      <w:r>
        <w:br/>
      </w:r>
      <w:r>
        <w:t xml:space="preserve">    (b) behaving in an artificial way to make an impression</w:t>
      </w:r>
      <w:r>
        <w:br/>
      </w:r>
      <w:r>
        <w:t xml:space="preserve">    (c) collection of star systems held together by gravity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was as though it were my most normal condition, and not in the least disease or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depravity</w:t>
      </w:r>
      <w:r>
        <w:rPr>
          <w:b/>
          <w:bCs/>
        </w:rPr>
        <w:t xml:space="preserve">, so that at last all desire in me to struggle against this depravity passed.</w:t>
      </w:r>
      <w:r>
        <w:br/>
      </w:r>
      <w:r>
        <w:t xml:space="preserve">    (a) measure of general intelligence</w:t>
      </w:r>
      <w:r>
        <w:br/>
      </w:r>
      <w:r>
        <w:t xml:space="preserve">    (b) a firm decision to do something</w:t>
      </w:r>
      <w:r>
        <w:br/>
      </w:r>
      <w:r>
        <w:t xml:space="preserve">    (c) complete immorality or evilness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Of course, a minute or so later I would realise wrathfully that it was all a lie, a revolting lie, an affected lie, that is, all this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penitence</w:t>
      </w:r>
      <w:r>
        <w:rPr>
          <w:b/>
          <w:bCs/>
        </w:rPr>
        <w:t xml:space="preserve">, this emotion, these vows of reform.</w:t>
      </w:r>
      <w:r>
        <w:br/>
      </w:r>
      <w:r>
        <w:t xml:space="preserve">    (a) a government, country, or ruling family of a country ruled by a king of queen</w:t>
      </w:r>
      <w:r>
        <w:br/>
      </w:r>
      <w:r>
        <w:t xml:space="preserve">    (b) a psychologist concerned with the treatment of abnormal thinking and behavior</w:t>
      </w:r>
      <w:r>
        <w:br/>
      </w:r>
      <w:r>
        <w:t xml:space="preserve">    (c) feeling or expressing sorrow for having done wrong; or a person who does such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So far, you know, this is only your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supposition</w:t>
      </w:r>
      <w:r>
        <w:rPr>
          <w:b/>
          <w:bCs/>
        </w:rPr>
        <w:t xml:space="preserve">.</w:t>
      </w:r>
      <w:r>
        <w:br/>
      </w:r>
      <w:r>
        <w:t xml:space="preserve">    (a) a powerful stimulant drug that increases activity in the brain and nervous system -- often addictive</w:t>
      </w:r>
      <w:r>
        <w:br/>
      </w:r>
      <w:r>
        <w:t xml:space="preserve">    (b) something supposed (rather than something known to be so) -- such as a disputed belief or assumption</w:t>
      </w:r>
      <w:r>
        <w:br/>
      </w:r>
      <w:r>
        <w:t xml:space="preserve">    (c) nerve cells running from the base of the skull to the lower back and enclosed by vertebrae in adults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am standing for ...my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caprice</w:t>
      </w:r>
      <w:r>
        <w:rPr>
          <w:b/>
          <w:bCs/>
        </w:rPr>
        <w:t xml:space="preserve">, and for its being guaranteed to me when necessary.</w:t>
      </w:r>
      <w:r>
        <w:br/>
      </w:r>
      <w:r>
        <w:t xml:space="preserve">    (a) someone who expresses disapproval</w:t>
      </w:r>
      <w:r>
        <w:br/>
      </w:r>
      <w:r>
        <w:t xml:space="preserve">    (b) purpose, job, or natural activity</w:t>
      </w:r>
      <w:r>
        <w:br/>
      </w:r>
      <w:r>
        <w:t xml:space="preserve">    (c) impulsiveness or unpredictability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Perhaps the thing I resented was, that of all your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edifices</w:t>
      </w:r>
      <w:r>
        <w:rPr>
          <w:b/>
          <w:bCs/>
        </w:rPr>
        <w:t xml:space="preserve"> </w:t>
      </w:r>
      <w:r>
        <w:rPr>
          <w:b/>
          <w:bCs/>
        </w:rPr>
        <w:t xml:space="preserve">there has not been one at which one could not put out one's tongue.</w:t>
      </w:r>
      <w:r>
        <w:br/>
      </w:r>
      <w:r>
        <w:t xml:space="preserve">    (a) Christianity:  the original 12 disciples (followers) chosen by Jesus Christ to preach his gospel</w:t>
      </w:r>
      <w:r>
        <w:br/>
      </w:r>
      <w:r>
        <w:t xml:space="preserve">    (b) people who believe that God created the universe, but that he doesn't interfere with how it runs</w:t>
      </w:r>
      <w:r>
        <w:br/>
      </w:r>
      <w:r>
        <w:t xml:space="preserve">    (c) a building or structure -- especially a large one</w:t>
      </w:r>
      <w:r>
        <w:br/>
      </w:r>
      <w:r>
        <w:br/>
      </w:r>
      <w:r>
        <w:t xml:space="preserve">or:</w:t>
      </w:r>
      <w:r>
        <w:br/>
      </w:r>
      <w:r>
        <w:br/>
      </w:r>
      <w:r>
        <w:t xml:space="preserve">a conceptual or organizational framework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You talk nonsense and are pleased with it; you say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impudent</w:t>
      </w:r>
      <w:r>
        <w:rPr>
          <w:b/>
          <w:bCs/>
        </w:rPr>
        <w:t xml:space="preserve"> </w:t>
      </w:r>
      <w:r>
        <w:rPr>
          <w:b/>
          <w:bCs/>
        </w:rPr>
        <w:t xml:space="preserve">things and are in continual alarm and apologising for them.</w:t>
      </w:r>
      <w:r>
        <w:br/>
      </w:r>
      <w:r>
        <w:t xml:space="preserve">    (a) working against psychosis (any severe mental disorder in which contact with reality is lost or highly distorted)</w:t>
      </w:r>
      <w:r>
        <w:br/>
      </w:r>
      <w:r>
        <w:t xml:space="preserve">    (b) improperly bold or disrespectful -- especially toward someone who is older or considered to be of higher status</w:t>
      </w:r>
      <w:r>
        <w:br/>
      </w:r>
      <w:r>
        <w:t xml:space="preserve">    (c) alternative medicine using extremely diluted doses of a substance to treat the same symptoms larger doses cause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You may have sincerity, but you have no modesty; out of the pettiest vanity you expose your sincerity to publicity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ignominy</w:t>
      </w:r>
      <w:r>
        <w:rPr>
          <w:b/>
          <w:bCs/>
        </w:rPr>
        <w:t xml:space="preserve">.</w:t>
      </w:r>
      <w:r>
        <w:br/>
      </w:r>
      <w:r>
        <w:t xml:space="preserve">    (a) circular movement</w:t>
      </w:r>
      <w:r>
        <w:br/>
      </w:r>
      <w:r>
        <w:t xml:space="preserve">    (b) shame or disgrace</w:t>
      </w:r>
      <w:r>
        <w:br/>
      </w:r>
      <w:r>
        <w:t xml:space="preserve">    (c) size or dimension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All my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fastidiousness</w:t>
      </w:r>
      <w:r>
        <w:rPr>
          <w:b/>
          <w:bCs/>
        </w:rPr>
        <w:t xml:space="preserve"> </w:t>
      </w:r>
      <w:r>
        <w:rPr>
          <w:b/>
          <w:bCs/>
        </w:rPr>
        <w:t xml:space="preserve">would suddenly, for no rhyme or reason, vanish.</w:t>
      </w:r>
      <w:r>
        <w:br/>
      </w:r>
      <w:r>
        <w:t xml:space="preserve">    (a) a person who works from within to destroy an established order; or relating to such destructive efforts</w:t>
      </w:r>
      <w:r>
        <w:br/>
      </w:r>
      <w:r>
        <w:t xml:space="preserve">    (b) giving careful attention to detail</w:t>
      </w:r>
      <w:r>
        <w:br/>
      </w:r>
      <w:r>
        <w:br/>
      </w:r>
      <w:r>
        <w:t xml:space="preserve">or:</w:t>
      </w:r>
      <w:r>
        <w:br/>
      </w:r>
      <w:r>
        <w:br/>
      </w:r>
      <w:r>
        <w:t xml:space="preserve">excessively concerned with cleanliness or matters of taste</w:t>
      </w:r>
      <w:r>
        <w:br/>
      </w:r>
      <w:r>
        <w:t xml:space="preserve">    (c) not relevant (not related to the subject being considered, or not important enough to want to consider)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Once I quite made friends with them, visited their homes, played preference, drank vodka, talked of promotions....But here let me make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digression</w:t>
      </w:r>
      <w:r>
        <w:rPr>
          <w:b/>
          <w:bCs/>
        </w:rPr>
        <w:t xml:space="preserve">.</w:t>
      </w:r>
      <w:r>
        <w:br/>
      </w:r>
      <w:r>
        <w:t xml:space="preserve">    (a) a series of regularly spaced columns -- typically covered by a roof</w:t>
      </w:r>
      <w:r>
        <w:br/>
      </w:r>
      <w:r>
        <w:t xml:space="preserve">    (b) a wandering from a direct or straight course -- especially verbally</w:t>
      </w:r>
      <w:r>
        <w:br/>
      </w:r>
      <w:r>
        <w:t xml:space="preserve">    (c) related to or causing dramatic change; of a supporter of the change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Only fancy, this was two years after his insult to me, and my challenge would have been a ridiculous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anachronism</w:t>
      </w:r>
      <w:r>
        <w:rPr>
          <w:b/>
          <w:bCs/>
        </w:rPr>
        <w:t xml:space="preserve">, in spite of all the ingenuity of my letter in disguising and explaining away the anachronism.</w:t>
      </w:r>
      <w:r>
        <w:br/>
      </w:r>
      <w:r>
        <w:t xml:space="preserve">    (a) a Muslim religious teacher or leader</w:t>
      </w:r>
      <w:r>
        <w:br/>
      </w:r>
      <w:r>
        <w:t xml:space="preserve">    (b) something out of place for it's time</w:t>
      </w:r>
      <w:r>
        <w:br/>
      </w:r>
      <w:r>
        <w:t xml:space="preserve">    (c) lacking experience or sophistication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Either to be a hero or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grovel</w:t>
      </w:r>
      <w:r>
        <w:rPr>
          <w:b/>
          <w:bCs/>
        </w:rPr>
        <w:t xml:space="preserve"> </w:t>
      </w:r>
      <w:r>
        <w:rPr>
          <w:b/>
          <w:bCs/>
        </w:rPr>
        <w:t xml:space="preserve">in the mud—there was nothing between.</w:t>
      </w:r>
      <w:r>
        <w:br/>
      </w:r>
      <w:r>
        <w:t xml:space="preserve">    (a) gradually add or remove</w:t>
      </w:r>
      <w:r>
        <w:br/>
      </w:r>
      <w:r>
        <w:t xml:space="preserve">    (b) not possible to satisfy</w:t>
      </w:r>
      <w:r>
        <w:br/>
      </w:r>
      <w:r>
        <w:t xml:space="preserve">    (c) show submission or fear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as it always happened that such reflections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impelled</w:t>
      </w:r>
      <w:r>
        <w:rPr>
          <w:b/>
          <w:bCs/>
        </w:rPr>
        <w:t xml:space="preserve"> </w:t>
      </w:r>
      <w:r>
        <w:rPr>
          <w:b/>
          <w:bCs/>
        </w:rPr>
        <w:t xml:space="preserve">me, as though purposely, to put myself into a false position, I went in.</w:t>
      </w:r>
      <w:r>
        <w:br/>
      </w:r>
      <w:r>
        <w:t xml:space="preserve">    (a) made appropriate in size, amount, or degree</w:t>
      </w:r>
      <w:r>
        <w:br/>
      </w:r>
      <w:r>
        <w:t xml:space="preserve">    (b) concentrated, look at, or paid attention to</w:t>
      </w:r>
      <w:r>
        <w:br/>
      </w:r>
      <w:r>
        <w:t xml:space="preserve">    (c) to make someone feel they must do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remuneration</w:t>
      </w:r>
      <w:r>
        <w:rPr>
          <w:b/>
          <w:bCs/>
        </w:rPr>
        <w:t xml:space="preserve">?</w:t>
      </w:r>
      <w:r>
        <w:br/>
      </w:r>
      <w:r>
        <w:t xml:space="preserve">    (a) payment</w:t>
      </w:r>
      <w:r>
        <w:br/>
      </w:r>
      <w:r>
        <w:t xml:space="preserve">    (b) payment</w:t>
      </w:r>
      <w:r>
        <w:br/>
      </w:r>
      <w:r>
        <w:t xml:space="preserve">    (c) thought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"And yet this Kolya, who has three thousand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serfs</w:t>
      </w:r>
      <w:r>
        <w:rPr>
          <w:b/>
          <w:bCs/>
        </w:rPr>
        <w:t xml:space="preserve">, has not put in an appearance here tonight to see you off," I cut in suddenly.</w:t>
      </w:r>
      <w:r>
        <w:br/>
      </w:r>
      <w:r>
        <w:t xml:space="preserve">    (a) Middle Ages Europe:  people bound to the land and owned with the land by the feudal lord</w:t>
      </w:r>
      <w:r>
        <w:br/>
      </w:r>
      <w:r>
        <w:t xml:space="preserve">    (b) supporters of dramatic change -- sometimes people fighting for overthrow of a government</w:t>
      </w:r>
      <w:r>
        <w:br/>
      </w:r>
      <w:r>
        <w:t xml:space="preserve">    (c) workplaces where people do scientific or medical research, or produce drugs or chemicals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My harassed face struck me as revolting in the extreme, pale, angry,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abject</w:t>
      </w:r>
      <w:r>
        <w:rPr>
          <w:b/>
          <w:bCs/>
        </w:rPr>
        <w:t xml:space="preserve">, with dishevelled hair.</w:t>
      </w:r>
      <w:r>
        <w:br/>
      </w:r>
      <w:r>
        <w:t xml:space="preserve">    (a) outside</w:t>
      </w:r>
      <w:r>
        <w:br/>
      </w:r>
      <w:r>
        <w:t xml:space="preserve">    (b) extreme</w:t>
      </w:r>
      <w:r>
        <w:br/>
      </w:r>
      <w:r>
        <w:t xml:space="preserve">    (c) certain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"Oh, well, then I shall die," she answered, quite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vindictively</w:t>
      </w:r>
      <w:r>
        <w:rPr>
          <w:b/>
          <w:bCs/>
        </w:rPr>
        <w:t xml:space="preserve">, and she made a quick movement.</w:t>
      </w:r>
      <w:r>
        <w:br/>
      </w:r>
      <w:r>
        <w:t xml:space="preserve">    (a) desirous of seeking revenge or wanting to hurt someone</w:t>
      </w:r>
      <w:r>
        <w:br/>
      </w:r>
      <w:r>
        <w:t xml:space="preserve">    (b) without concern for what others might think of oneself</w:t>
      </w:r>
      <w:r>
        <w:br/>
      </w:r>
      <w:r>
        <w:t xml:space="preserve">    (c) expressed in a manner that shows approval or agreement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you know that's simply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farce</w:t>
      </w:r>
      <w:r>
        <w:rPr>
          <w:b/>
          <w:bCs/>
        </w:rPr>
        <w:t xml:space="preserve">, that's simply a sham, it's just laughing at you, and you are taken in by it!</w:t>
      </w:r>
      <w:r>
        <w:br/>
      </w:r>
      <w:r>
        <w:t xml:space="preserve">    (a) treat in a manner that demonstrates a sense of superiority, but is supposed to seem kind  OR  the actions of a patron (to support someone or something; or to be a customer)</w:t>
      </w:r>
      <w:r>
        <w:br/>
      </w:r>
      <w:r>
        <w:t xml:space="preserve">    (b) (verb) to intentionally anger, challenge, or upset someone -- especially by mocking them or hurling insults  OR  (noun) an insult or other action intended to anger, challenge, or upset someone</w:t>
      </w:r>
      <w:r>
        <w:br/>
      </w:r>
      <w:r>
        <w:t xml:space="preserve">    (c) a ridiculous, exaggerated situation too absurd to be taken seriously; or a type of comedy that relies on absurd humor, using physical slapstick, unlikely situations, and deliberate misunderstandings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was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pedant</w:t>
      </w:r>
      <w:r>
        <w:rPr>
          <w:b/>
          <w:bCs/>
        </w:rPr>
        <w:t xml:space="preserve">, to the most extreme point, the greatest pedant I had met on earth, and with that had a vanity only befitting Alexander of Macedon.</w:t>
      </w:r>
      <w:r>
        <w:br/>
      </w:r>
      <w:r>
        <w:t xml:space="preserve">    (a) someone too concerned with formal rules, details, or book learning</w:t>
      </w:r>
      <w:r>
        <w:br/>
      </w:r>
      <w:r>
        <w:t xml:space="preserve">    (b) someone who fulfills what they perceive as their highest potential</w:t>
      </w:r>
      <w:r>
        <w:br/>
      </w:r>
      <w:r>
        <w:t xml:space="preserve">    (c) someone who makes something appropriate in size, amount, or degree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suddenly seemed to me that this commonplace, prosaic tea was horribly undignified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paltry</w:t>
      </w:r>
      <w:r>
        <w:rPr>
          <w:b/>
          <w:bCs/>
        </w:rPr>
        <w:t xml:space="preserve"> </w:t>
      </w:r>
      <w:r>
        <w:rPr>
          <w:b/>
          <w:bCs/>
        </w:rPr>
        <w:t xml:space="preserve">after all that had happened, and I blushed crimson.</w:t>
      </w:r>
      <w:r>
        <w:br/>
      </w:r>
      <w:r>
        <w:t xml:space="preserve">    (a) able to be understood or explained</w:t>
      </w:r>
      <w:r>
        <w:br/>
      </w:r>
      <w:r>
        <w:t xml:space="preserve">    (b) degree to which things are related</w:t>
      </w:r>
      <w:r>
        <w:br/>
      </w:r>
      <w:r>
        <w:t xml:space="preserve">    (c) insignificant in amount or quality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2026-07-31T15:46:41Z</dcterms:created>
  <dcterms:modified xsi:type="dcterms:W3CDTF">2026-07-31T15:46:41Z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