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7d9380fb913b6c9155f3f594f82065b81163dc5"/>
    <w:p>
      <w:pPr>
        <w:pStyle w:val="Heading1"/>
      </w:pPr>
      <w:r>
        <w:rPr>
          <w:b/>
          <w:bCs/>
        </w:rPr>
        <w:t xml:space="preserve">Not Without My Daughter</w:t>
      </w:r>
      <w:r>
        <w:br/>
      </w:r>
      <w:r>
        <w:rPr>
          <w:i/>
          <w:iCs/>
        </w:rPr>
        <w:t xml:space="preserve">Betty Mahmoody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Although she doesn't earn much money, she was raised in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affluent</w:t>
      </w:r>
      <w:r>
        <w:rPr>
          <w:b/>
          <w:bCs/>
        </w:rPr>
        <w:t xml:space="preserve"> </w:t>
      </w:r>
      <w:r>
        <w:rPr>
          <w:b/>
          <w:bCs/>
        </w:rPr>
        <w:t xml:space="preserve">household.</w:t>
      </w:r>
      <w:r>
        <w:br/>
      </w:r>
      <w:r>
        <w:t xml:space="preserve">    (a) wealthy</w:t>
      </w:r>
      <w:r>
        <w:br/>
      </w:r>
      <w:r>
        <w:t xml:space="preserve">    (b) poor</w:t>
      </w:r>
      <w:r>
        <w:br/>
      </w:r>
      <w:r>
        <w:t xml:space="preserve">    (c) middle-class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took every opportunity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assail</w:t>
      </w:r>
      <w:r>
        <w:rPr>
          <w:b/>
          <w:bCs/>
        </w:rPr>
        <w:t xml:space="preserve"> </w:t>
      </w:r>
      <w:r>
        <w:rPr>
          <w:b/>
          <w:bCs/>
        </w:rPr>
        <w:t xml:space="preserve">the policy.</w:t>
      </w:r>
      <w:r>
        <w:br/>
      </w:r>
      <w:r>
        <w:t xml:space="preserve">    (a) study</w:t>
      </w:r>
      <w:r>
        <w:br/>
      </w:r>
      <w:r>
        <w:t xml:space="preserve">    (b) attack</w:t>
      </w:r>
      <w:r>
        <w:br/>
      </w:r>
      <w:r>
        <w:t xml:space="preserve">    (c) understand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likes to make people lose their cool by starting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belligerent</w:t>
      </w:r>
      <w:r>
        <w:rPr>
          <w:b/>
          <w:bCs/>
        </w:rPr>
        <w:t xml:space="preserve"> </w:t>
      </w:r>
      <w:r>
        <w:rPr>
          <w:b/>
          <w:bCs/>
        </w:rPr>
        <w:t xml:space="preserve">political arguments.</w:t>
      </w:r>
      <w:r>
        <w:br/>
      </w:r>
      <w:r>
        <w:t xml:space="preserve">    (a) clever or intelligent</w:t>
      </w:r>
      <w:r>
        <w:br/>
      </w:r>
      <w:r>
        <w:t xml:space="preserve">    (b) hostile or combative</w:t>
      </w:r>
      <w:r>
        <w:br/>
      </w:r>
      <w:r>
        <w:t xml:space="preserve">    (c) ridiculous or absurd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chef served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copious</w:t>
      </w:r>
      <w:r>
        <w:rPr>
          <w:b/>
          <w:bCs/>
        </w:rPr>
        <w:t xml:space="preserve"> </w:t>
      </w:r>
      <w:r>
        <w:rPr>
          <w:b/>
          <w:bCs/>
        </w:rPr>
        <w:t xml:space="preserve">amounts of food at the wedding reception.</w:t>
      </w:r>
      <w:r>
        <w:br/>
      </w:r>
      <w:r>
        <w:t xml:space="preserve">    (a) large in quantity</w:t>
      </w:r>
      <w:r>
        <w:br/>
      </w:r>
      <w:r>
        <w:t xml:space="preserve">    (b) rare and unusual</w:t>
      </w:r>
      <w:r>
        <w:br/>
      </w:r>
      <w:r>
        <w:t xml:space="preserve">    (c) small in amount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struggled to lift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cumbersome</w:t>
      </w:r>
      <w:r>
        <w:rPr>
          <w:b/>
          <w:bCs/>
        </w:rPr>
        <w:t xml:space="preserve"> </w:t>
      </w:r>
      <w:r>
        <w:rPr>
          <w:b/>
          <w:bCs/>
        </w:rPr>
        <w:t xml:space="preserve">box up the stairs.</w:t>
      </w:r>
      <w:r>
        <w:br/>
      </w:r>
      <w:r>
        <w:t xml:space="preserve">    (a) well-wrapped</w:t>
      </w:r>
      <w:r>
        <w:br/>
      </w:r>
      <w:r>
        <w:t xml:space="preserve">    (b) difficult to handle</w:t>
      </w:r>
      <w:r>
        <w:br/>
      </w:r>
      <w:r>
        <w:t xml:space="preserve">    (c) easily broken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algebra, letters often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denote</w:t>
      </w:r>
      <w:r>
        <w:rPr>
          <w:b/>
          <w:bCs/>
        </w:rPr>
        <w:t xml:space="preserve"> </w:t>
      </w:r>
      <w:r>
        <w:rPr>
          <w:b/>
          <w:bCs/>
        </w:rPr>
        <w:t xml:space="preserve">unknown numbers in equations.</w:t>
      </w:r>
      <w:r>
        <w:br/>
      </w:r>
      <w:r>
        <w:t xml:space="preserve">    (a) scatter</w:t>
      </w:r>
      <w:r>
        <w:br/>
      </w:r>
      <w:r>
        <w:t xml:space="preserve">    (b) confuse</w:t>
      </w:r>
      <w:r>
        <w:br/>
      </w:r>
      <w:r>
        <w:t xml:space="preserve">    (c) represent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Good students rarely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deviate</w:t>
      </w:r>
      <w:r>
        <w:rPr>
          <w:b/>
          <w:bCs/>
        </w:rPr>
        <w:t xml:space="preserve"> </w:t>
      </w:r>
      <w:r>
        <w:rPr>
          <w:b/>
          <w:bCs/>
        </w:rPr>
        <w:t xml:space="preserve">from their study schedule.</w:t>
      </w:r>
      <w:r>
        <w:br/>
      </w:r>
      <w:r>
        <w:t xml:space="preserve">    (a) depart from norms</w:t>
      </w:r>
      <w:r>
        <w:br/>
      </w:r>
      <w:r>
        <w:t xml:space="preserve">    (b) yell at rules</w:t>
      </w:r>
      <w:r>
        <w:br/>
      </w:r>
      <w:r>
        <w:t xml:space="preserve">    (c) stick to plans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devious</w:t>
      </w:r>
      <w:r>
        <w:rPr>
          <w:b/>
          <w:bCs/>
        </w:rPr>
        <w:t xml:space="preserve"> </w:t>
      </w:r>
      <w:r>
        <w:rPr>
          <w:b/>
          <w:bCs/>
        </w:rPr>
        <w:t xml:space="preserve">opponent.</w:t>
      </w:r>
      <w:r>
        <w:br/>
      </w:r>
      <w:r>
        <w:t xml:space="preserve">    (a) widely respected</w:t>
      </w:r>
      <w:r>
        <w:br/>
      </w:r>
      <w:r>
        <w:t xml:space="preserve">    (b) deceitful and clever</w:t>
      </w:r>
      <w:r>
        <w:br/>
      </w:r>
      <w:r>
        <w:t xml:space="preserve">    (c) not very challenging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 fond of telling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didactic</w:t>
      </w:r>
      <w:r>
        <w:rPr>
          <w:b/>
          <w:bCs/>
        </w:rPr>
        <w:t xml:space="preserve"> </w:t>
      </w:r>
      <w:r>
        <w:rPr>
          <w:b/>
          <w:bCs/>
        </w:rPr>
        <w:t xml:space="preserve">stories to her grandchildren.</w:t>
      </w:r>
      <w:r>
        <w:br/>
      </w:r>
      <w:r>
        <w:t xml:space="preserve">    (a) psychoanalysis:  that part of the unconscious mind with primitive, instinctual desires</w:t>
      </w:r>
      <w:r>
        <w:br/>
      </w:r>
      <w:r>
        <w:t xml:space="preserve">    (b) intended to instruct</w:t>
      </w:r>
      <w:r>
        <w:br/>
      </w:r>
      <w:r>
        <w:t xml:space="preserve">    (c) someone who believes in doing things the way they have generally been done in the past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heard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discordant</w:t>
      </w:r>
      <w:r>
        <w:rPr>
          <w:b/>
          <w:bCs/>
        </w:rPr>
        <w:t xml:space="preserve"> </w:t>
      </w:r>
      <w:r>
        <w:rPr>
          <w:b/>
          <w:bCs/>
        </w:rPr>
        <w:t xml:space="preserve">clanging of pots in the kitchen.</w:t>
      </w:r>
      <w:r>
        <w:br/>
      </w:r>
      <w:r>
        <w:t xml:space="preserve">    (a) loud sound</w:t>
      </w:r>
      <w:r>
        <w:br/>
      </w:r>
      <w:r>
        <w:t xml:space="preserve">    (b) attractive sound</w:t>
      </w:r>
      <w:r>
        <w:br/>
      </w:r>
      <w:r>
        <w:t xml:space="preserve">    (c) unpleasant sound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country placed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embargo</w:t>
      </w:r>
      <w:r>
        <w:rPr>
          <w:b/>
          <w:bCs/>
        </w:rPr>
        <w:t xml:space="preserve"> </w:t>
      </w:r>
      <w:r>
        <w:rPr>
          <w:b/>
          <w:bCs/>
        </w:rPr>
        <w:t xml:space="preserve">on oil shipments during the conflict.</w:t>
      </w:r>
      <w:r>
        <w:br/>
      </w:r>
      <w:r>
        <w:t xml:space="preserve">    (a) increase in trade</w:t>
      </w:r>
      <w:r>
        <w:br/>
      </w:r>
      <w:r>
        <w:t xml:space="preserve">    (b) ban on trade</w:t>
      </w:r>
      <w:r>
        <w:br/>
      </w:r>
      <w:r>
        <w:t xml:space="preserve">    (c) tax on trade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the field of economics, market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equilibrium</w:t>
      </w:r>
      <w:r>
        <w:rPr>
          <w:b/>
          <w:bCs/>
        </w:rPr>
        <w:t xml:space="preserve"> </w:t>
      </w:r>
      <w:r>
        <w:rPr>
          <w:b/>
          <w:bCs/>
        </w:rPr>
        <w:t xml:space="preserve">is achieved when supply meets demand, resulting in stable prices and satisfied consumers.</w:t>
      </w:r>
      <w:r>
        <w:br/>
      </w:r>
      <w:r>
        <w:t xml:space="preserve">    (a) disparity</w:t>
      </w:r>
      <w:r>
        <w:br/>
      </w:r>
      <w:r>
        <w:t xml:space="preserve">    (b) conflict</w:t>
      </w:r>
      <w:r>
        <w:br/>
      </w:r>
      <w:r>
        <w:t xml:space="preserve">    (c) balance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goal is good, but the plan doesn't seem very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feasible</w:t>
      </w:r>
      <w:r>
        <w:rPr>
          <w:b/>
          <w:bCs/>
        </w:rPr>
        <w:t xml:space="preserve">.</w:t>
      </w:r>
      <w:r>
        <w:br/>
      </w:r>
      <w:r>
        <w:t xml:space="preserve">    (a) practical</w:t>
      </w:r>
      <w:r>
        <w:br/>
      </w:r>
      <w:r>
        <w:t xml:space="preserve">    (b) impressive</w:t>
      </w:r>
      <w:r>
        <w:br/>
      </w:r>
      <w:r>
        <w:t xml:space="preserve">    (c) profitable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have re-entered negotiations in an attempt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forestall</w:t>
      </w:r>
      <w:r>
        <w:rPr>
          <w:b/>
          <w:bCs/>
        </w:rPr>
        <w:t xml:space="preserve"> </w:t>
      </w:r>
      <w:r>
        <w:rPr>
          <w:b/>
          <w:bCs/>
        </w:rPr>
        <w:t xml:space="preserve">bankruptcy.</w:t>
      </w:r>
      <w:r>
        <w:br/>
      </w:r>
      <w:r>
        <w:t xml:space="preserve">    (a) prevent</w:t>
      </w:r>
      <w:r>
        <w:br/>
      </w:r>
      <w:r>
        <w:t xml:space="preserve">    (b) support</w:t>
      </w:r>
      <w:r>
        <w:br/>
      </w:r>
      <w:r>
        <w:t xml:space="preserve">    (c) delay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wants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obstetrician</w:t>
      </w:r>
      <w:r>
        <w:rPr>
          <w:b/>
          <w:bCs/>
        </w:rPr>
        <w:t xml:space="preserve"> </w:t>
      </w:r>
      <w:r>
        <w:rPr>
          <w:b/>
          <w:bCs/>
        </w:rPr>
        <w:t xml:space="preserve">who is not inclined toward caesarean operations.</w:t>
      </w:r>
      <w:r>
        <w:br/>
      </w:r>
      <w:r>
        <w:t xml:space="preserve">    (a) a doctor for childbirth</w:t>
      </w:r>
      <w:r>
        <w:br/>
      </w:r>
      <w:r>
        <w:t xml:space="preserve">    (b) a doctor for skin issues</w:t>
      </w:r>
      <w:r>
        <w:br/>
      </w:r>
      <w:r>
        <w:t xml:space="preserve">    (c) a doctor for heart care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opulent</w:t>
      </w:r>
      <w:r>
        <w:rPr>
          <w:b/>
          <w:bCs/>
        </w:rPr>
        <w:t xml:space="preserve"> </w:t>
      </w:r>
      <w:r>
        <w:rPr>
          <w:b/>
          <w:bCs/>
        </w:rPr>
        <w:t xml:space="preserve">hotel lobby had marble floors, crystal lights, and velvet chairs.</w:t>
      </w:r>
      <w:r>
        <w:br/>
      </w:r>
      <w:r>
        <w:t xml:space="preserve">    (a) plain and practical</w:t>
      </w:r>
      <w:r>
        <w:br/>
      </w:r>
      <w:r>
        <w:t xml:space="preserve">    (b) rich and luxurious</w:t>
      </w:r>
      <w:r>
        <w:br/>
      </w:r>
      <w:r>
        <w:t xml:space="preserve">    (c) small and crowded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central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tenet</w:t>
      </w:r>
      <w:r>
        <w:rPr>
          <w:b/>
          <w:bCs/>
        </w:rPr>
        <w:t xml:space="preserve"> </w:t>
      </w:r>
      <w:r>
        <w:rPr>
          <w:b/>
          <w:bCs/>
        </w:rPr>
        <w:t xml:space="preserve">of the religion is non-violence and respect of all forms of life.</w:t>
      </w:r>
      <w:r>
        <w:br/>
      </w:r>
      <w:r>
        <w:t xml:space="preserve">    (a) principle belief</w:t>
      </w:r>
      <w:r>
        <w:br/>
      </w:r>
      <w:r>
        <w:t xml:space="preserve">    (b) opposing idea</w:t>
      </w:r>
      <w:r>
        <w:br/>
      </w:r>
      <w:r>
        <w:t xml:space="preserve">    (c) simplified idea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I'm growing tired of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tirades</w:t>
      </w:r>
      <w:r>
        <w:rPr>
          <w:b/>
          <w:bCs/>
        </w:rPr>
        <w:t xml:space="preserve">.</w:t>
      </w:r>
      <w:r>
        <w:br/>
      </w:r>
      <w:r>
        <w:t xml:space="preserve">    (a) displays of paralyzing worry</w:t>
      </w:r>
      <w:r>
        <w:br/>
      </w:r>
      <w:r>
        <w:t xml:space="preserve">    (b) displays of useless guilt</w:t>
      </w:r>
      <w:r>
        <w:br/>
      </w:r>
      <w:r>
        <w:t xml:space="preserve">    (c) displays of angry criticism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Many were surprised that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venerable</w:t>
      </w:r>
      <w:r>
        <w:rPr>
          <w:b/>
          <w:bCs/>
        </w:rPr>
        <w:t xml:space="preserve"> </w:t>
      </w:r>
      <w:r>
        <w:rPr>
          <w:b/>
          <w:bCs/>
        </w:rPr>
        <w:t xml:space="preserve">institution like Bear Stearns could so rapidly go out of business.</w:t>
      </w:r>
      <w:r>
        <w:br/>
      </w:r>
      <w:r>
        <w:t xml:space="preserve">    (a) popular</w:t>
      </w:r>
      <w:r>
        <w:br/>
      </w:r>
      <w:r>
        <w:t xml:space="preserve">    (b) long respected</w:t>
      </w:r>
      <w:r>
        <w:br/>
      </w:r>
      <w:r>
        <w:t xml:space="preserve">    (c) large and successful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Many people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venerate</w:t>
      </w:r>
      <w:r>
        <w:rPr>
          <w:b/>
          <w:bCs/>
        </w:rPr>
        <w:t xml:space="preserve"> </w:t>
      </w:r>
      <w:r>
        <w:rPr>
          <w:b/>
          <w:bCs/>
        </w:rPr>
        <w:t xml:space="preserve">leaders who devoted their lives to justice.</w:t>
      </w:r>
      <w:r>
        <w:br/>
      </w:r>
      <w:r>
        <w:t xml:space="preserve">    (a) deeply respect</w:t>
      </w:r>
      <w:r>
        <w:br/>
      </w:r>
      <w:r>
        <w:t xml:space="preserve">    (b) openly avoid</w:t>
      </w:r>
      <w:r>
        <w:br/>
      </w:r>
      <w:r>
        <w:t xml:space="preserve">    (c) quietly question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2026-07-31T15:46:00Z</dcterms:created>
  <dcterms:modified xsi:type="dcterms:W3CDTF">2026-07-31T15:46:00Z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