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56e461ef97bb0797d11fe91fb31b02cff7d0208"/>
    <w:p>
      <w:pPr>
        <w:pStyle w:val="Heading1"/>
      </w:pPr>
      <w:r>
        <w:rPr>
          <w:b/>
          <w:bCs/>
        </w:rPr>
        <w:t xml:space="preserve">Not Without My Daughter</w:t>
      </w:r>
      <w:r>
        <w:br/>
      </w:r>
      <w:r>
        <w:rPr>
          <w:i/>
          <w:iCs/>
        </w:rPr>
        <w:t xml:space="preserve">Betty Mahmoody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Once more I glanced at my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reflection</w:t>
      </w:r>
      <w:r>
        <w:rPr>
          <w:b/>
          <w:bCs/>
        </w:rPr>
        <w:t xml:space="preserve">, dismissing the thought of running a brush through my brown hair.</w:t>
      </w:r>
      <w:r>
        <w:br/>
      </w:r>
      <w:r>
        <w:t xml:space="preserve">    (a) image (seen on a mirror or other shiny surface)</w:t>
      </w:r>
      <w:r>
        <w:br/>
      </w:r>
      <w:r>
        <w:t xml:space="preserve">    (b) a notable or unusual event that attracts attention</w:t>
      </w:r>
      <w:r>
        <w:br/>
      </w:r>
      <w:r>
        <w:t xml:space="preserve">    (c) the act of interacting or getting interested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an alternative worth considering, but upon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reflection</w:t>
      </w:r>
      <w:r>
        <w:rPr>
          <w:b/>
          <w:bCs/>
        </w:rPr>
        <w:t xml:space="preserve"> </w:t>
      </w:r>
      <w:r>
        <w:rPr>
          <w:b/>
          <w:bCs/>
        </w:rPr>
        <w:t xml:space="preserve">we both realized that it would alert Moody to the fact that I had secret friends.</w:t>
      </w:r>
      <w:r>
        <w:br/>
      </w:r>
      <w:r>
        <w:t xml:space="preserve">    (a) starts (a fire)</w:t>
      </w:r>
      <w:r>
        <w:br/>
      </w:r>
      <w:r>
        <w:t xml:space="preserve">    (b) in whatever way</w:t>
      </w:r>
      <w:r>
        <w:br/>
      </w:r>
      <w:r>
        <w:t xml:space="preserve">    (c) careful thought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intrigued</w:t>
      </w:r>
      <w:r>
        <w:rPr>
          <w:b/>
          <w:bCs/>
        </w:rPr>
        <w:t xml:space="preserve"> </w:t>
      </w:r>
      <w:r>
        <w:rPr>
          <w:b/>
          <w:bCs/>
        </w:rPr>
        <w:t xml:space="preserve">me most was that the chador was optional.</w:t>
      </w:r>
      <w:r>
        <w:br/>
      </w:r>
      <w:r>
        <w:t xml:space="preserve">    (a) not provided with investment funds</w:t>
      </w:r>
      <w:r>
        <w:br/>
      </w:r>
      <w:r>
        <w:t xml:space="preserve">    (b) interested</w:t>
      </w:r>
      <w:r>
        <w:br/>
      </w:r>
      <w:r>
        <w:t xml:space="preserve">    (c) stopped (something from happening)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What was I doing embroiled in this convoluted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intrigue</w:t>
      </w:r>
      <w:r>
        <w:rPr>
          <w:b/>
          <w:bCs/>
        </w:rPr>
        <w:t xml:space="preserve">?</w:t>
      </w:r>
      <w:r>
        <w:br/>
      </w:r>
      <w:r>
        <w:t xml:space="preserve">    (a) interaction or interest</w:t>
      </w:r>
      <w:r>
        <w:br/>
      </w:r>
      <w:r>
        <w:t xml:space="preserve">    (b) a subtle characteristic</w:t>
      </w:r>
      <w:r>
        <w:br/>
      </w:r>
      <w:r>
        <w:t xml:space="preserve">    (c) secret scheme or plot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there were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ominous</w:t>
      </w:r>
      <w:r>
        <w:rPr>
          <w:b/>
          <w:bCs/>
        </w:rPr>
        <w:t xml:space="preserve"> </w:t>
      </w:r>
      <w:r>
        <w:rPr>
          <w:b/>
          <w:bCs/>
        </w:rPr>
        <w:t xml:space="preserve">pasdar, a special police force that prowled about in small white four-wheel-drive Nissan trucks.</w:t>
      </w:r>
      <w:r>
        <w:br/>
      </w:r>
      <w:r>
        <w:t xml:space="preserve">    (a) comforting</w:t>
      </w:r>
      <w:r>
        <w:br/>
      </w:r>
      <w:r>
        <w:t xml:space="preserve">    (b) huge</w:t>
      </w:r>
      <w:r>
        <w:br/>
      </w:r>
      <w:r>
        <w:t xml:space="preserve">    (c) threatening (suggestive of, or foreshadowing bad things to come)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 book of didactic pronouncements from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Imam</w:t>
      </w:r>
      <w:r>
        <w:rPr>
          <w:b/>
          <w:bCs/>
        </w:rPr>
        <w:t xml:space="preserve"> </w:t>
      </w:r>
      <w:r>
        <w:rPr>
          <w:b/>
          <w:bCs/>
        </w:rPr>
        <w:t xml:space="preserve">Ali, the founder of the Shiite sect.</w:t>
      </w:r>
      <w:r>
        <w:br/>
      </w:r>
      <w:r>
        <w:t xml:space="preserve">    (a) social event or ceremony</w:t>
      </w:r>
      <w:r>
        <w:br/>
      </w:r>
      <w:r>
        <w:t xml:space="preserve">    (b) Islamic religious leader</w:t>
      </w:r>
      <w:r>
        <w:br/>
      </w:r>
      <w:r>
        <w:t xml:space="preserve">    (c) a negatively charged 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Nevertheless</w:t>
      </w:r>
      <w:r>
        <w:rPr>
          <w:b/>
          <w:bCs/>
        </w:rPr>
        <w:t xml:space="preserve">, I wanted him to get ready also.</w:t>
      </w:r>
      <w:r>
        <w:br/>
      </w:r>
      <w:r>
        <w:t xml:space="preserve">    (a) in keeping with or in agreement with what was just stated</w:t>
      </w:r>
      <w:r>
        <w:br/>
      </w:r>
      <w:r>
        <w:t xml:space="preserve">    (b) despite that (used to connect contrasting ideas)</w:t>
      </w:r>
      <w:r>
        <w:br/>
      </w:r>
      <w:r>
        <w:t xml:space="preserve">    (c) therefore (for that reason)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thought back to all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clandestine</w:t>
      </w:r>
      <w:r>
        <w:rPr>
          <w:b/>
          <w:bCs/>
        </w:rPr>
        <w:t xml:space="preserve"> </w:t>
      </w:r>
      <w:r>
        <w:rPr>
          <w:b/>
          <w:bCs/>
        </w:rPr>
        <w:t xml:space="preserve">conversations in Farsi between Moody and Mammal when Mammal was living with us in Michigan.</w:t>
      </w:r>
      <w:r>
        <w:br/>
      </w:r>
      <w:r>
        <w:t xml:space="preserve">    (a) unpleasing sound</w:t>
      </w:r>
      <w:r>
        <w:br/>
      </w:r>
      <w:r>
        <w:t xml:space="preserve">    (b) secret or hidden</w:t>
      </w:r>
      <w:r>
        <w:br/>
      </w:r>
      <w:r>
        <w:t xml:space="preserve">    (c) able to be found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demeanor</w:t>
      </w:r>
      <w:r>
        <w:rPr>
          <w:b/>
          <w:bCs/>
        </w:rPr>
        <w:t xml:space="preserve"> </w:t>
      </w:r>
      <w:r>
        <w:rPr>
          <w:b/>
          <w:bCs/>
        </w:rPr>
        <w:t xml:space="preserve">was threatening enough to make me obey.</w:t>
      </w:r>
      <w:r>
        <w:br/>
      </w:r>
      <w:r>
        <w:t xml:space="preserve">    (a) the manner in which a person behaves</w:t>
      </w:r>
      <w:r>
        <w:br/>
      </w:r>
      <w:r>
        <w:t xml:space="preserve">    (b) a Muslim religious teacher or leader</w:t>
      </w:r>
      <w:r>
        <w:br/>
      </w:r>
      <w:r>
        <w:t xml:space="preserve">    (c) lacking experience or sophistication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Moody immediately turned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wrath</w:t>
      </w:r>
      <w:r>
        <w:rPr>
          <w:b/>
          <w:bCs/>
        </w:rPr>
        <w:t xml:space="preserve"> </w:t>
      </w:r>
      <w:r>
        <w:rPr>
          <w:b/>
          <w:bCs/>
        </w:rPr>
        <w:t xml:space="preserve">upon me, screaming at the top of his lungs, spitting out every English obscenity he could recall.</w:t>
      </w:r>
      <w:r>
        <w:br/>
      </w:r>
      <w:r>
        <w:t xml:space="preserve">    (a) use of reason</w:t>
      </w:r>
      <w:r>
        <w:br/>
      </w:r>
      <w:r>
        <w:t xml:space="preserve">    (b) extreme anger</w:t>
      </w:r>
      <w:r>
        <w:br/>
      </w:r>
      <w:r>
        <w:t xml:space="preserve">    (c) determination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Why did the family have to drag Mahtob and me along on their ridiculous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pilgrimages</w:t>
      </w:r>
      <w:r>
        <w:rPr>
          <w:b/>
          <w:bCs/>
        </w:rPr>
        <w:t xml:space="preserve">?</w:t>
      </w:r>
      <w:r>
        <w:br/>
      </w:r>
      <w:r>
        <w:t xml:space="preserve">    (a) a journey to a special place -- especially a sacred place for religious purposes</w:t>
      </w:r>
      <w:r>
        <w:br/>
      </w:r>
      <w:r>
        <w:t xml:space="preserve">    (b) becomes less intense, less severe, or less active -- perhaps goes away entirely</w:t>
      </w:r>
      <w:r>
        <w:br/>
      </w:r>
      <w:r>
        <w:t xml:space="preserve">    (c) thinks of something as true or likely, even though it is not known with certainty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"I told her she is not being fair," Moody said to me, his voice now filled with gentleness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empathy</w:t>
      </w:r>
      <w:r>
        <w:rPr>
          <w:b/>
          <w:bCs/>
        </w:rPr>
        <w:t xml:space="preserve">.</w:t>
      </w:r>
      <w:r>
        <w:br/>
      </w:r>
      <w:r>
        <w:t xml:space="preserve">    (a) a place where conditions are kept as they were to protect wildlife</w:t>
      </w:r>
      <w:r>
        <w:br/>
      </w:r>
      <w:r>
        <w:t xml:space="preserve">    (b) someone who believes that all knowledge is derived from experience</w:t>
      </w:r>
      <w:r>
        <w:br/>
      </w:r>
      <w:r>
        <w:t xml:space="preserve">    (c) the ability or tendency to understand or share in others' feelings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tried to get him to acknowledge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squalor</w:t>
      </w:r>
      <w:r>
        <w:rPr>
          <w:b/>
          <w:bCs/>
        </w:rPr>
        <w:t xml:space="preserve"> </w:t>
      </w:r>
      <w:r>
        <w:rPr>
          <w:b/>
          <w:bCs/>
        </w:rPr>
        <w:t xml:space="preserve">of Ameh Bozorg's home, but he defended his sister staunchly.</w:t>
      </w:r>
      <w:r>
        <w:br/>
      </w:r>
      <w:r>
        <w:t xml:space="preserve">    (a) extremely dirty and unpleasant living conditions</w:t>
      </w:r>
      <w:r>
        <w:br/>
      </w:r>
      <w:r>
        <w:t xml:space="preserve">    (b) the act, process, or instance of telling a story</w:t>
      </w:r>
      <w:r>
        <w:br/>
      </w:r>
      <w:r>
        <w:t xml:space="preserve">    (c) a general feeling of not being as good as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Indeed, my spirits brightened when I took myself off Moody's medication and steeled my will to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perilous</w:t>
      </w:r>
      <w:r>
        <w:rPr>
          <w:b/>
          <w:bCs/>
        </w:rPr>
        <w:t xml:space="preserve"> </w:t>
      </w:r>
      <w:r>
        <w:rPr>
          <w:b/>
          <w:bCs/>
        </w:rPr>
        <w:t xml:space="preserve">task ahead of me.</w:t>
      </w:r>
      <w:r>
        <w:br/>
      </w:r>
      <w:r>
        <w:t xml:space="preserve">    (a) dangerous</w:t>
      </w:r>
      <w:r>
        <w:br/>
      </w:r>
      <w:r>
        <w:t xml:space="preserve">    (b) bent down</w:t>
      </w:r>
      <w:r>
        <w:br/>
      </w:r>
      <w:r>
        <w:t xml:space="preserve">    (c) stuck 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three of us were up early the next morning, and this alone gave me farther reason for long-range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optimism</w:t>
      </w:r>
      <w:r>
        <w:rPr>
          <w:b/>
          <w:bCs/>
        </w:rPr>
        <w:t xml:space="preserve">.</w:t>
      </w:r>
      <w:r>
        <w:br/>
      </w:r>
      <w:r>
        <w:t xml:space="preserve">    (a) a tendency to expect and see the best in all things</w:t>
      </w:r>
      <w:r>
        <w:br/>
      </w:r>
      <w:r>
        <w:t xml:space="preserve">    (b) a particular way of seeing or thinking about things</w:t>
      </w:r>
      <w:r>
        <w:br/>
      </w:r>
      <w:r>
        <w:t xml:space="preserve">    (c) collection of star systems held together by gravity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Through the haze of his interrupted sleep and his questionable abilities of discernment, he attempted to consider the problem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rationally</w:t>
      </w:r>
      <w:r>
        <w:rPr>
          <w:b/>
          <w:bCs/>
        </w:rPr>
        <w:t xml:space="preserve">.</w:t>
      </w:r>
      <w:r>
        <w:br/>
      </w:r>
      <w:r>
        <w:t xml:space="preserve">    (a) reasonable, able to think clearly, or based on logic rather than emotion</w:t>
      </w:r>
      <w:r>
        <w:br/>
      </w:r>
      <w:r>
        <w:t xml:space="preserve">    (b) in the manner of someone who believes oneself morally superior to others</w:t>
      </w:r>
      <w:r>
        <w:br/>
      </w:r>
      <w:r>
        <w:t xml:space="preserve">    (c) in a manner that is unlikely to attract attention or cause embarrassment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Quickly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devoured</w:t>
      </w:r>
      <w:r>
        <w:rPr>
          <w:b/>
          <w:bCs/>
        </w:rPr>
        <w:t xml:space="preserve"> </w:t>
      </w:r>
      <w:r>
        <w:rPr>
          <w:b/>
          <w:bCs/>
        </w:rPr>
        <w:t xml:space="preserve">letters from Joe and John and Mum and Dad.</w:t>
      </w:r>
      <w:r>
        <w:br/>
      </w:r>
      <w:r>
        <w:t xml:space="preserve">    (a) considered (for affect on a result or outcome)</w:t>
      </w:r>
      <w:r>
        <w:br/>
      </w:r>
      <w:r>
        <w:t xml:space="preserve">    (b) read</w:t>
      </w:r>
      <w:r>
        <w:br/>
      </w:r>
      <w:r>
        <w:t xml:space="preserve">    (c) held together (connected or united) or wrapped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clan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devoured</w:t>
      </w:r>
      <w:r>
        <w:rPr>
          <w:b/>
          <w:bCs/>
        </w:rPr>
        <w:t xml:space="preserve"> </w:t>
      </w:r>
      <w:r>
        <w:rPr>
          <w:b/>
          <w:bCs/>
        </w:rPr>
        <w:t xml:space="preserve">my cooking and heaped praises upon me.</w:t>
      </w:r>
      <w:r>
        <w:br/>
      </w:r>
      <w:r>
        <w:t xml:space="preserve">    (a) ate</w:t>
      </w:r>
      <w:r>
        <w:br/>
      </w:r>
      <w:r>
        <w:t xml:space="preserve">    (b) limited or with boundaries</w:t>
      </w:r>
      <w:r>
        <w:br/>
      </w:r>
      <w:r>
        <w:t xml:space="preserve">    (c) gradually added or removed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Helen and I made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tentative</w:t>
      </w:r>
      <w:r>
        <w:rPr>
          <w:b/>
          <w:bCs/>
        </w:rPr>
        <w:t xml:space="preserve"> </w:t>
      </w:r>
      <w:r>
        <w:rPr>
          <w:b/>
          <w:bCs/>
        </w:rPr>
        <w:t xml:space="preserve">plans to meet at three o'clock that afternoon in a park near the embassy.</w:t>
      </w:r>
      <w:r>
        <w:br/>
      </w:r>
      <w:r>
        <w:t xml:space="preserve">    (a) the degree to which something can be solved or settled</w:t>
      </w:r>
      <w:r>
        <w:br/>
      </w:r>
      <w:r>
        <w:t xml:space="preserve">    (b) not capable of being suffered through (or put up with)</w:t>
      </w:r>
      <w:r>
        <w:br/>
      </w:r>
      <w:r>
        <w:t xml:space="preserve">    (c) subject to change (possibly going to change)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evening when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tentatively</w:t>
      </w:r>
      <w:r>
        <w:rPr>
          <w:b/>
          <w:bCs/>
        </w:rPr>
        <w:t xml:space="preserve"> </w:t>
      </w:r>
      <w:r>
        <w:rPr>
          <w:b/>
          <w:bCs/>
        </w:rPr>
        <w:t xml:space="preserve">broached the subject of returning to America, Moody grew despondent rather than angry.</w:t>
      </w:r>
      <w:r>
        <w:br/>
      </w:r>
      <w:r>
        <w:t xml:space="preserve">    (a) in a careful or unsure way</w:t>
      </w:r>
      <w:r>
        <w:br/>
      </w:r>
      <w:r>
        <w:t xml:space="preserve">    (b) in comparison to something else</w:t>
      </w:r>
      <w:r>
        <w:br/>
      </w:r>
      <w:r>
        <w:t xml:space="preserve">    (c) in a manner that is not sincere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2026-07-31T15:46:00Z</dcterms:created>
  <dcterms:modified xsi:type="dcterms:W3CDTF">2026-07-31T15:46:00Z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