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2a1d514af5cf5055b0c826e1f6f69fbb08eeee"/>
    <w:p>
      <w:pPr>
        <w:pStyle w:val="Heading1"/>
      </w:pPr>
      <w:r>
        <w:rPr>
          <w:b/>
          <w:bCs/>
        </w:rPr>
        <w:t xml:space="preserve">Not Without My Daughter</w:t>
      </w:r>
      <w:r>
        <w:br/>
      </w:r>
      <w:r>
        <w:rPr>
          <w:i/>
          <w:iCs/>
        </w:rPr>
        <w:t xml:space="preserve">Betty Mahmoody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Although Moody's countrymen officially hate Americans,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venerate</w:t>
      </w:r>
      <w:r>
        <w:rPr>
          <w:b/>
          <w:bCs/>
        </w:rPr>
        <w:t xml:space="preserve"> </w:t>
      </w:r>
      <w:r>
        <w:rPr>
          <w:b/>
          <w:bCs/>
        </w:rPr>
        <w:t xml:space="preserve">the American educational system.</w:t>
      </w:r>
      <w:r>
        <w:br/>
      </w:r>
      <w:r>
        <w:t xml:space="preserve">    (a) move to a worse or less prestigious situation</w:t>
      </w:r>
      <w:r>
        <w:br/>
      </w:r>
      <w:r>
        <w:t xml:space="preserve">    (b) indicating criticism or disagreement, or "no"</w:t>
      </w:r>
      <w:r>
        <w:br/>
      </w:r>
      <w:r>
        <w:t xml:space="preserve">    (c) respect and admire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Moody boasted that this was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affluent</w:t>
      </w:r>
      <w:r>
        <w:rPr>
          <w:b/>
          <w:bCs/>
        </w:rPr>
        <w:t xml:space="preserve"> </w:t>
      </w:r>
      <w:r>
        <w:rPr>
          <w:b/>
          <w:bCs/>
        </w:rPr>
        <w:t xml:space="preserve">neighborhood on the northern side of Tehran; his sister's house was just two doors away from the Chinese Embassy.</w:t>
      </w:r>
      <w:r>
        <w:br/>
      </w:r>
      <w:r>
        <w:t xml:space="preserve">    (a) people who are, or the condition of being, wealthy</w:t>
      </w:r>
      <w:r>
        <w:br/>
      </w:r>
      <w:r>
        <w:t xml:space="preserve">    (b) the trait of being difficult to meet and talk with</w:t>
      </w:r>
      <w:r>
        <w:br/>
      </w:r>
      <w:r>
        <w:t xml:space="preserve">    (c) aka analytic -- relating to a theory of psychiatry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Since this was a special occasion, the food was swimming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</w:t>
      </w:r>
      <w:r>
        <w:rPr>
          <w:b/>
          <w:bCs/>
        </w:rPr>
        <w:t xml:space="preserve"> </w:t>
      </w:r>
      <w:r>
        <w:rPr>
          <w:b/>
          <w:bCs/>
        </w:rPr>
        <w:t xml:space="preserve">amounts of it.</w:t>
      </w:r>
      <w:r>
        <w:br/>
      </w:r>
      <w:r>
        <w:t xml:space="preserve">    (a) able to be protected or kept unchanged</w:t>
      </w:r>
      <w:r>
        <w:br/>
      </w:r>
      <w:r>
        <w:t xml:space="preserve">    (b) able to accept as true (without proof)</w:t>
      </w:r>
      <w:r>
        <w:br/>
      </w:r>
      <w:r>
        <w:t xml:space="preserve">    (c) abundant (large in quantity or number)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Mahtob and I crawled into bed, so tired that the saggy mattresses, musty blankets, and prickly pillows could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forestall</w:t>
      </w:r>
      <w:r>
        <w:rPr>
          <w:b/>
          <w:bCs/>
        </w:rPr>
        <w:t xml:space="preserve"> </w:t>
      </w:r>
      <w:r>
        <w:rPr>
          <w:b/>
          <w:bCs/>
        </w:rPr>
        <w:t xml:space="preserve">sleep.</w:t>
      </w:r>
      <w:r>
        <w:br/>
      </w:r>
      <w:r>
        <w:t xml:space="preserve">    (a) make different; or show difference</w:t>
      </w:r>
      <w:r>
        <w:br/>
      </w:r>
      <w:r>
        <w:t xml:space="preserve">    (b) prevent something by taking action</w:t>
      </w:r>
      <w:r>
        <w:br/>
      </w:r>
      <w:r>
        <w:t xml:space="preserve">    (c) to cause something to move forward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visitors came in the morning, they began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cumbersome</w:t>
      </w:r>
      <w:r>
        <w:rPr>
          <w:b/>
          <w:bCs/>
        </w:rPr>
        <w:t xml:space="preserve"> </w:t>
      </w:r>
      <w:r>
        <w:rPr>
          <w:b/>
          <w:bCs/>
        </w:rPr>
        <w:t xml:space="preserve">process of leave-taking around noontime.</w:t>
      </w:r>
      <w:r>
        <w:br/>
      </w:r>
      <w:r>
        <w:t xml:space="preserve">    (a) a sensible view of a situation</w:t>
      </w:r>
      <w:r>
        <w:br/>
      </w:r>
      <w:r>
        <w:t xml:space="preserve">    (b) made by taking on as one's own</w:t>
      </w:r>
      <w:r>
        <w:br/>
      </w:r>
      <w:r>
        <w:t xml:space="preserve">    (c) difficult to handle or awkward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Migraines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assailed</w:t>
      </w:r>
      <w:r>
        <w:rPr>
          <w:b/>
          <w:bCs/>
        </w:rPr>
        <w:t xml:space="preserve"> </w:t>
      </w:r>
      <w:r>
        <w:rPr>
          <w:b/>
          <w:bCs/>
        </w:rPr>
        <w:t xml:space="preserve">me in February 1974, bringing dizziness, nausea, and an encompassing sense of weakness.</w:t>
      </w:r>
      <w:r>
        <w:br/>
      </w:r>
      <w:r>
        <w:t xml:space="preserve">    (a) gradually added or removed</w:t>
      </w:r>
      <w:r>
        <w:br/>
      </w:r>
      <w:r>
        <w:t xml:space="preserve">    (b) limited or with boundaries</w:t>
      </w:r>
      <w:r>
        <w:br/>
      </w:r>
      <w:r>
        <w:t xml:space="preserve">    (c) to attack or cause trouble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use the same modern modalities of medicine as allopaths, anesthesiologists, surgeons,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obstetricians</w:t>
      </w:r>
      <w:r>
        <w:rPr>
          <w:b/>
          <w:bCs/>
        </w:rPr>
        <w:t xml:space="preserve">, pediatricians and neurologists, to name a few.</w:t>
      </w:r>
      <w:r>
        <w:br/>
      </w:r>
      <w:r>
        <w:t xml:space="preserve">    (a) things accepted as true (without proof)</w:t>
      </w:r>
      <w:r>
        <w:br/>
      </w:r>
      <w:r>
        <w:t xml:space="preserve">    (b) physicians who specialize in childbirth</w:t>
      </w:r>
      <w:r>
        <w:br/>
      </w:r>
      <w:r>
        <w:t xml:space="preserve">    (c) ways of seeing or thinking about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Over time Moody introduced me to some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tenets</w:t>
      </w:r>
      <w:r>
        <w:rPr>
          <w:b/>
          <w:bCs/>
        </w:rPr>
        <w:t xml:space="preserve"> </w:t>
      </w:r>
      <w:r>
        <w:rPr>
          <w:b/>
          <w:bCs/>
        </w:rPr>
        <w:t xml:space="preserve">of Islam, and I was impressed that it shared many basic philosophies with the Judeo-Christian tradition.</w:t>
      </w:r>
      <w:r>
        <w:br/>
      </w:r>
      <w:r>
        <w:t xml:space="preserve">    (a) ceilings designed to affect noise -- typically to decrease noise</w:t>
      </w:r>
      <w:r>
        <w:br/>
      </w:r>
      <w:r>
        <w:t xml:space="preserve">    (b) important beliefs that are part of a larger framework of beliefs</w:t>
      </w:r>
      <w:r>
        <w:br/>
      </w:r>
      <w:r>
        <w:t xml:space="preserve">    (c) instances of having found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waited until Moody paused in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tirade</w:t>
      </w:r>
      <w:r>
        <w:rPr>
          <w:b/>
          <w:bCs/>
        </w:rPr>
        <w:t xml:space="preserve">.</w:t>
      </w:r>
      <w:r>
        <w:br/>
      </w:r>
      <w:r>
        <w:t xml:space="preserve">    (a) speech of angry criticism</w:t>
      </w:r>
      <w:r>
        <w:br/>
      </w:r>
      <w:r>
        <w:t xml:space="preserve">    (b) something that stands out</w:t>
      </w:r>
      <w:r>
        <w:br/>
      </w:r>
      <w:r>
        <w:t xml:space="preserve">    (c) something made from parts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Often the sheep were marked with a circle of bright iridescent spray paint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denote</w:t>
      </w:r>
      <w:r>
        <w:rPr>
          <w:b/>
          <w:bCs/>
        </w:rPr>
        <w:t xml:space="preserve"> </w:t>
      </w:r>
      <w:r>
        <w:rPr>
          <w:b/>
          <w:bCs/>
        </w:rPr>
        <w:t xml:space="preserve">their owners.</w:t>
      </w:r>
      <w:r>
        <w:br/>
      </w:r>
      <w:r>
        <w:t xml:space="preserve">    (a) select (on a computer screen)</w:t>
      </w:r>
      <w:r>
        <w:br/>
      </w:r>
      <w:r>
        <w:t xml:space="preserve">    (b) consume or destroy completely</w:t>
      </w:r>
      <w:r>
        <w:br/>
      </w:r>
      <w:r>
        <w:t xml:space="preserve">    (c) stand for or symbolize literally; or be a sign or indicator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Moody was typically unable to act, and with each passing day our return to America was becoming less and less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feasible</w:t>
      </w:r>
      <w:r>
        <w:rPr>
          <w:b/>
          <w:bCs/>
        </w:rPr>
        <w:t xml:space="preserve">.</w:t>
      </w:r>
      <w:r>
        <w:br/>
      </w:r>
      <w:r>
        <w:t xml:space="preserve">    (a) able to be translated</w:t>
      </w:r>
      <w:r>
        <w:br/>
      </w:r>
      <w:r>
        <w:t xml:space="preserve">    (b) not easily identified</w:t>
      </w:r>
      <w:r>
        <w:br/>
      </w:r>
      <w:r>
        <w:t xml:space="preserve">    (c) possible or practical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been afraid to let her out of my sight, fearing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devious</w:t>
      </w:r>
      <w:r>
        <w:rPr>
          <w:b/>
          <w:bCs/>
        </w:rPr>
        <w:t xml:space="preserve"> </w:t>
      </w:r>
      <w:r>
        <w:rPr>
          <w:b/>
          <w:bCs/>
        </w:rPr>
        <w:t xml:space="preserve">plots that Moody and his family might concoct to take her away from me.</w:t>
      </w:r>
      <w:r>
        <w:br/>
      </w:r>
      <w:r>
        <w:t xml:space="preserve">    (a) relating to one-sided information that is purposefully spread to influence opinions</w:t>
      </w:r>
      <w:r>
        <w:br/>
      </w:r>
      <w:r>
        <w:t xml:space="preserve">    (b) deceitful (not honest and straightforward) -- often in a complicated, clever manner</w:t>
      </w:r>
      <w:r>
        <w:br/>
      </w:r>
      <w:r>
        <w:t xml:space="preserve">    (c) able to be persuaded to do something by tempting with pleasure or something desired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Moody's grandfather wrote in belabored, redundant,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didactic</w:t>
      </w:r>
      <w:r>
        <w:rPr>
          <w:b/>
          <w:bCs/>
        </w:rPr>
        <w:t xml:space="preserve"> </w:t>
      </w:r>
      <w:r>
        <w:rPr>
          <w:b/>
          <w:bCs/>
        </w:rPr>
        <w:t xml:space="preserve">prose.</w:t>
      </w:r>
      <w:r>
        <w:br/>
      </w:r>
      <w:r>
        <w:t xml:space="preserve">    (a) psychoanalysis:  that part of the unconscious mind with primitive, instinctual desires</w:t>
      </w:r>
      <w:r>
        <w:br/>
      </w:r>
      <w:r>
        <w:t xml:space="preserve">    (b) someone who believes in doing things the way they have generally been done in the past</w:t>
      </w:r>
      <w:r>
        <w:br/>
      </w:r>
      <w:r>
        <w:t xml:space="preserve">    (c) intended to instruct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because of the long-standing arms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embargo</w:t>
      </w:r>
      <w:r>
        <w:rPr>
          <w:b/>
          <w:bCs/>
        </w:rPr>
        <w:t xml:space="preserve">, America could support Iran only in a clandestine manner.</w:t>
      </w:r>
      <w:r>
        <w:br/>
      </w:r>
      <w:r>
        <w:t xml:space="preserve">    (a) portray or create in a particular way  OR  interpret, translate, or extract from</w:t>
      </w:r>
      <w:r>
        <w:br/>
      </w:r>
      <w:r>
        <w:t xml:space="preserve">    (b) an official ban or restriction -- especially a government-imposed trade barrier</w:t>
      </w:r>
      <w:r>
        <w:br/>
      </w:r>
      <w:r>
        <w:t xml:space="preserve">    (c) to release from slavery or servitude; or (metaphorically) from social restraints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Describing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opulent</w:t>
      </w:r>
      <w:r>
        <w:rPr>
          <w:b/>
          <w:bCs/>
        </w:rPr>
        <w:t xml:space="preserve"> </w:t>
      </w:r>
      <w:r>
        <w:rPr>
          <w:b/>
          <w:bCs/>
        </w:rPr>
        <w:t xml:space="preserve">wonders, he offered the family the use of one of the shah's former villas.</w:t>
      </w:r>
      <w:r>
        <w:br/>
      </w:r>
      <w:r>
        <w:t xml:space="preserve">    (a) able to be disagreed with</w:t>
      </w:r>
      <w:r>
        <w:br/>
      </w:r>
      <w:r>
        <w:t xml:space="preserve">    (b) magnificent and luxurious</w:t>
      </w:r>
      <w:r>
        <w:br/>
      </w:r>
      <w:r>
        <w:t xml:space="preserve">    (c) not able to be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therefore held to my assigned schedule meticulously,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deviating</w:t>
      </w:r>
      <w:r>
        <w:rPr>
          <w:b/>
          <w:bCs/>
        </w:rPr>
        <w:t xml:space="preserve"> </w:t>
      </w:r>
      <w:r>
        <w:rPr>
          <w:b/>
          <w:bCs/>
        </w:rPr>
        <w:t xml:space="preserve">only with purpose.</w:t>
      </w:r>
      <w:r>
        <w:br/>
      </w:r>
      <w:r>
        <w:t xml:space="preserve">    (a) changing or differing</w:t>
      </w:r>
      <w:r>
        <w:br/>
      </w:r>
      <w:r>
        <w:t xml:space="preserve">    (b) suggesting indirectly</w:t>
      </w:r>
      <w:r>
        <w:br/>
      </w:r>
      <w:r>
        <w:t xml:space="preserve">    (c) taking on or adopting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belligerent</w:t>
      </w:r>
      <w:r>
        <w:rPr>
          <w:b/>
          <w:bCs/>
        </w:rPr>
        <w:t xml:space="preserve"> </w:t>
      </w:r>
      <w:r>
        <w:rPr>
          <w:b/>
          <w:bCs/>
        </w:rPr>
        <w:t xml:space="preserve">and edgy as he led us down the street and then pushed us roughly into a taxi.</w:t>
      </w:r>
      <w:r>
        <w:br/>
      </w:r>
      <w:r>
        <w:t xml:space="preserve">    (a) (adjective) designed to stop something  OR  (noun) something that stops something else</w:t>
      </w:r>
      <w:r>
        <w:br/>
      </w:r>
      <w:r>
        <w:t xml:space="preserve">    (b) in a fighting mood</w:t>
      </w:r>
      <w:r>
        <w:br/>
      </w:r>
      <w:r>
        <w:t xml:space="preserve">    (c) related to intelligence -- such as requiring, appealing to, or possessing intelligence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pleased that Moody had finally found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equilibrium</w:t>
      </w:r>
      <w:r>
        <w:rPr>
          <w:b/>
          <w:bCs/>
        </w:rPr>
        <w:t xml:space="preserve"> </w:t>
      </w:r>
      <w:r>
        <w:rPr>
          <w:b/>
          <w:bCs/>
        </w:rPr>
        <w:t xml:space="preserve">between his past and present lives.</w:t>
      </w:r>
      <w:r>
        <w:br/>
      </w:r>
      <w:r>
        <w:t xml:space="preserve">    (a) thought</w:t>
      </w:r>
      <w:r>
        <w:br/>
      </w:r>
      <w:r>
        <w:t xml:space="preserve">    (b) balance</w:t>
      </w:r>
      <w:r>
        <w:br/>
      </w:r>
      <w:r>
        <w:t xml:space="preserve">    (c) payment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 wanted them badly enough to stand up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head of the family.</w:t>
      </w:r>
      <w:r>
        <w:br/>
      </w:r>
      <w:r>
        <w:t xml:space="preserve">    (a) relating to understanding or explaining something in a particular way</w:t>
      </w:r>
      <w:r>
        <w:br/>
      </w:r>
      <w:r>
        <w:t xml:space="preserve">    (b) elderly and respected</w:t>
      </w:r>
      <w:r>
        <w:br/>
      </w:r>
      <w:r>
        <w:t xml:space="preserve">    (c) [of food] able to be prepared in a manner that keeps it from spoiling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discordant</w:t>
      </w:r>
      <w:r>
        <w:rPr>
          <w:b/>
          <w:bCs/>
        </w:rPr>
        <w:t xml:space="preserve"> </w:t>
      </w:r>
      <w:r>
        <w:rPr>
          <w:b/>
          <w:bCs/>
        </w:rPr>
        <w:t xml:space="preserve">ensemble of sirens intruded upon the general din of the Iranian street scene.</w:t>
      </w:r>
      <w:r>
        <w:br/>
      </w:r>
      <w:r>
        <w:t xml:space="preserve">    (a) able to be found</w:t>
      </w:r>
      <w:r>
        <w:br/>
      </w:r>
      <w:r>
        <w:t xml:space="preserve">    (b) unpleasant sounding</w:t>
      </w:r>
      <w:r>
        <w:br/>
      </w:r>
      <w:r>
        <w:t xml:space="preserve">    (c) likely to change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2026-07-31T15:46:00Z</dcterms:created>
  <dcterms:modified xsi:type="dcterms:W3CDTF">2026-07-31T15:46:00Z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