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fc2a480625131b3823b1258aee4daa12edb983"/>
    <w:p>
      <w:pPr>
        <w:pStyle w:val="Heading1"/>
      </w:pPr>
      <w:r>
        <w:rPr>
          <w:b/>
          <w:bCs/>
        </w:rPr>
        <w:t xml:space="preserve">Northanger Abbey</w:t>
      </w:r>
      <w:r>
        <w:br/>
      </w:r>
      <w:r>
        <w:rPr>
          <w:i/>
          <w:iCs/>
        </w:rPr>
        <w:t xml:space="preserve">Jane Austen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years of dedicated service to the church, she retired to a quiet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abbey</w:t>
      </w:r>
      <w:r>
        <w:rPr>
          <w:b/>
          <w:bCs/>
        </w:rPr>
        <w:t xml:space="preserve"> </w:t>
      </w:r>
      <w:r>
        <w:rPr>
          <w:b/>
          <w:bCs/>
        </w:rPr>
        <w:t xml:space="preserve">in the countryside.</w:t>
      </w:r>
      <w:r>
        <w:br/>
      </w:r>
      <w:r>
        <w:t xml:space="preserve">    (a) a building where monks or nuns live</w:t>
      </w:r>
      <w:r>
        <w:br/>
      </w:r>
      <w:r>
        <w:t xml:space="preserve">    (b) a large cathedral open to the public</w:t>
      </w:r>
      <w:r>
        <w:br/>
      </w:r>
      <w:r>
        <w:t xml:space="preserve">    (c) a small, rural parish church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sympathy</w:t>
      </w:r>
      <w:r>
        <w:br/>
      </w:r>
      <w:r>
        <w:t xml:space="preserve">    (b) approval</w:t>
      </w:r>
      <w:r>
        <w:br/>
      </w:r>
      <w:r>
        <w:t xml:space="preserve">    (c) distrust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spite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censure</w:t>
      </w:r>
      <w:r>
        <w:rPr>
          <w:b/>
          <w:bCs/>
        </w:rPr>
        <w:t xml:space="preserve"> </w:t>
      </w:r>
      <w:r>
        <w:rPr>
          <w:b/>
          <w:bCs/>
        </w:rPr>
        <w:t xml:space="preserve">of her colleagues, she believed she had done the right thing.</w:t>
      </w:r>
      <w:r>
        <w:br/>
      </w:r>
      <w:r>
        <w:t xml:space="preserve">    (a) anger</w:t>
      </w:r>
      <w:r>
        <w:br/>
      </w:r>
      <w:r>
        <w:t xml:space="preserve">    (b) criticism</w:t>
      </w:r>
      <w:r>
        <w:br/>
      </w:r>
      <w:r>
        <w:t xml:space="preserve">    (c) disinterest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unimportant part</w:t>
      </w:r>
      <w:r>
        <w:br/>
      </w:r>
      <w:r>
        <w:t xml:space="preserve">    (b) important part</w:t>
      </w:r>
      <w:r>
        <w:br/>
      </w:r>
      <w:r>
        <w:t xml:space="preserve">    (c) result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the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consequential</w:t>
      </w:r>
      <w:r>
        <w:rPr>
          <w:b/>
          <w:bCs/>
        </w:rPr>
        <w:t xml:space="preserve"> </w:t>
      </w:r>
      <w:r>
        <w:rPr>
          <w:b/>
          <w:bCs/>
        </w:rPr>
        <w:t xml:space="preserve">tax legislation in decades.</w:t>
      </w:r>
      <w:r>
        <w:br/>
      </w:r>
      <w:r>
        <w:t xml:space="preserve">    (a) important</w:t>
      </w:r>
      <w:r>
        <w:br/>
      </w:r>
      <w:r>
        <w:t xml:space="preserve">    (b) unethical</w:t>
      </w:r>
      <w:r>
        <w:br/>
      </w:r>
      <w:r>
        <w:t xml:space="preserve">    (c) harmful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expand upon</w:t>
      </w:r>
      <w:r>
        <w:br/>
      </w:r>
      <w:r>
        <w:t xml:space="preserve">    (b) reinforce</w:t>
      </w:r>
      <w:r>
        <w:br/>
      </w:r>
      <w:r>
        <w:t xml:space="preserve">    (c) disagree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 up in class with total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conviction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said, "I believe animals deserve to be treated kindly, no matter what."</w:t>
      </w:r>
      <w:r>
        <w:br/>
      </w:r>
      <w:r>
        <w:t xml:space="preserve">    (a) raised voice</w:t>
      </w:r>
      <w:r>
        <w:br/>
      </w:r>
      <w:r>
        <w:t xml:space="preserve">    (b) shaky voice</w:t>
      </w:r>
      <w:r>
        <w:br/>
      </w:r>
      <w:r>
        <w:t xml:space="preserve">    (c) firm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countenance</w:t>
      </w:r>
      <w:r>
        <w:rPr>
          <w:b/>
          <w:bCs/>
        </w:rPr>
        <w:t xml:space="preserve"> </w:t>
      </w:r>
      <w:r>
        <w:rPr>
          <w:b/>
          <w:bCs/>
        </w:rPr>
        <w:t xml:space="preserve">grew stern.</w:t>
      </w:r>
      <w:r>
        <w:br/>
      </w:r>
      <w:r>
        <w:t xml:space="preserve">    (a) facial expression</w:t>
      </w:r>
      <w:r>
        <w:br/>
      </w:r>
      <w:r>
        <w:t xml:space="preserve">    (b) voice</w:t>
      </w:r>
      <w:r>
        <w:br/>
      </w:r>
      <w:r>
        <w:t xml:space="preserve">    (c) a method of counting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likes it when they stick to the numbers and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</w:t>
      </w:r>
      <w:r>
        <w:rPr>
          <w:b/>
          <w:bCs/>
        </w:rPr>
        <w:t xml:space="preserve"> </w:t>
      </w:r>
      <w:r>
        <w:rPr>
          <w:b/>
          <w:bCs/>
        </w:rPr>
        <w:t xml:space="preserve">into storytelling.</w:t>
      </w:r>
      <w:r>
        <w:br/>
      </w:r>
      <w:r>
        <w:t xml:space="preserve">    (a) elaborate</w:t>
      </w:r>
      <w:r>
        <w:br/>
      </w:r>
      <w:r>
        <w:t xml:space="preserve">    (b) compete</w:t>
      </w:r>
      <w:r>
        <w:br/>
      </w:r>
      <w:r>
        <w:t xml:space="preserve">    (c) wander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endeavor</w:t>
      </w:r>
      <w:r>
        <w:rPr>
          <w:b/>
          <w:bCs/>
        </w:rPr>
        <w:t xml:space="preserve"> </w:t>
      </w:r>
      <w:r>
        <w:rPr>
          <w:b/>
          <w:bCs/>
        </w:rPr>
        <w:t xml:space="preserve">to finish by Friday.</w:t>
      </w:r>
      <w:r>
        <w:br/>
      </w:r>
      <w:r>
        <w:t xml:space="preserve">    (a) try</w:t>
      </w:r>
      <w:r>
        <w:br/>
      </w:r>
      <w:r>
        <w:t xml:space="preserve">    (b) not be able</w:t>
      </w:r>
      <w:r>
        <w:br/>
      </w:r>
      <w:r>
        <w:t xml:space="preserve">    (c) promise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indulge</w:t>
      </w:r>
      <w:r>
        <w:rPr>
          <w:b/>
          <w:bCs/>
        </w:rPr>
        <w:t xml:space="preserve"> </w:t>
      </w:r>
      <w:r>
        <w:rPr>
          <w:b/>
          <w:bCs/>
        </w:rPr>
        <w:t xml:space="preserve">my taste for sweets more than is good for me.</w:t>
      </w:r>
      <w:r>
        <w:br/>
      </w:r>
      <w:r>
        <w:t xml:space="preserve">    (a) give in to</w:t>
      </w:r>
      <w:r>
        <w:br/>
      </w:r>
      <w:r>
        <w:t xml:space="preserve">    (b) complain about</w:t>
      </w:r>
      <w:r>
        <w:br/>
      </w:r>
      <w:r>
        <w:t xml:space="preserve">    (c) hold back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official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inquiry</w:t>
      </w:r>
      <w:r>
        <w:rPr>
          <w:b/>
          <w:bCs/>
        </w:rPr>
        <w:t xml:space="preserve"> </w:t>
      </w:r>
      <w:r>
        <w:rPr>
          <w:b/>
          <w:bCs/>
        </w:rPr>
        <w:t xml:space="preserve">has ended, but the press continues to ask questions.</w:t>
      </w:r>
      <w:r>
        <w:br/>
      </w:r>
      <w:r>
        <w:t xml:space="preserve">    (a) statement</w:t>
      </w:r>
      <w:r>
        <w:br/>
      </w:r>
      <w:r>
        <w:t xml:space="preserve">    (b) story</w:t>
      </w:r>
      <w:r>
        <w:br/>
      </w:r>
      <w:r>
        <w:t xml:space="preserve">    (c)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chooses her battles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judiciously</w:t>
      </w:r>
      <w:r>
        <w:rPr>
          <w:b/>
          <w:bCs/>
        </w:rPr>
        <w:t xml:space="preserve">.</w:t>
      </w:r>
      <w:r>
        <w:br/>
      </w:r>
      <w:r>
        <w:t xml:space="preserve">    (a) in a reckless manner</w:t>
      </w:r>
      <w:r>
        <w:br/>
      </w:r>
      <w:r>
        <w:t xml:space="preserve">    (b) with good judgment</w:t>
      </w:r>
      <w:r>
        <w:br/>
      </w:r>
      <w:r>
        <w:t xml:space="preserve">    (c) with excessive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thrives at sifting through that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minute</w:t>
      </w:r>
      <w:r>
        <w:rPr>
          <w:b/>
          <w:bCs/>
        </w:rPr>
        <w:t xml:space="preserve"> </w:t>
      </w:r>
      <w:r>
        <w:rPr>
          <w:b/>
          <w:bCs/>
        </w:rPr>
        <w:t xml:space="preserve">detail.</w:t>
      </w:r>
      <w:r>
        <w:br/>
      </w:r>
      <w:r>
        <w:t xml:space="preserve">    (a) quickly eliminated</w:t>
      </w:r>
      <w:r>
        <w:br/>
      </w:r>
      <w:r>
        <w:t xml:space="preserve">    (b) including even small considerations</w:t>
      </w:r>
      <w:r>
        <w:br/>
      </w:r>
      <w:r>
        <w:t xml:space="preserve">    (c) available from prior research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dislikable</w:t>
      </w:r>
      <w:r>
        <w:br/>
      </w:r>
      <w:r>
        <w:t xml:space="preserve">    (b) extremely devious</w:t>
      </w:r>
      <w:r>
        <w:br/>
      </w:r>
      <w:r>
        <w:t xml:space="preserve">    (c) harmful and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Researchers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a clear pattern in how the disease spreads through families.</w:t>
      </w:r>
      <w:r>
        <w:br/>
      </w:r>
      <w:r>
        <w:t xml:space="preserve">    (a) carefully measure</w:t>
      </w:r>
      <w:r>
        <w:br/>
      </w:r>
      <w:r>
        <w:t xml:space="preserve">    (b) actively prevent</w:t>
      </w:r>
      <w:r>
        <w:br/>
      </w:r>
      <w:r>
        <w:t xml:space="preserve">    (c) view or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one thing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perceive</w:t>
      </w:r>
      <w:r>
        <w:rPr>
          <w:b/>
          <w:bCs/>
        </w:rPr>
        <w:t xml:space="preserve"> </w:t>
      </w:r>
      <w:r>
        <w:rPr>
          <w:b/>
          <w:bCs/>
        </w:rPr>
        <w:t xml:space="preserve">something with the senses and another to understand its importance.</w:t>
      </w:r>
      <w:r>
        <w:br/>
      </w:r>
      <w:r>
        <w:t xml:space="preserve">    (a) physically touch</w:t>
      </w:r>
      <w:r>
        <w:br/>
      </w:r>
      <w:r>
        <w:t xml:space="preserve">    (b) become aware of</w:t>
      </w:r>
      <w:r>
        <w:br/>
      </w:r>
      <w:r>
        <w:t xml:space="preserve">    (c) clearly see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pronounce properly</w:t>
      </w:r>
      <w:r>
        <w:br/>
      </w:r>
      <w:r>
        <w:t xml:space="preserve">    (b) spell properly</w:t>
      </w:r>
      <w:r>
        <w:br/>
      </w:r>
      <w:r>
        <w:t xml:space="preserve">    (c) remember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never drink again.</w:t>
      </w:r>
      <w:r>
        <w:br/>
      </w:r>
      <w:r>
        <w:t xml:space="preserve">    (a) firmly decided</w:t>
      </w:r>
      <w:r>
        <w:br/>
      </w:r>
      <w:r>
        <w:t xml:space="preserve">    (b) was forced</w:t>
      </w:r>
      <w:r>
        <w:br/>
      </w:r>
      <w:r>
        <w:t xml:space="preserve">    (c) was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Don't waste my time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trifling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future</w:t>
      </w:r>
      <w:r>
        <w:br/>
      </w:r>
      <w:r>
        <w:t xml:space="preserve">    (b) unimportant</w:t>
      </w:r>
      <w:r>
        <w:br/>
      </w:r>
      <w:r>
        <w:t xml:space="preserve">    (c) other's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2026-07-31T14:50:15Z</dcterms:created>
  <dcterms:modified xsi:type="dcterms:W3CDTF">2026-07-31T14:50:15Z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