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0d9532b7caf6db0a3b905ef275e84f867f1fd68"/>
    <w:p>
      <w:pPr>
        <w:pStyle w:val="Heading1"/>
      </w:pPr>
      <w:r>
        <w:rPr>
          <w:b/>
          <w:bCs/>
        </w:rPr>
        <w:t xml:space="preserve">Northanger Abbey</w:t>
      </w:r>
      <w:r>
        <w:br/>
      </w:r>
      <w:r>
        <w:rPr>
          <w:i/>
          <w:iCs/>
        </w:rPr>
        <w:t xml:space="preserve">Jane Austen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waved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adieu</w:t>
      </w:r>
      <w:r>
        <w:rPr>
          <w:b/>
          <w:bCs/>
        </w:rPr>
        <w:t xml:space="preserve"> </w:t>
      </w:r>
      <w:r>
        <w:rPr>
          <w:b/>
          <w:bCs/>
        </w:rPr>
        <w:t xml:space="preserve">to our friends at the train station.</w:t>
      </w:r>
      <w:r>
        <w:br/>
      </w:r>
      <w:r>
        <w:t xml:space="preserve">    (a) goodbye</w:t>
      </w:r>
      <w:r>
        <w:br/>
      </w:r>
      <w:r>
        <w:t xml:space="preserve">    (b) greetings</w:t>
      </w:r>
      <w:r>
        <w:br/>
      </w:r>
      <w:r>
        <w:t xml:space="preserve">    (c) hello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British accent turned out to be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affectation</w:t>
      </w:r>
      <w:r>
        <w:rPr>
          <w:b/>
          <w:bCs/>
        </w:rPr>
        <w:t xml:space="preserve"> </w:t>
      </w:r>
      <w:r>
        <w:rPr>
          <w:b/>
          <w:bCs/>
        </w:rPr>
        <w:t xml:space="preserve">he picked up in college.</w:t>
      </w:r>
      <w:r>
        <w:br/>
      </w:r>
      <w:r>
        <w:t xml:space="preserve">    (a) fake mannerism</w:t>
      </w:r>
      <w:r>
        <w:br/>
      </w:r>
      <w:r>
        <w:t xml:space="preserve">    (b) honest trait</w:t>
      </w:r>
      <w:r>
        <w:br/>
      </w:r>
      <w:r>
        <w:t xml:space="preserve">    (c) old hobby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Congressional power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constrained</w:t>
      </w:r>
      <w:r>
        <w:rPr>
          <w:b/>
          <w:bCs/>
        </w:rPr>
        <w:t xml:space="preserve"> </w:t>
      </w:r>
      <w:r>
        <w:rPr>
          <w:b/>
          <w:bCs/>
        </w:rPr>
        <w:t xml:space="preserve">by the court.</w:t>
      </w:r>
      <w:r>
        <w:br/>
      </w:r>
      <w:r>
        <w:t xml:space="preserve">    (a) threatened</w:t>
      </w:r>
      <w:r>
        <w:br/>
      </w:r>
      <w:r>
        <w:t xml:space="preserve">    (b) restricted</w:t>
      </w:r>
      <w:r>
        <w:br/>
      </w:r>
      <w:r>
        <w:t xml:space="preserve">    (c) enforced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introduced Bette Midler (pronounced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bet</w:t>
      </w:r>
      <w:r>
        <w:rPr>
          <w:b/>
          <w:bCs/>
        </w:rPr>
        <w:t xml:space="preserve">) by saying,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Bette</w:t>
      </w:r>
      <w:r>
        <w:rPr>
          <w:b/>
          <w:bCs/>
        </w:rPr>
        <w:t xml:space="preserve"> </w:t>
      </w:r>
      <w:r>
        <w:rPr>
          <w:b/>
          <w:bCs/>
        </w:rPr>
        <w:t xml:space="preserve">rhymes with</w:t>
      </w:r>
      <w:r>
        <w:rPr>
          <w:b/>
          <w:bCs/>
        </w:rPr>
        <w:t xml:space="preserve"> </w:t>
      </w:r>
      <w:r>
        <w:rPr>
          <w:b/>
          <w:bCs/>
          <w:i/>
          <w:iCs/>
          <w:u w:val="single"/>
        </w:rPr>
        <w:t xml:space="preserve">coquette</w:t>
      </w:r>
      <w:r>
        <w:rPr>
          <w:b/>
          <w:bCs/>
        </w:rPr>
        <w:t xml:space="preserve">, but never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regret</w:t>
      </w:r>
      <w:r>
        <w:rPr>
          <w:b/>
          <w:bCs/>
        </w:rPr>
        <w:t xml:space="preserve">.</w:t>
      </w:r>
      <w:r>
        <w:br/>
      </w:r>
      <w:r>
        <w:t xml:space="preserve">    (a) a flirt</w:t>
      </w:r>
      <w:r>
        <w:br/>
      </w:r>
      <w:r>
        <w:t xml:space="preserve">    (b) a dancer</w:t>
      </w:r>
      <w:r>
        <w:br/>
      </w:r>
      <w:r>
        <w:t xml:space="preserve">    (c) a star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diffident</w:t>
      </w:r>
      <w:r>
        <w:rPr>
          <w:b/>
          <w:bCs/>
        </w:rPr>
        <w:t xml:space="preserve">; I can't imagine her as president of the organization.</w:t>
      </w:r>
      <w:r>
        <w:br/>
      </w:r>
      <w:r>
        <w:t xml:space="preserve">    (a) argumentative</w:t>
      </w:r>
      <w:r>
        <w:br/>
      </w:r>
      <w:r>
        <w:t xml:space="preserve">    (b) young</w:t>
      </w:r>
      <w:r>
        <w:br/>
      </w:r>
      <w:r>
        <w:t xml:space="preserve">    (c) unassertive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discerning</w:t>
      </w:r>
      <w:r>
        <w:rPr>
          <w:b/>
          <w:bCs/>
        </w:rPr>
        <w:t xml:space="preserve"> </w:t>
      </w:r>
      <w:r>
        <w:rPr>
          <w:b/>
          <w:bCs/>
        </w:rPr>
        <w:t xml:space="preserve">eye for talent.</w:t>
      </w:r>
      <w:r>
        <w:br/>
      </w:r>
      <w:r>
        <w:t xml:space="preserve">    (a) having good energy</w:t>
      </w:r>
      <w:r>
        <w:br/>
      </w:r>
      <w:r>
        <w:t xml:space="preserve">    (b) having good fun</w:t>
      </w:r>
      <w:r>
        <w:br/>
      </w:r>
      <w:r>
        <w:t xml:space="preserve">    (c) having good judgment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disclaims</w:t>
      </w:r>
      <w:r>
        <w:rPr>
          <w:b/>
          <w:bCs/>
        </w:rPr>
        <w:t xml:space="preserve"> </w:t>
      </w:r>
      <w:r>
        <w:rPr>
          <w:b/>
          <w:bCs/>
        </w:rPr>
        <w:t xml:space="preserve">any knowledge of such abuses.</w:t>
      </w:r>
      <w:r>
        <w:br/>
      </w:r>
      <w:r>
        <w:t xml:space="preserve">    (a) denies</w:t>
      </w:r>
      <w:r>
        <w:br/>
      </w:r>
      <w:r>
        <w:t xml:space="preserve">    (b) requests</w:t>
      </w:r>
      <w:r>
        <w:br/>
      </w:r>
      <w:r>
        <w:t xml:space="preserve">    (c) takes credit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offices are housed in an imposing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edifice</w:t>
      </w:r>
      <w:r>
        <w:rPr>
          <w:b/>
          <w:bCs/>
        </w:rPr>
        <w:t xml:space="preserve">.</w:t>
      </w:r>
      <w:r>
        <w:br/>
      </w:r>
      <w:r>
        <w:t xml:space="preserve">    (a) neighborhood</w:t>
      </w:r>
      <w:r>
        <w:br/>
      </w:r>
      <w:r>
        <w:t xml:space="preserve">    (b) building</w:t>
      </w:r>
      <w:r>
        <w:br/>
      </w:r>
      <w:r>
        <w:t xml:space="preserve">    (c) color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university's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endowment</w:t>
      </w:r>
      <w:r>
        <w:rPr>
          <w:b/>
          <w:bCs/>
        </w:rPr>
        <w:t xml:space="preserve"> </w:t>
      </w:r>
      <w:r>
        <w:rPr>
          <w:b/>
          <w:bCs/>
        </w:rPr>
        <w:t xml:space="preserve">grew significantly thanks to alumni donations.</w:t>
      </w:r>
      <w:r>
        <w:br/>
      </w:r>
      <w:r>
        <w:t xml:space="preserve">    (a) invested funds</w:t>
      </w:r>
      <w:r>
        <w:br/>
      </w:r>
      <w:r>
        <w:t xml:space="preserve">    (b) student debt</w:t>
      </w:r>
      <w:r>
        <w:br/>
      </w:r>
      <w:r>
        <w:t xml:space="preserve">    (c) yearly expenses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showed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fortitude</w:t>
      </w:r>
      <w:r>
        <w:rPr>
          <w:b/>
          <w:bCs/>
        </w:rPr>
        <w:t xml:space="preserve"> </w:t>
      </w:r>
      <w:r>
        <w:rPr>
          <w:b/>
          <w:bCs/>
        </w:rPr>
        <w:t xml:space="preserve">by staying calm and determined during the long recovery.</w:t>
      </w:r>
      <w:r>
        <w:br/>
      </w:r>
      <w:r>
        <w:t xml:space="preserve">    (a) sudden anger</w:t>
      </w:r>
      <w:r>
        <w:br/>
      </w:r>
      <w:r>
        <w:t xml:space="preserve">    (b) physical speed</w:t>
      </w:r>
      <w:r>
        <w:br/>
      </w:r>
      <w:r>
        <w:t xml:space="preserve">    (c) mental courage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trusted her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impartial</w:t>
      </w:r>
      <w:r>
        <w:rPr>
          <w:b/>
          <w:bCs/>
        </w:rPr>
        <w:t xml:space="preserve">.</w:t>
      </w:r>
      <w:r>
        <w:br/>
      </w:r>
      <w:r>
        <w:t xml:space="preserve">    (a) forgiving</w:t>
      </w:r>
      <w:r>
        <w:br/>
      </w:r>
      <w:r>
        <w:t xml:space="preserve">    (b) unbiased</w:t>
      </w:r>
      <w:r>
        <w:br/>
      </w:r>
      <w:r>
        <w:t xml:space="preserve">    (c) smart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impudent</w:t>
      </w:r>
      <w:r>
        <w:rPr>
          <w:b/>
          <w:bCs/>
        </w:rPr>
        <w:t xml:space="preserve"> </w:t>
      </w:r>
      <w:r>
        <w:rPr>
          <w:b/>
          <w:bCs/>
        </w:rPr>
        <w:t xml:space="preserve">reply to the manager shocked everyone in the meeting.</w:t>
      </w:r>
      <w:r>
        <w:br/>
      </w:r>
      <w:r>
        <w:t xml:space="preserve">    (a) disrespectfully bold</w:t>
      </w:r>
      <w:r>
        <w:br/>
      </w:r>
      <w:r>
        <w:t xml:space="preserve">    (b) thoughtfully kind</w:t>
      </w:r>
      <w:r>
        <w:br/>
      </w:r>
      <w:r>
        <w:t xml:space="preserve">    (c) extremely quiet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a group, the people with a family history of heart disease have a higher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propensity</w:t>
      </w:r>
      <w:r>
        <w:rPr>
          <w:b/>
          <w:bCs/>
        </w:rPr>
        <w:t xml:space="preserve"> </w:t>
      </w:r>
      <w:r>
        <w:rPr>
          <w:b/>
          <w:bCs/>
        </w:rPr>
        <w:t xml:space="preserve">to develop the condition themselves.</w:t>
      </w:r>
      <w:r>
        <w:br/>
      </w:r>
      <w:r>
        <w:t xml:space="preserve">    (a) fear</w:t>
      </w:r>
      <w:r>
        <w:br/>
      </w:r>
      <w:r>
        <w:t xml:space="preserve">    (b) avoidance</w:t>
      </w:r>
      <w:r>
        <w:br/>
      </w:r>
      <w:r>
        <w:t xml:space="preserve">    (c) tendency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remiss</w:t>
      </w:r>
      <w:r>
        <w:rPr>
          <w:b/>
          <w:bCs/>
        </w:rPr>
        <w:t xml:space="preserve"> </w:t>
      </w:r>
      <w:r>
        <w:rPr>
          <w:b/>
          <w:bCs/>
        </w:rPr>
        <w:t xml:space="preserve">of you not to pay your bills.</w:t>
      </w:r>
      <w:r>
        <w:br/>
      </w:r>
      <w:r>
        <w:t xml:space="preserve">    (a) the state or degree of agreeing or approving</w:t>
      </w:r>
      <w:r>
        <w:br/>
      </w:r>
      <w:r>
        <w:t xml:space="preserve">    (b) exceedingly important, serious, or dangerous</w:t>
      </w:r>
      <w:r>
        <w:br/>
      </w:r>
      <w:r>
        <w:t xml:space="preserve">    (c) careless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lawyers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remonstrate</w:t>
      </w:r>
      <w:r>
        <w:rPr>
          <w:b/>
          <w:bCs/>
        </w:rPr>
        <w:t xml:space="preserve"> </w:t>
      </w:r>
      <w:r>
        <w:rPr>
          <w:b/>
          <w:bCs/>
        </w:rPr>
        <w:t xml:space="preserve">that we're starting without a written agreement, but we trust each other.</w:t>
      </w:r>
      <w:r>
        <w:br/>
      </w:r>
      <w:r>
        <w:t xml:space="preserve">    (a) promise</w:t>
      </w:r>
      <w:r>
        <w:br/>
      </w:r>
      <w:r>
        <w:t xml:space="preserve">    (b) protest</w:t>
      </w:r>
      <w:r>
        <w:br/>
      </w:r>
      <w:r>
        <w:t xml:space="preserve">    (c) explain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want to spoil her, but I don't have the heart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reprove</w:t>
      </w:r>
      <w:r>
        <w:rPr>
          <w:b/>
          <w:bCs/>
        </w:rPr>
        <w:t xml:space="preserve"> </w:t>
      </w:r>
      <w:r>
        <w:rPr>
          <w:b/>
          <w:bCs/>
        </w:rPr>
        <w:t xml:space="preserve">her.</w:t>
      </w:r>
      <w:r>
        <w:br/>
      </w:r>
      <w:r>
        <w:t xml:space="preserve">    (a) instruct</w:t>
      </w:r>
      <w:r>
        <w:br/>
      </w:r>
      <w:r>
        <w:t xml:space="preserve">    (b) compliment</w:t>
      </w:r>
      <w:r>
        <w:br/>
      </w:r>
      <w:r>
        <w:t xml:space="preserve">    (c) criticize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been making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sagacious</w:t>
      </w:r>
      <w:r>
        <w:rPr>
          <w:b/>
          <w:bCs/>
        </w:rPr>
        <w:t xml:space="preserve"> </w:t>
      </w:r>
      <w:r>
        <w:rPr>
          <w:b/>
          <w:bCs/>
        </w:rPr>
        <w:t xml:space="preserve">business decisions for more than 30 years.</w:t>
      </w:r>
      <w:r>
        <w:br/>
      </w:r>
      <w:r>
        <w:t xml:space="preserve">    (a) wise</w:t>
      </w:r>
      <w:r>
        <w:br/>
      </w:r>
      <w:r>
        <w:t xml:space="preserve">    (b) careless</w:t>
      </w:r>
      <w:r>
        <w:br/>
      </w:r>
      <w:r>
        <w:t xml:space="preserve">    (c) impatient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scruples</w:t>
      </w:r>
      <w:r>
        <w:rPr>
          <w:b/>
          <w:bCs/>
        </w:rPr>
        <w:t xml:space="preserve"> </w:t>
      </w:r>
      <w:r>
        <w:rPr>
          <w:b/>
          <w:bCs/>
        </w:rPr>
        <w:t xml:space="preserve">were not so strong as to withstand her friend's arguments.</w:t>
      </w:r>
      <w:r>
        <w:br/>
      </w:r>
      <w:r>
        <w:t xml:space="preserve">    (a) known facts</w:t>
      </w:r>
      <w:r>
        <w:br/>
      </w:r>
      <w:r>
        <w:t xml:space="preserve">    (b) firmness of purpose</w:t>
      </w:r>
      <w:r>
        <w:br/>
      </w:r>
      <w:r>
        <w:t xml:space="preserve">    (c) principles that discourage certain kinds of action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supercilious</w:t>
      </w:r>
      <w:r>
        <w:rPr>
          <w:b/>
          <w:bCs/>
        </w:rPr>
        <w:t xml:space="preserve"> </w:t>
      </w:r>
      <w:r>
        <w:rPr>
          <w:b/>
          <w:bCs/>
        </w:rPr>
        <w:t xml:space="preserve">tone made everyone in the room feel inferior.</w:t>
      </w:r>
      <w:r>
        <w:br/>
      </w:r>
      <w:r>
        <w:t xml:space="preserve">    (a) shy and uncertain</w:t>
      </w:r>
      <w:r>
        <w:br/>
      </w:r>
      <w:r>
        <w:t xml:space="preserve">    (b) warm and welcoming</w:t>
      </w:r>
      <w:r>
        <w:br/>
      </w:r>
      <w:r>
        <w:t xml:space="preserve">    (c) haughty and disdainful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vivacious</w:t>
      </w:r>
      <w:r>
        <w:rPr>
          <w:b/>
          <w:bCs/>
        </w:rPr>
        <w:t xml:space="preserve"> </w:t>
      </w:r>
      <w:r>
        <w:rPr>
          <w:b/>
          <w:bCs/>
        </w:rPr>
        <w:t xml:space="preserve">high school senior who has captured the nations heart.</w:t>
      </w:r>
      <w:r>
        <w:br/>
      </w:r>
      <w:r>
        <w:t xml:space="preserve">    (a) kind and attractive</w:t>
      </w:r>
      <w:r>
        <w:br/>
      </w:r>
      <w:r>
        <w:t xml:space="preserve">    (b) engaging and lively</w:t>
      </w:r>
      <w:r>
        <w:br/>
      </w:r>
      <w:r>
        <w:t xml:space="preserve">    (c) smart and well-spoken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2026-07-31T14:50:16Z</dcterms:created>
  <dcterms:modified xsi:type="dcterms:W3CDTF">2026-07-31T14:50:16Z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