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130c8856f2cb2616a7286289244e4d15fbb480d"/>
    <w:p>
      <w:pPr>
        <w:pStyle w:val="Heading1"/>
      </w:pPr>
      <w:r>
        <w:rPr>
          <w:b/>
          <w:bCs/>
        </w:rPr>
        <w:t xml:space="preserve">Northanger Abbey</w:t>
      </w:r>
      <w:r>
        <w:br/>
      </w:r>
      <w:r>
        <w:rPr>
          <w:i/>
          <w:iCs/>
        </w:rPr>
        <w:t xml:space="preserve">Jane Austen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From Pope, she learnt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censure</w:t>
      </w:r>
      <w:r>
        <w:rPr>
          <w:b/>
          <w:bCs/>
        </w:rPr>
        <w:t xml:space="preserve"> </w:t>
      </w:r>
      <w:r>
        <w:rPr>
          <w:b/>
          <w:bCs/>
        </w:rPr>
        <w:t xml:space="preserve">those who "bear about the mockery of woe."</w:t>
      </w:r>
      <w:r>
        <w:br/>
      </w:r>
      <w:r>
        <w:t xml:space="preserve">    (a) being a boundary or limit</w:t>
      </w:r>
      <w:r>
        <w:br/>
      </w:r>
      <w:r>
        <w:t xml:space="preserve">    (b) find, search, or research</w:t>
      </w:r>
      <w:r>
        <w:br/>
      </w:r>
      <w:r>
        <w:t xml:space="preserve">    (c) harsh or formal criticism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Catherine feared, as she listened to their discourse, that 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indulged</w:t>
      </w:r>
      <w:r>
        <w:rPr>
          <w:b/>
          <w:bCs/>
        </w:rPr>
        <w:t xml:space="preserve"> </w:t>
      </w:r>
      <w:r>
        <w:rPr>
          <w:b/>
          <w:bCs/>
        </w:rPr>
        <w:t xml:space="preserve">himself a little too much with the foibles of others.</w:t>
      </w:r>
      <w:r>
        <w:br/>
      </w:r>
      <w:r>
        <w:t xml:space="preserve">    (a) thought carefully</w:t>
      </w:r>
      <w:r>
        <w:br/>
      </w:r>
      <w:r>
        <w:t xml:space="preserve">    (b) enjoyed to excess</w:t>
      </w:r>
      <w:r>
        <w:br/>
      </w:r>
      <w:r>
        <w:t xml:space="preserve">    (c) guided or managed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...he was on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inquiry</w:t>
      </w:r>
      <w:r>
        <w:rPr>
          <w:b/>
          <w:bCs/>
        </w:rPr>
        <w:t xml:space="preserve"> </w:t>
      </w:r>
      <w:r>
        <w:rPr>
          <w:b/>
          <w:bCs/>
        </w:rPr>
        <w:t xml:space="preserve">satisfied; for he had early in the evening taken pains to know who her partner was, and had been assured of Mr. Tilney's being a clergyman, and of a very respectable family in Gloucestershire.</w:t>
      </w:r>
      <w:r>
        <w:br/>
      </w:r>
      <w:r>
        <w:t xml:space="preserve">    (a) investigation</w:t>
      </w:r>
      <w:r>
        <w:br/>
      </w:r>
      <w:r>
        <w:t xml:space="preserve">    (b) reason (for doing something)</w:t>
      </w:r>
      <w:r>
        <w:br/>
      </w:r>
      <w:r>
        <w:t xml:space="preserve">    (c) small quantity or indication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Do you know, there are two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odious</w:t>
      </w:r>
      <w:r>
        <w:rPr>
          <w:b/>
          <w:bCs/>
        </w:rPr>
        <w:t xml:space="preserve"> </w:t>
      </w:r>
      <w:r>
        <w:rPr>
          <w:b/>
          <w:bCs/>
        </w:rPr>
        <w:t xml:space="preserve">young men who have been staring at me this half hour.</w:t>
      </w:r>
      <w:r>
        <w:br/>
      </w:r>
      <w:r>
        <w:t xml:space="preserve">    (a) extremely unpleasant, disgusting, dislikable, or worthy of hate</w:t>
      </w:r>
      <w:r>
        <w:br/>
      </w:r>
      <w:r>
        <w:t xml:space="preserve">    (b) not trustworthy, or improper, or attracting unwelcome attention</w:t>
      </w:r>
      <w:r>
        <w:br/>
      </w:r>
      <w:r>
        <w:t xml:space="preserve">    (c) the degree to which something is able to change or is different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...she was suddenly roused by a touch on the shoulder, and turning round,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perceived</w:t>
      </w:r>
      <w:r>
        <w:rPr>
          <w:b/>
          <w:bCs/>
        </w:rPr>
        <w:t xml:space="preserve"> </w:t>
      </w:r>
      <w:r>
        <w:rPr>
          <w:b/>
          <w:bCs/>
        </w:rPr>
        <w:t xml:space="preserve">Mrs. Hughes directly behind her,</w:t>
      </w:r>
      <w:r>
        <w:br/>
      </w:r>
      <w:r>
        <w:t xml:space="preserve">    (a) greatly annoyed</w:t>
      </w:r>
      <w:r>
        <w:br/>
      </w:r>
      <w:r>
        <w:t xml:space="preserve">    (b) saw</w:t>
      </w:r>
      <w:r>
        <w:br/>
      </w:r>
      <w:r>
        <w:t xml:space="preserve">    (c) said indirectly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Henry and Eleanor,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perceiving</w:t>
      </w:r>
      <w:r>
        <w:rPr>
          <w:b/>
          <w:bCs/>
        </w:rPr>
        <w:t xml:space="preserve"> </w:t>
      </w:r>
      <w:r>
        <w:rPr>
          <w:b/>
          <w:bCs/>
        </w:rPr>
        <w:t xml:space="preserve">nothing in her situation likely to engage their father's particular respect, had seen with astonishment the suddenness, continuance, and extent of his attention;</w:t>
      </w:r>
      <w:r>
        <w:br/>
      </w:r>
      <w:r>
        <w:t xml:space="preserve">    (a) showing, demonstrating, determining, or causing acceptance</w:t>
      </w:r>
      <w:r>
        <w:br/>
      </w:r>
      <w:r>
        <w:t xml:space="preserve">    (b) viewing in a certain way so as to form a belief or opinion</w:t>
      </w:r>
      <w:r>
        <w:br/>
      </w:r>
      <w:r>
        <w:t xml:space="preserve">    (c) placing trust (in someone) by talking about private things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Catherine, delighted at so happy an escape, spoke her pleasure aloud with grateful surprise; and her companion immediately made the matter perfectly simple by assuring her that it was entirely owing to the peculiarly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judicious</w:t>
      </w:r>
      <w:r>
        <w:rPr>
          <w:b/>
          <w:bCs/>
        </w:rPr>
        <w:t xml:space="preserve"> </w:t>
      </w:r>
      <w:r>
        <w:rPr>
          <w:b/>
          <w:bCs/>
        </w:rPr>
        <w:t xml:space="preserve">manner in which he had then held the reins, and the singular discernment and dexterity with which he had directed his whip.</w:t>
      </w:r>
      <w:r>
        <w:br/>
      </w:r>
      <w:r>
        <w:t xml:space="preserve">    (a) exactness or accuracy</w:t>
      </w:r>
      <w:r>
        <w:br/>
      </w:r>
      <w:r>
        <w:t xml:space="preserve">    (b) able to be translated</w:t>
      </w:r>
      <w:r>
        <w:br/>
      </w:r>
      <w:r>
        <w:t xml:space="preserve">    (c) showing good judgment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dare say we could do very well without you; but you men think yourselves of such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consequence</w:t>
      </w:r>
      <w:r>
        <w:rPr>
          <w:b/>
          <w:bCs/>
        </w:rPr>
        <w:t xml:space="preserve">.</w:t>
      </w:r>
      <w:r>
        <w:br/>
      </w:r>
      <w:r>
        <w:t xml:space="preserve">    (a) importance</w:t>
      </w:r>
      <w:r>
        <w:br/>
      </w:r>
      <w:r>
        <w:t xml:space="preserve">    (b) sticks out</w:t>
      </w:r>
      <w:r>
        <w:br/>
      </w:r>
      <w:r>
        <w:t xml:space="preserve">    (c) translates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you are not aware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consequences</w:t>
      </w:r>
      <w:r>
        <w:rPr>
          <w:b/>
          <w:bCs/>
        </w:rPr>
        <w:t xml:space="preserve">; it will involve you in a very cruel embarrassment, and certainly bring on a disagreement between us.</w:t>
      </w:r>
      <w:r>
        <w:br/>
      </w:r>
      <w:r>
        <w:t xml:space="preserve">    (a) battles</w:t>
      </w:r>
      <w:r>
        <w:br/>
      </w:r>
      <w:r>
        <w:t xml:space="preserve">    (b) results (things that will follow from it)</w:t>
      </w:r>
      <w:r>
        <w:br/>
      </w:r>
      <w:r>
        <w:t xml:space="preserve">    (c) desires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Catherine cheerfully complied, and being properly equipped, was more impatient than ever to be at the pump-room, that she might inform herself of General Tilney's lodgings, for though she believed they were in Milsom Street, she was not certain of the house, and Mrs. Allen's wavering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convictions</w:t>
      </w:r>
      <w:r>
        <w:rPr>
          <w:b/>
          <w:bCs/>
        </w:rPr>
        <w:t xml:space="preserve"> </w:t>
      </w:r>
      <w:r>
        <w:rPr>
          <w:b/>
          <w:bCs/>
        </w:rPr>
        <w:t xml:space="preserve">only made it more doubtful.</w:t>
      </w:r>
      <w:r>
        <w:br/>
      </w:r>
      <w:r>
        <w:t xml:space="preserve">    (a) calculates or judges too low</w:t>
      </w:r>
      <w:r>
        <w:br/>
      </w:r>
      <w:r>
        <w:t xml:space="preserve">    (b) a strong, firmly held belief</w:t>
      </w:r>
      <w:r>
        <w:br/>
      </w:r>
      <w:r>
        <w:t xml:space="preserve">    (c) not working or not operating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affair thus determined, and Thorpe's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approbation</w:t>
      </w:r>
      <w:r>
        <w:rPr>
          <w:b/>
          <w:bCs/>
        </w:rPr>
        <w:t xml:space="preserve"> </w:t>
      </w:r>
      <w:r>
        <w:rPr>
          <w:b/>
          <w:bCs/>
        </w:rPr>
        <w:t xml:space="preserve">secured, Catherine only remained to be apprised of it.</w:t>
      </w:r>
      <w:r>
        <w:br/>
      </w:r>
      <w:r>
        <w:t xml:space="preserve">    (a) approval</w:t>
      </w:r>
      <w:r>
        <w:br/>
      </w:r>
      <w:r>
        <w:t xml:space="preserve">    (b) allowing</w:t>
      </w:r>
      <w:r>
        <w:br/>
      </w:r>
      <w:r>
        <w:t xml:space="preserve">    (c) not real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little which she could understand, however, appeared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contradict</w:t>
      </w:r>
      <w:r>
        <w:rPr>
          <w:b/>
          <w:bCs/>
        </w:rPr>
        <w:t xml:space="preserve"> </w:t>
      </w:r>
      <w:r>
        <w:rPr>
          <w:b/>
          <w:bCs/>
        </w:rPr>
        <w:t xml:space="preserve">the very few notions she had entertained on the matter before.</w:t>
      </w:r>
      <w:r>
        <w:br/>
      </w:r>
      <w:r>
        <w:t xml:space="preserve">    (a) subtract</w:t>
      </w:r>
      <w:r>
        <w:br/>
      </w:r>
      <w:r>
        <w:t xml:space="preserve">    (b) continue</w:t>
      </w:r>
      <w:r>
        <w:br/>
      </w:r>
      <w:r>
        <w:t xml:space="preserve">    (c) disagree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for the life of me, I cannot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recollect</w:t>
      </w:r>
      <w:r>
        <w:rPr>
          <w:b/>
          <w:bCs/>
        </w:rPr>
        <w:t xml:space="preserve"> </w:t>
      </w:r>
      <w:r>
        <w:rPr>
          <w:b/>
          <w:bCs/>
        </w:rPr>
        <w:t xml:space="preserve">it.</w:t>
      </w:r>
      <w:r>
        <w:br/>
      </w:r>
      <w:r>
        <w:t xml:space="preserve">    (a) subtract</w:t>
      </w:r>
      <w:r>
        <w:br/>
      </w:r>
      <w:r>
        <w:t xml:space="preserve">    (b) remember</w:t>
      </w:r>
      <w:r>
        <w:br/>
      </w:r>
      <w:r>
        <w:t xml:space="preserve">    (c) disagree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With the walls of the kitchen ended all the antiquity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abbey</w:t>
      </w:r>
      <w:r>
        <w:rPr>
          <w:b/>
          <w:bCs/>
        </w:rPr>
        <w:t xml:space="preserve">; the fourth side of the quadrangle having, on account of its decaying state, been removed by the general's father, and the present erected in its place.</w:t>
      </w:r>
      <w:r>
        <w:br/>
      </w:r>
      <w:r>
        <w:t xml:space="preserve">    (a) a building where monks or nuns live</w:t>
      </w:r>
      <w:r>
        <w:br/>
      </w:r>
      <w:r>
        <w:t xml:space="preserve">    (b) a small, rural parish church</w:t>
      </w:r>
      <w:r>
        <w:br/>
      </w:r>
      <w:r>
        <w:t xml:space="preserve">    (c) a large cathedral open to the public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Eleanor's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countenance</w:t>
      </w:r>
      <w:r>
        <w:rPr>
          <w:b/>
          <w:bCs/>
        </w:rPr>
        <w:t xml:space="preserve"> </w:t>
      </w:r>
      <w:r>
        <w:rPr>
          <w:b/>
          <w:bCs/>
        </w:rPr>
        <w:t xml:space="preserve">was dejected,</w:t>
      </w:r>
      <w:r>
        <w:br/>
      </w:r>
      <w:r>
        <w:t xml:space="preserve">    (a) a secret agreement or plot</w:t>
      </w:r>
      <w:r>
        <w:br/>
      </w:r>
      <w:r>
        <w:t xml:space="preserve">    (b) facial expression</w:t>
      </w:r>
      <w:r>
        <w:br/>
      </w:r>
      <w:r>
        <w:t xml:space="preserve">    (c) the best or most important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resolved</w:t>
      </w:r>
      <w:r>
        <w:rPr>
          <w:b/>
          <w:bCs/>
        </w:rPr>
        <w:t xml:space="preserve"> </w:t>
      </w:r>
      <w:r>
        <w:rPr>
          <w:b/>
          <w:bCs/>
        </w:rPr>
        <w:t xml:space="preserve">on not answering Isabella's letter, and tried to think no more of it.</w:t>
      </w:r>
      <w:r>
        <w:br/>
      </w:r>
      <w:r>
        <w:t xml:space="preserve">    (a) decided</w:t>
      </w:r>
      <w:r>
        <w:br/>
      </w:r>
      <w:r>
        <w:t xml:space="preserve">    (b) changed</w:t>
      </w:r>
      <w:r>
        <w:br/>
      </w:r>
      <w:r>
        <w:t xml:space="preserve">    (c) adapted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said nothing; and Eleanor,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endeavouring</w:t>
      </w:r>
      <w:r>
        <w:rPr>
          <w:b/>
          <w:bCs/>
        </w:rPr>
        <w:t xml:space="preserve"> </w:t>
      </w:r>
      <w:r>
        <w:rPr>
          <w:b/>
          <w:bCs/>
        </w:rPr>
        <w:t xml:space="preserve">to collect herself and speak with firmness, but with eyes still cast down, soon went on.</w:t>
      </w:r>
      <w:r>
        <w:br/>
      </w:r>
      <w:r>
        <w:t xml:space="preserve">    (a) working or operating</w:t>
      </w:r>
      <w:r>
        <w:br/>
      </w:r>
      <w:r>
        <w:t xml:space="preserve">    (b) believing or judging</w:t>
      </w:r>
      <w:r>
        <w:br/>
      </w:r>
      <w:r>
        <w:t xml:space="preserve">    (c) trying or attempting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my affair is widely different; I bring back my heroine to her home in solitude and disgrace; and no sweet elation of spirits can lead me into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minuteness</w:t>
      </w:r>
      <w:r>
        <w:rPr>
          <w:b/>
          <w:bCs/>
        </w:rPr>
        <w:t xml:space="preserve">.</w:t>
      </w:r>
      <w:r>
        <w:br/>
      </w:r>
      <w:r>
        <w:t xml:space="preserve">    (a) not done on purpose</w:t>
      </w:r>
      <w:r>
        <w:br/>
      </w:r>
      <w:r>
        <w:t xml:space="preserve">    (b) not straightforward</w:t>
      </w:r>
      <w:r>
        <w:br/>
      </w:r>
      <w:r>
        <w:t xml:space="preserve">    (c) detail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And, "I really have not patience with the general," was uttered twice after Mr. Allen left the room, without any relaxation of anger, or any material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digression</w:t>
      </w:r>
      <w:r>
        <w:rPr>
          <w:b/>
          <w:bCs/>
        </w:rPr>
        <w:t xml:space="preserve"> </w:t>
      </w:r>
      <w:r>
        <w:rPr>
          <w:b/>
          <w:bCs/>
        </w:rPr>
        <w:t xml:space="preserve">of thought.</w:t>
      </w:r>
      <w:r>
        <w:br/>
      </w:r>
      <w:r>
        <w:t xml:space="preserve">    (a) related to or causing dramatic change; of a supporter of the change</w:t>
      </w:r>
      <w:r>
        <w:br/>
      </w:r>
      <w:r>
        <w:t xml:space="preserve">    (b) change of topic</w:t>
      </w:r>
      <w:r>
        <w:br/>
      </w:r>
      <w:r>
        <w:t xml:space="preserve">    (c) a series of regularly spaced columns -- typically covered by a roof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 should never fret about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trifles</w:t>
      </w:r>
      <w:r>
        <w:rPr>
          <w:b/>
          <w:bCs/>
        </w:rPr>
        <w:t xml:space="preserve">.</w:t>
      </w:r>
      <w:r>
        <w:br/>
      </w:r>
      <w:r>
        <w:t xml:space="preserve">    (a) unimportant things</w:t>
      </w:r>
      <w:r>
        <w:br/>
      </w:r>
      <w:r>
        <w:t xml:space="preserve">    (b) is attractive or desirable</w:t>
      </w:r>
      <w:r>
        <w:br/>
      </w:r>
      <w:r>
        <w:t xml:space="preserve">    (c) struggles or disagreements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2026-07-31T14:50:15Z</dcterms:created>
  <dcterms:modified xsi:type="dcterms:W3CDTF">2026-07-31T14:50:15Z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