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a240c2d91a7cf0c7b21653a976078e9c7b6c6b"/>
    <w:p>
      <w:pPr>
        <w:pStyle w:val="Heading1"/>
      </w:pPr>
      <w:r>
        <w:rPr>
          <w:b/>
          <w:bCs/>
        </w:rPr>
        <w:t xml:space="preserve">No Easy Day</w:t>
      </w:r>
      <w:r>
        <w:br/>
      </w:r>
      <w:r>
        <w:rPr>
          <w:i/>
          <w:iCs/>
        </w:rPr>
        <w:t xml:space="preserve">Mark Owen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I've also taken great pains to protect the tactics,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techniques</w:t>
      </w:r>
      <w:r>
        <w:rPr>
          <w:b/>
          <w:bCs/>
        </w:rPr>
        <w:t xml:space="preserve">, and procedures used by the teams as they wage a daily battle against terrorists and insurgents around the world.</w:t>
      </w:r>
      <w:r>
        <w:br/>
      </w:r>
      <w:r>
        <w:t xml:space="preserve">    (a) ways of doing things</w:t>
      </w:r>
      <w:r>
        <w:br/>
      </w:r>
      <w:r>
        <w:t xml:space="preserve">    (b) wrong understandings</w:t>
      </w:r>
      <w:r>
        <w:br/>
      </w:r>
      <w:r>
        <w:t xml:space="preserve">    (c) acts of hiring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2003 and we were a week into 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reconnaissance</w:t>
      </w:r>
      <w:r>
        <w:rPr>
          <w:b/>
          <w:bCs/>
        </w:rPr>
        <w:t xml:space="preserve"> </w:t>
      </w:r>
      <w:r>
        <w:rPr>
          <w:b/>
          <w:bCs/>
        </w:rPr>
        <w:t xml:space="preserve">training block when I got orders to report back to San Diego to start the three-day screening process.</w:t>
      </w:r>
      <w:r>
        <w:br/>
      </w:r>
      <w:r>
        <w:t xml:space="preserve">    (a) the act of exploring or information produced by such exploration -- especially for military purposes</w:t>
      </w:r>
      <w:r>
        <w:br/>
      </w:r>
      <w:r>
        <w:t xml:space="preserve">    (b) a powerful stimulant drug that increases activity in the brain and nervous system -- often addictive</w:t>
      </w:r>
      <w:r>
        <w:br/>
      </w:r>
      <w:r>
        <w:t xml:space="preserve">    (c) aka natural right -- a right that is naturally due because of human nature and the natural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Walking to the bar, the near-failure scared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adrenaline</w:t>
      </w:r>
      <w:r>
        <w:rPr>
          <w:b/>
          <w:bCs/>
        </w:rPr>
        <w:t xml:space="preserve"> </w:t>
      </w:r>
      <w:r>
        <w:rPr>
          <w:b/>
          <w:bCs/>
        </w:rPr>
        <w:t xml:space="preserve">into me and I was able to pass the pull-ups without issue.</w:t>
      </w:r>
      <w:r>
        <w:br/>
      </w:r>
      <w:r>
        <w:t xml:space="preserve">    (a) the branch of geology that studies rocks</w:t>
      </w:r>
      <w:r>
        <w:br/>
      </w:r>
      <w:r>
        <w:t xml:space="preserve">    (b) declaration of invalidity; or cancelation</w:t>
      </w:r>
      <w:r>
        <w:br/>
      </w:r>
      <w:r>
        <w:t xml:space="preserve">    (c) “fight or flight” stimulating hormone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Throughout Green Team, we were on a one-hour recall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simulate</w:t>
      </w:r>
      <w:r>
        <w:rPr>
          <w:b/>
          <w:bCs/>
        </w:rPr>
        <w:t xml:space="preserve"> </w:t>
      </w:r>
      <w:r>
        <w:rPr>
          <w:b/>
          <w:bCs/>
        </w:rPr>
        <w:t xml:space="preserve">what we would experience on the second deck.</w:t>
      </w:r>
      <w:r>
        <w:br/>
      </w:r>
      <w:r>
        <w:t xml:space="preserve">    (a) make an imitation or representation of</w:t>
      </w:r>
      <w:r>
        <w:br/>
      </w:r>
      <w:r>
        <w:t xml:space="preserve">    (b) appropriate in size, amount, or degree</w:t>
      </w:r>
      <w:r>
        <w:br/>
      </w:r>
      <w:r>
        <w:t xml:space="preserve">    (c) examine in detail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Several times we shot fighters in one room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suppressed</w:t>
      </w:r>
      <w:r>
        <w:rPr>
          <w:b/>
          <w:bCs/>
        </w:rPr>
        <w:t xml:space="preserve"> </w:t>
      </w:r>
      <w:r>
        <w:rPr>
          <w:b/>
          <w:bCs/>
        </w:rPr>
        <w:t xml:space="preserve">MP7 and their comrades next door didn't wake up.</w:t>
      </w:r>
      <w:r>
        <w:br/>
      </w:r>
      <w:r>
        <w:t xml:space="preserve">    (a) kept or tried to keep under control</w:t>
      </w:r>
      <w:r>
        <w:br/>
      </w:r>
      <w:r>
        <w:t xml:space="preserve">    (b) not learned, discovered, or decided</w:t>
      </w:r>
      <w:r>
        <w:br/>
      </w:r>
      <w:r>
        <w:t xml:space="preserve">    (c) blended three or more musical notes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this hit, we were after a high-level weapons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facilitator</w:t>
      </w:r>
      <w:r>
        <w:rPr>
          <w:b/>
          <w:bCs/>
        </w:rPr>
        <w:t xml:space="preserve">, just another link in the chain funding the insurgency.</w:t>
      </w:r>
      <w:r>
        <w:br/>
      </w:r>
      <w:r>
        <w:t xml:space="preserve">    (a) someone who breaks the law by telling lies after formally promising to tell the truth</w:t>
      </w:r>
      <w:r>
        <w:br/>
      </w:r>
      <w:r>
        <w:t xml:space="preserve">    (b) someone who avoids or tries to avoid either a responsibility or telling the whole truth</w:t>
      </w:r>
      <w:r>
        <w:br/>
      </w:r>
      <w:r>
        <w:t xml:space="preserve">    (c) someone from outside a group, who helps the group to discuss issues and find solutions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 trained to anticipate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insurgent</w:t>
      </w:r>
      <w:r>
        <w:rPr>
          <w:b/>
          <w:bCs/>
        </w:rPr>
        <w:t xml:space="preserve"> </w:t>
      </w:r>
      <w:r>
        <w:rPr>
          <w:b/>
          <w:bCs/>
        </w:rPr>
        <w:t xml:space="preserve">with a suicide vest or an AK-47 behind any door, ready to attack.</w:t>
      </w:r>
      <w:r>
        <w:br/>
      </w:r>
      <w:r>
        <w:t xml:space="preserve">    (a) of something temporarily treated as true to advance a discussion or to further investigation</w:t>
      </w:r>
      <w:r>
        <w:br/>
      </w:r>
      <w:r>
        <w:t xml:space="preserve">    (b) a member of an irregular armed force that fights a stronger force by sabotage and harassment</w:t>
      </w:r>
      <w:r>
        <w:br/>
      </w:r>
      <w:r>
        <w:t xml:space="preserve">    (c) relating to the threadlike structures in the cell nucleus that carry genes in a linear 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"Ask him why he had grenades and a chest rack," I told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interpreter</w:t>
      </w:r>
      <w:r>
        <w:rPr>
          <w:b/>
          <w:bCs/>
        </w:rPr>
        <w:t xml:space="preserve">.</w:t>
      </w:r>
      <w:r>
        <w:br/>
      </w:r>
      <w:r>
        <w:t xml:space="preserve">    (a) someone who extensively damages</w:t>
      </w:r>
      <w:r>
        <w:br/>
      </w:r>
      <w:r>
        <w:t xml:space="preserve">    (b) people who criticize or condemn</w:t>
      </w:r>
      <w:r>
        <w:br/>
      </w:r>
      <w:r>
        <w:t xml:space="preserve">    (c) someone who translates language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Since I'd joined the command, I'd rotated between Iraq and Afghanistan,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deployment</w:t>
      </w:r>
      <w:r>
        <w:rPr>
          <w:b/>
          <w:bCs/>
        </w:rPr>
        <w:t xml:space="preserve"> </w:t>
      </w:r>
      <w:r>
        <w:rPr>
          <w:b/>
          <w:bCs/>
        </w:rPr>
        <w:t xml:space="preserve">after deployment.</w:t>
      </w:r>
      <w:r>
        <w:br/>
      </w:r>
      <w:r>
        <w:t xml:space="preserve">    (a) placing or activating</w:t>
      </w:r>
      <w:r>
        <w:br/>
      </w:r>
      <w:r>
        <w:t xml:space="preserve">    (b) a nerve or brain cell</w:t>
      </w:r>
      <w:r>
        <w:br/>
      </w:r>
      <w:r>
        <w:t xml:space="preserve">    (c) long eventful journey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suffering from a minor case of Stockholm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syndrome</w:t>
      </w:r>
      <w:r>
        <w:rPr>
          <w:b/>
          <w:bCs/>
        </w:rPr>
        <w:t xml:space="preserve">, and in the shock of the shootings, he didn't understand what had just happened and why.</w:t>
      </w:r>
      <w:r>
        <w:br/>
      </w:r>
      <w:r>
        <w:t xml:space="preserve">    (a) a pattern of symptoms associated with an illness</w:t>
      </w:r>
      <w:r>
        <w:br/>
      </w:r>
      <w:r>
        <w:t xml:space="preserve">    (b) interferes in other people's affairs or business</w:t>
      </w:r>
      <w:r>
        <w:br/>
      </w:r>
      <w:r>
        <w:t xml:space="preserve">    (c) the value of production compared to value inputs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Coalition</w:t>
      </w:r>
      <w:r>
        <w:rPr>
          <w:b/>
          <w:bCs/>
        </w:rPr>
        <w:t xml:space="preserve"> </w:t>
      </w:r>
      <w:r>
        <w:rPr>
          <w:b/>
          <w:bCs/>
        </w:rPr>
        <w:t xml:space="preserve">forces toppled the Taliban in 2001, Bin Laden went into hiding after narrowly escaping capture by Coalition forces at Tora Bora in Afghanistan.</w:t>
      </w:r>
      <w:r>
        <w:br/>
      </w:r>
      <w:r>
        <w:t xml:space="preserve">    (a) a political group made up of different groups working together</w:t>
      </w:r>
      <w:r>
        <w:br/>
      </w:r>
      <w:r>
        <w:t xml:space="preserve">    (b) an expert who shares professional opinions in a specific field</w:t>
      </w:r>
      <w:r>
        <w:br/>
      </w:r>
      <w:r>
        <w:t xml:space="preserve">    (c) the act of being in a working position; or the act of starting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Immigration agents barred him from entering the United States in August 2001 because they thought he was trying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immigrate</w:t>
      </w:r>
      <w:r>
        <w:rPr>
          <w:b/>
          <w:bCs/>
        </w:rPr>
        <w:t xml:space="preserve"> </w:t>
      </w:r>
      <w:r>
        <w:rPr>
          <w:b/>
          <w:bCs/>
        </w:rPr>
        <w:t xml:space="preserve">illegally to the United States.</w:t>
      </w:r>
      <w:r>
        <w:br/>
      </w:r>
      <w:r>
        <w:t xml:space="preserve">    (a) come to live in a new country</w:t>
      </w:r>
      <w:r>
        <w:br/>
      </w:r>
      <w:r>
        <w:t xml:space="preserve">    (b) make small restless movements</w:t>
      </w:r>
      <w:r>
        <w:br/>
      </w:r>
      <w:r>
        <w:t xml:space="preserve">    (c) select (on a computer screen)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interrogators</w:t>
      </w:r>
      <w:r>
        <w:rPr>
          <w:b/>
          <w:bCs/>
        </w:rPr>
        <w:t xml:space="preserve"> </w:t>
      </w:r>
      <w:r>
        <w:rPr>
          <w:b/>
          <w:bCs/>
        </w:rPr>
        <w:t xml:space="preserve">questioned Khalid Sheikh Mohammed about it again, he downplayed al-Kuwaiti's role.</w:t>
      </w:r>
      <w:r>
        <w:br/>
      </w:r>
      <w:r>
        <w:t xml:space="preserve">    (a) artist painters that uses dabs of color to give an impression of their subject rather than a photographic-like depiction</w:t>
      </w:r>
      <w:r>
        <w:br/>
      </w:r>
      <w:r>
        <w:t xml:space="preserve">    (b) members of a board that oversee the affairs of a corporation or other institution; or supervisors (people in charge)</w:t>
      </w:r>
      <w:r>
        <w:br/>
      </w:r>
      <w:r>
        <w:t xml:space="preserve">    (c) ask a series of questions of someone -- typically asked by law enforcement officials or by someone in an aggressive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external</w:t>
      </w:r>
      <w:r>
        <w:rPr>
          <w:b/>
          <w:bCs/>
        </w:rPr>
        <w:t xml:space="preserve"> </w:t>
      </w:r>
      <w:r>
        <w:rPr>
          <w:b/>
          <w:bCs/>
        </w:rPr>
        <w:t xml:space="preserve">security job was actually one of the biggest and most dangerous positions on the raid.</w:t>
      </w:r>
      <w:r>
        <w:br/>
      </w:r>
      <w:r>
        <w:t xml:space="preserve">    (a) certain</w:t>
      </w:r>
      <w:r>
        <w:br/>
      </w:r>
      <w:r>
        <w:t xml:space="preserve">    (b) various</w:t>
      </w:r>
      <w:r>
        <w:br/>
      </w:r>
      <w:r>
        <w:t xml:space="preserve">    (c) outside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SEALs already on their scheduled deployment in Jalalabad got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briefed</w:t>
      </w:r>
      <w:r>
        <w:rPr>
          <w:b/>
          <w:bCs/>
        </w:rPr>
        <w:t xml:space="preserve"> </w:t>
      </w:r>
      <w:r>
        <w:rPr>
          <w:b/>
          <w:bCs/>
        </w:rPr>
        <w:t xml:space="preserve">on the plan during our flight over.</w:t>
      </w:r>
      <w:r>
        <w:br/>
      </w:r>
      <w:r>
        <w:t xml:space="preserve">    (a) prepared food in a way that keeps it from spoiling</w:t>
      </w:r>
      <w:r>
        <w:br/>
      </w:r>
      <w:r>
        <w:t xml:space="preserve">    (b) given a summary of important information</w:t>
      </w:r>
      <w:r>
        <w:br/>
      </w:r>
      <w:r>
        <w:t xml:space="preserve">    (c) supported by providing money or other economic aid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camouflage</w:t>
      </w:r>
      <w:r>
        <w:rPr>
          <w:b/>
          <w:bCs/>
        </w:rPr>
        <w:t xml:space="preserve"> </w:t>
      </w:r>
      <w:r>
        <w:rPr>
          <w:b/>
          <w:bCs/>
        </w:rPr>
        <w:t xml:space="preserve">uniform on and my gear ready to go, I grabbed my Salomon Quest boots and pulled them on.</w:t>
      </w:r>
      <w:r>
        <w:br/>
      </w:r>
      <w:r>
        <w:t xml:space="preserve">    (a) present something to treat as true in order to advance a discussion or to further investigation even though it might not be true</w:t>
      </w:r>
      <w:r>
        <w:br/>
      </w:r>
      <w:r>
        <w:t xml:space="preserve">    (b) the act of hiding something by making it blend in with its surroundings; or hiding the truth; or something that hides or deceives</w:t>
      </w:r>
      <w:r>
        <w:br/>
      </w:r>
      <w:r>
        <w:t xml:space="preserve">    (c) to expression feelings or thoughts enthusiastically  OR  to squirt or give off (typically under pressure such as blood or leaking gas)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am going explosive," I whispered to Will, and grabbed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breaching</w:t>
      </w:r>
      <w:r>
        <w:rPr>
          <w:b/>
          <w:bCs/>
        </w:rPr>
        <w:t xml:space="preserve"> </w:t>
      </w:r>
      <w:r>
        <w:rPr>
          <w:b/>
          <w:bCs/>
        </w:rPr>
        <w:t xml:space="preserve">charge off the back of my kit.</w:t>
      </w:r>
      <w:r>
        <w:br/>
      </w:r>
      <w:r>
        <w:t xml:space="preserve">    (a) attractive or desirable</w:t>
      </w:r>
      <w:r>
        <w:br/>
      </w:r>
      <w:r>
        <w:t xml:space="preserve">    (b) breaking or penetrating</w:t>
      </w:r>
      <w:r>
        <w:br/>
      </w:r>
      <w:r>
        <w:t xml:space="preserve">    (c) predicting or revealing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EOD tech thought the SEAL meant they were going to blow the house, which was another one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contingency</w:t>
      </w:r>
      <w:r>
        <w:rPr>
          <w:b/>
          <w:bCs/>
        </w:rPr>
        <w:t xml:space="preserve"> </w:t>
      </w:r>
      <w:r>
        <w:rPr>
          <w:b/>
          <w:bCs/>
        </w:rPr>
        <w:t xml:space="preserve">plans we had trained for.</w:t>
      </w:r>
      <w:r>
        <w:br/>
      </w:r>
      <w:r>
        <w:t xml:space="preserve">    (a) the four-dimensional combination of space and time where everything happens</w:t>
      </w:r>
      <w:r>
        <w:br/>
      </w:r>
      <w:r>
        <w:t xml:space="preserve">    (b) a connection or relationship by being equivalent, proportionate, or matched</w:t>
      </w:r>
      <w:r>
        <w:br/>
      </w:r>
      <w:r>
        <w:t xml:space="preserve">    (c) something that might happen; or something available in case an event occurs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they were inserted, two assaulters and Cairo, the combat assault dog, did a sweep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perimeter</w:t>
      </w:r>
      <w:r>
        <w:rPr>
          <w:b/>
          <w:bCs/>
        </w:rPr>
        <w:t xml:space="preserve">.</w:t>
      </w:r>
      <w:r>
        <w:br/>
      </w:r>
      <w:r>
        <w:t xml:space="preserve">    (a) a hoofed mamma</w:t>
      </w:r>
      <w:r>
        <w:br/>
      </w:r>
      <w:r>
        <w:t xml:space="preserve">    (b) a fat compound</w:t>
      </w:r>
      <w:r>
        <w:br/>
      </w:r>
      <w:r>
        <w:t xml:space="preserve">    (c) the outer edge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pair of Army fuelers wearing goggles to protect their eyes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debris</w:t>
      </w:r>
      <w:r>
        <w:rPr>
          <w:b/>
          <w:bCs/>
        </w:rPr>
        <w:t xml:space="preserve"> </w:t>
      </w:r>
      <w:r>
        <w:rPr>
          <w:b/>
          <w:bCs/>
        </w:rPr>
        <w:t xml:space="preserve">hauled a hose up to the Black Hawk.</w:t>
      </w:r>
      <w:r>
        <w:br/>
      </w:r>
      <w:r>
        <w:t xml:space="preserve">    (a) the act of treating or preparing food in a way that keeps it from spoiling</w:t>
      </w:r>
      <w:r>
        <w:br/>
      </w:r>
      <w:r>
        <w:t xml:space="preserve">    (b) pieces of something that has been destroyed; or trash that is lying around</w:t>
      </w:r>
      <w:r>
        <w:br/>
      </w:r>
      <w:r>
        <w:t xml:space="preserve">    (c) passages food and drink follow between the back of mouths and the stomachs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2026-07-31T20:11:32Z</dcterms:created>
  <dcterms:modified xsi:type="dcterms:W3CDTF">2026-07-31T20:11:32Z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