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229f9ee41c7669a1f54ad1c6414b12a02fc682"/>
    <w:p>
      <w:pPr>
        <w:pStyle w:val="Heading1"/>
      </w:pPr>
      <w:r>
        <w:rPr>
          <w:b/>
          <w:bCs/>
        </w:rPr>
        <w:t xml:space="preserve">Nine Stories</w:t>
      </w:r>
      <w:r>
        <w:br/>
      </w:r>
      <w:r>
        <w:rPr>
          <w:i/>
          <w:iCs/>
        </w:rPr>
        <w:t xml:space="preserve">J. D. Salinger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appendicitis.</w:t>
      </w:r>
      <w:r>
        <w:br/>
      </w:r>
      <w:r>
        <w:t xml:space="preserve">    (a) minor</w:t>
      </w:r>
      <w:r>
        <w:br/>
      </w:r>
      <w:r>
        <w:t xml:space="preserve">    (b) gradual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Birds tend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vision.</w:t>
      </w:r>
      <w:r>
        <w:br/>
      </w:r>
      <w:r>
        <w:t xml:space="preserve">    (a) poor</w:t>
      </w:r>
      <w:r>
        <w:br/>
      </w:r>
      <w:r>
        <w:t xml:space="preserve">    (b) colorless</w:t>
      </w:r>
      <w:r>
        <w:br/>
      </w:r>
      <w:r>
        <w:t xml:space="preserve">    (c)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giving all students the opportunity to attend school in the summer too.</w:t>
      </w:r>
      <w:r>
        <w:br/>
      </w:r>
      <w:r>
        <w:t xml:space="preserve">    (a) is against</w:t>
      </w:r>
      <w:r>
        <w:br/>
      </w:r>
      <w:r>
        <w:t xml:space="preserve">    (b) supports</w:t>
      </w:r>
      <w:r>
        <w:br/>
      </w:r>
      <w:r>
        <w:t xml:space="preserve">    (c) researches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 </w:t>
      </w:r>
      <w:r>
        <w:rPr>
          <w:b/>
          <w:bCs/>
        </w:rPr>
        <w:t xml:space="preserve">on both violin and piano.</w:t>
      </w:r>
      <w:r>
        <w:br/>
      </w:r>
      <w:r>
        <w:t xml:space="preserve">    (a) sufficiently capable</w:t>
      </w:r>
      <w:r>
        <w:br/>
      </w:r>
      <w:r>
        <w:t xml:space="preserve">    (b) outstanding</w:t>
      </w:r>
      <w:r>
        <w:br/>
      </w:r>
      <w:r>
        <w:t xml:space="preserve">    (c) below average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hurried manner</w:t>
      </w:r>
      <w:r>
        <w:br/>
      </w:r>
      <w:r>
        <w:t xml:space="preserve">    (b) in a friendly manner</w:t>
      </w:r>
      <w:r>
        <w:br/>
      </w:r>
      <w:r>
        <w:t xml:space="preserve">    (c) in a clumsy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scar running from his forehead to his jaw.</w:t>
      </w:r>
      <w:r>
        <w:br/>
      </w:r>
      <w:r>
        <w:t xml:space="preserve">    (a) extremely ugly</w:t>
      </w:r>
      <w:r>
        <w:br/>
      </w:r>
      <w:r>
        <w:t xml:space="preserve">    (b) perfectly healed</w:t>
      </w:r>
      <w:r>
        <w:br/>
      </w:r>
      <w:r>
        <w:t xml:space="preserve">    (c) barely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Travel costs were the main expense; meals were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incidental</w:t>
      </w:r>
      <w:r>
        <w:rPr>
          <w:b/>
          <w:bCs/>
        </w:rPr>
        <w:t xml:space="preserve">.</w:t>
      </w:r>
      <w:r>
        <w:br/>
      </w:r>
      <w:r>
        <w:t xml:space="preserve">    (a) central and primary</w:t>
      </w:r>
      <w:r>
        <w:br/>
      </w:r>
      <w:r>
        <w:t xml:space="preserve">    (b) minor and secondary</w:t>
      </w:r>
      <w:r>
        <w:br/>
      </w:r>
      <w:r>
        <w:t xml:space="preserve">    (c) carefully planned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Einstein's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intellectual</w:t>
      </w:r>
      <w:r>
        <w:rPr>
          <w:b/>
          <w:bCs/>
        </w:rPr>
        <w:t xml:space="preserve"> </w:t>
      </w:r>
      <w:r>
        <w:rPr>
          <w:b/>
          <w:bCs/>
        </w:rPr>
        <w:t xml:space="preserve">achievements and originality have made 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Einstein</w:t>
      </w:r>
      <w:r>
        <w:rPr>
          <w:b/>
          <w:bCs/>
        </w:rPr>
        <w:t xml:space="preserve"> </w:t>
      </w:r>
      <w:r>
        <w:rPr>
          <w:b/>
          <w:bCs/>
        </w:rPr>
        <w:t xml:space="preserve">synonymous with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genius</w:t>
      </w:r>
      <w:r>
        <w:rPr>
          <w:b/>
          <w:bCs/>
        </w:rPr>
        <w:t xml:space="preserve">.</w:t>
      </w:r>
      <w:r>
        <w:br/>
      </w:r>
      <w:r>
        <w:t xml:space="preserve">    (a) related to intelligence</w:t>
      </w:r>
      <w:r>
        <w:br/>
      </w:r>
      <w:r>
        <w:t xml:space="preserve">    (b) related to physics</w:t>
      </w:r>
      <w:r>
        <w:br/>
      </w:r>
      <w:r>
        <w:t xml:space="preserve">    (c) related to science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Adam Smith was a leading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intellectual</w:t>
      </w:r>
      <w:r>
        <w:rPr>
          <w:b/>
          <w:bCs/>
        </w:rPr>
        <w:t xml:space="preserve"> </w:t>
      </w:r>
      <w:r>
        <w:rPr>
          <w:b/>
          <w:bCs/>
        </w:rPr>
        <w:t xml:space="preserve">of his time.</w:t>
      </w:r>
      <w:r>
        <w:br/>
      </w:r>
      <w:r>
        <w:t xml:space="preserve">    (a) a person most concerned with experiences of the senses</w:t>
      </w:r>
      <w:r>
        <w:br/>
      </w:r>
      <w:r>
        <w:t xml:space="preserve">    (b) a highly intuitive person who practices self-expression through art</w:t>
      </w:r>
      <w:r>
        <w:br/>
      </w:r>
      <w:r>
        <w:t xml:space="preserve">    (c) a highly educated person interested in learning and exploring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avoid</w:t>
      </w:r>
      <w:r>
        <w:br/>
      </w:r>
      <w:r>
        <w:t xml:space="preserve">    (b) hate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hard.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my favorite.</w:t>
      </w:r>
      <w:r>
        <w:br/>
      </w:r>
      <w:r>
        <w:t xml:space="preserve">    (a) for that reason</w:t>
      </w:r>
      <w:r>
        <w:br/>
      </w:r>
      <w:r>
        <w:t xml:space="preserve">    (b) despite that</w:t>
      </w:r>
      <w:r>
        <w:br/>
      </w:r>
      <w:r>
        <w:t xml:space="preserve">    (c) because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shoes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orthopedic</w:t>
      </w:r>
      <w:r>
        <w:rPr>
          <w:b/>
          <w:bCs/>
        </w:rPr>
        <w:t xml:space="preserve"> </w:t>
      </w:r>
      <w:r>
        <w:rPr>
          <w:b/>
          <w:bCs/>
        </w:rPr>
        <w:t xml:space="preserve">and help with her arthritis.</w:t>
      </w:r>
      <w:r>
        <w:br/>
      </w:r>
      <w:r>
        <w:t xml:space="preserve">    (a) for bones and joints</w:t>
      </w:r>
      <w:r>
        <w:br/>
      </w:r>
      <w:r>
        <w:t xml:space="preserve">    (b) for vision problems</w:t>
      </w:r>
      <w:r>
        <w:br/>
      </w:r>
      <w:r>
        <w:t xml:space="preserve">    (c) for warm weather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quoted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out of context</w:t>
      </w:r>
      <w:r>
        <w:rPr>
          <w:b/>
          <w:bCs/>
        </w:rPr>
        <w:t xml:space="preserve">.</w:t>
      </w:r>
      <w:r>
        <w:br/>
      </w:r>
      <w:r>
        <w:t xml:space="preserve">    (a) in a respectful manner</w:t>
      </w:r>
      <w:r>
        <w:br/>
      </w:r>
      <w:r>
        <w:t xml:space="preserve">    (b) in a misleading manner</w:t>
      </w:r>
      <w:r>
        <w:br/>
      </w:r>
      <w:r>
        <w:t xml:space="preserve">    (c) in a convincing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perfunctory</w:t>
      </w:r>
      <w:r>
        <w:rPr>
          <w:b/>
          <w:bCs/>
        </w:rPr>
        <w:t xml:space="preserve"> </w:t>
      </w:r>
      <w:r>
        <w:rPr>
          <w:b/>
          <w:bCs/>
        </w:rPr>
        <w:t xml:space="preserve">apology did little to ease my annoyance.</w:t>
      </w:r>
      <w:r>
        <w:br/>
      </w:r>
      <w:r>
        <w:t xml:space="preserve">    (a) superficial</w:t>
      </w:r>
      <w:r>
        <w:br/>
      </w:r>
      <w:r>
        <w:t xml:space="preserve">    (b) written</w:t>
      </w:r>
      <w:r>
        <w:br/>
      </w:r>
      <w:r>
        <w:t xml:space="preserve">    (c)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once self-conscious girl is now a woman with considerable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poise</w:t>
      </w:r>
      <w:r>
        <w:rPr>
          <w:b/>
          <w:bCs/>
        </w:rPr>
        <w:t xml:space="preserve">.</w:t>
      </w:r>
      <w:r>
        <w:br/>
      </w:r>
      <w:r>
        <w:t xml:space="preserve">    (a) education</w:t>
      </w:r>
      <w:r>
        <w:br/>
      </w:r>
      <w:r>
        <w:t xml:space="preserve">    (b) style</w:t>
      </w:r>
      <w:r>
        <w:br/>
      </w:r>
      <w:r>
        <w:t xml:space="preserve">    (c) composure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Thomas Edison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prolific</w:t>
      </w:r>
      <w:r>
        <w:rPr>
          <w:b/>
          <w:bCs/>
        </w:rPr>
        <w:t xml:space="preserve"> </w:t>
      </w:r>
      <w:r>
        <w:rPr>
          <w:b/>
          <w:bCs/>
        </w:rPr>
        <w:t xml:space="preserve">inventor, holding over a thousand US patents.</w:t>
      </w:r>
      <w:r>
        <w:br/>
      </w:r>
      <w:r>
        <w:t xml:space="preserve">    (a) producing abundantly</w:t>
      </w:r>
      <w:r>
        <w:br/>
      </w:r>
      <w:r>
        <w:t xml:space="preserve">    (b) little understood</w:t>
      </w:r>
      <w:r>
        <w:br/>
      </w:r>
      <w:r>
        <w:t xml:space="preserve">    (c) highly creative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refugees lived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conditions with no clean water or proper shelter.</w:t>
      </w:r>
      <w:r>
        <w:br/>
      </w:r>
      <w:r>
        <w:t xml:space="preserve">    (a) filthy and unpleasant</w:t>
      </w:r>
      <w:r>
        <w:br/>
      </w:r>
      <w:r>
        <w:t xml:space="preserve">    (b) loud and crowded</w:t>
      </w:r>
      <w:r>
        <w:br/>
      </w:r>
      <w:r>
        <w:t xml:space="preserve">    (c) clean and 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cruelty</w:t>
      </w:r>
      <w:r>
        <w:br/>
      </w:r>
      <w:r>
        <w:t xml:space="preserve">    (b) slum</w:t>
      </w:r>
      <w:r>
        <w:br/>
      </w:r>
      <w:r>
        <w:t xml:space="preserve">    (c)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other's</w:t>
      </w:r>
      <w:r>
        <w:br/>
      </w:r>
      <w:r>
        <w:t xml:space="preserve">    (c)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McDonald's menu options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 </w:t>
      </w:r>
      <w:r>
        <w:rPr>
          <w:b/>
          <w:bCs/>
        </w:rPr>
        <w:t xml:space="preserve">by location.</w:t>
      </w:r>
      <w:r>
        <w:br/>
      </w:r>
      <w:r>
        <w:t xml:space="preserve">    (a) are consistent</w:t>
      </w:r>
      <w:r>
        <w:br/>
      </w:r>
      <w:r>
        <w:t xml:space="preserve">    (b) are known</w:t>
      </w:r>
      <w:r>
        <w:br/>
      </w:r>
      <w:r>
        <w:t xml:space="preserve">    (c) are different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2026-07-31T15:45:42Z</dcterms:created>
  <dcterms:modified xsi:type="dcterms:W3CDTF">2026-07-31T15:45:42Z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