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bc1affcd6dd72e162c98e5b61001e3b8a9ab3f"/>
    <w:p>
      <w:pPr>
        <w:pStyle w:val="Heading1"/>
      </w:pPr>
      <w:r>
        <w:rPr>
          <w:b/>
          <w:bCs/>
        </w:rPr>
        <w:t xml:space="preserve">Nine Stories</w:t>
      </w:r>
      <w:r>
        <w:br/>
      </w:r>
      <w:r>
        <w:rPr>
          <w:i/>
          <w:iCs/>
        </w:rPr>
        <w:t xml:space="preserve">J. D. Salinger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countries celebrate November 11 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armistice</w:t>
      </w:r>
      <w:r>
        <w:rPr>
          <w:b/>
          <w:bCs/>
        </w:rPr>
        <w:t xml:space="preserve"> </w:t>
      </w:r>
      <w:r>
        <w:rPr>
          <w:b/>
          <w:bCs/>
        </w:rPr>
        <w:t xml:space="preserve">which, in 1918, ended hostilities of the First World War.</w:t>
      </w:r>
      <w:r>
        <w:br/>
      </w:r>
      <w:r>
        <w:t xml:space="preserve">    (a) victory</w:t>
      </w:r>
      <w:r>
        <w:br/>
      </w:r>
      <w:r>
        <w:t xml:space="preserve">    (b) revolution</w:t>
      </w:r>
      <w:r>
        <w:br/>
      </w:r>
      <w:r>
        <w:t xml:space="preserve">    (c) peace 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spite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censure</w:t>
      </w:r>
      <w:r>
        <w:rPr>
          <w:b/>
          <w:bCs/>
        </w:rPr>
        <w:t xml:space="preserve"> </w:t>
      </w:r>
      <w:r>
        <w:rPr>
          <w:b/>
          <w:bCs/>
        </w:rPr>
        <w:t xml:space="preserve">of her colleagues, she believed she had done the right thing.</w:t>
      </w:r>
      <w:r>
        <w:br/>
      </w:r>
      <w:r>
        <w:t xml:space="preserve">    (a) criticism</w:t>
      </w:r>
      <w:r>
        <w:br/>
      </w:r>
      <w:r>
        <w:t xml:space="preserve">    (b) anger</w:t>
      </w:r>
      <w:r>
        <w:br/>
      </w:r>
      <w:r>
        <w:t xml:space="preserve">    (c) disinterest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word "home" often carries a warm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connotation</w:t>
      </w:r>
      <w:r>
        <w:rPr>
          <w:b/>
          <w:bCs/>
        </w:rPr>
        <w:t xml:space="preserve"> </w:t>
      </w:r>
      <w:r>
        <w:rPr>
          <w:b/>
          <w:bCs/>
        </w:rPr>
        <w:t xml:space="preserve">of comfort and security.</w:t>
      </w:r>
      <w:r>
        <w:br/>
      </w:r>
      <w:r>
        <w:t xml:space="preserve">    (a) an emotional reaction that directly stems from the word's sound</w:t>
      </w:r>
      <w:r>
        <w:br/>
      </w:r>
      <w:r>
        <w:t xml:space="preserve">    (b) a literal definition that exactly matches the word's main meaning</w:t>
      </w:r>
      <w:r>
        <w:br/>
      </w:r>
      <w:r>
        <w:t xml:space="preserve">    (c) a suggested idea that goes beyond something's primary meaning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struggled to lift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cumbersome</w:t>
      </w:r>
      <w:r>
        <w:rPr>
          <w:b/>
          <w:bCs/>
        </w:rPr>
        <w:t xml:space="preserve"> </w:t>
      </w:r>
      <w:r>
        <w:rPr>
          <w:b/>
          <w:bCs/>
        </w:rPr>
        <w:t xml:space="preserve">box up the stairs.</w:t>
      </w:r>
      <w:r>
        <w:br/>
      </w:r>
      <w:r>
        <w:t xml:space="preserve">    (a) difficult to handle</w:t>
      </w:r>
      <w:r>
        <w:br/>
      </w:r>
      <w:r>
        <w:t xml:space="preserve">    (b) easily broken</w:t>
      </w:r>
      <w:r>
        <w:br/>
      </w:r>
      <w:r>
        <w:t xml:space="preserve">    (c) well-wrapped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both entertains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edifies</w:t>
      </w:r>
      <w:r>
        <w:rPr>
          <w:b/>
          <w:bCs/>
        </w:rPr>
        <w:t xml:space="preserve"> </w:t>
      </w:r>
      <w:r>
        <w:rPr>
          <w:b/>
          <w:bCs/>
        </w:rPr>
        <w:t xml:space="preserve">when she speaks.</w:t>
      </w:r>
      <w:r>
        <w:br/>
      </w:r>
      <w:r>
        <w:t xml:space="preserve">    (a) learns from others</w:t>
      </w:r>
      <w:r>
        <w:br/>
      </w:r>
      <w:r>
        <w:t xml:space="preserve">    (b) puzzles listeners</w:t>
      </w:r>
      <w:r>
        <w:br/>
      </w:r>
      <w:r>
        <w:t xml:space="preserve">    (c) teaches or instructs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appreciate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forbearance</w:t>
      </w:r>
      <w:r>
        <w:rPr>
          <w:b/>
          <w:bCs/>
        </w:rPr>
        <w:t xml:space="preserve">.</w:t>
      </w:r>
      <w:r>
        <w:br/>
      </w:r>
      <w:r>
        <w:t xml:space="preserve">    (a) family concerns</w:t>
      </w:r>
      <w:r>
        <w:br/>
      </w:r>
      <w:r>
        <w:t xml:space="preserve">    (b) financial loan</w:t>
      </w:r>
      <w:r>
        <w:br/>
      </w:r>
      <w:r>
        <w:t xml:space="preserve">    (c) patience or tolerance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Lifting heavy objects with poor form can cause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hernia</w:t>
      </w:r>
      <w:r>
        <w:rPr>
          <w:b/>
          <w:bCs/>
        </w:rPr>
        <w:t xml:space="preserve">.</w:t>
      </w:r>
      <w:r>
        <w:br/>
      </w:r>
      <w:r>
        <w:t xml:space="preserve">    (a) ruptured tissue</w:t>
      </w:r>
      <w:r>
        <w:br/>
      </w:r>
      <w:r>
        <w:t xml:space="preserve">    (b) broken bone</w:t>
      </w:r>
      <w:r>
        <w:br/>
      </w:r>
      <w:r>
        <w:t xml:space="preserve">    (c) torn muscle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inhibited</w:t>
      </w:r>
      <w:r>
        <w:rPr>
          <w:b/>
          <w:bCs/>
        </w:rPr>
        <w:t xml:space="preserve"> </w:t>
      </w:r>
      <w:r>
        <w:rPr>
          <w:b/>
          <w:bCs/>
        </w:rPr>
        <w:t xml:space="preserve">to dance at parties, even when everyone else joined in.</w:t>
      </w:r>
      <w:r>
        <w:br/>
      </w:r>
      <w:r>
        <w:t xml:space="preserve">    (a) wild and uncontrolled</w:t>
      </w:r>
      <w:r>
        <w:br/>
      </w:r>
      <w:r>
        <w:t xml:space="preserve">    (b) loud and confident</w:t>
      </w:r>
      <w:r>
        <w:br/>
      </w:r>
      <w:r>
        <w:t xml:space="preserve">    (c) shy and self-conscious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irate</w:t>
      </w:r>
      <w:r>
        <w:rPr>
          <w:b/>
          <w:bCs/>
        </w:rPr>
        <w:t xml:space="preserve"> </w:t>
      </w:r>
      <w:r>
        <w:rPr>
          <w:b/>
          <w:bCs/>
        </w:rPr>
        <w:t xml:space="preserve">customer was yelling at the manager.</w:t>
      </w:r>
      <w:r>
        <w:br/>
      </w:r>
      <w:r>
        <w:t xml:space="preserve">    (a) extremely loud</w:t>
      </w:r>
      <w:r>
        <w:br/>
      </w:r>
      <w:r>
        <w:t xml:space="preserve">    (b) extremely angry</w:t>
      </w:r>
      <w:r>
        <w:br/>
      </w:r>
      <w:r>
        <w:t xml:space="preserve">    (c) extremely big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restaurant received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mediocre</w:t>
      </w:r>
      <w:r>
        <w:rPr>
          <w:b/>
          <w:bCs/>
        </w:rPr>
        <w:t xml:space="preserve"> </w:t>
      </w:r>
      <w:r>
        <w:rPr>
          <w:b/>
          <w:bCs/>
        </w:rPr>
        <w:t xml:space="preserve">reviews, so we chose another place.</w:t>
      </w:r>
      <w:r>
        <w:br/>
      </w:r>
      <w:r>
        <w:t xml:space="preserve">    (a) only average</w:t>
      </w:r>
      <w:r>
        <w:br/>
      </w:r>
      <w:r>
        <w:t xml:space="preserve">    (b) truly excellent</w:t>
      </w:r>
      <w:r>
        <w:br/>
      </w:r>
      <w:r>
        <w:t xml:space="preserve">    (c) clearly terrible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myopic</w:t>
      </w:r>
      <w:r>
        <w:rPr>
          <w:b/>
          <w:bCs/>
        </w:rPr>
        <w:t xml:space="preserve">, but my contacts correct for it.</w:t>
      </w:r>
      <w:r>
        <w:br/>
      </w:r>
      <w:r>
        <w:t xml:space="preserve">    (a) unable to see distant objects clearly</w:t>
      </w:r>
      <w:r>
        <w:br/>
      </w:r>
      <w:r>
        <w:t xml:space="preserve">    (b) unable to see well in dim light</w:t>
      </w:r>
      <w:r>
        <w:br/>
      </w:r>
      <w:r>
        <w:t xml:space="preserve">    (c) unable to see close objects clearly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neurotic</w:t>
      </w:r>
      <w:r>
        <w:rPr>
          <w:b/>
          <w:bCs/>
        </w:rPr>
        <w:t xml:space="preserve"> </w:t>
      </w:r>
      <w:r>
        <w:rPr>
          <w:b/>
          <w:bCs/>
        </w:rPr>
        <w:t xml:space="preserve">fear of heights prevented her from enjoying the breathtaking view from the skyscraper’s observation deck.</w:t>
      </w:r>
      <w:r>
        <w:br/>
      </w:r>
      <w:r>
        <w:t xml:space="preserve">    (a) present since birth</w:t>
      </w:r>
      <w:r>
        <w:br/>
      </w:r>
      <w:r>
        <w:t xml:space="preserve">    (b) learned from bad experience</w:t>
      </w:r>
      <w:r>
        <w:br/>
      </w:r>
      <w:r>
        <w:t xml:space="preserve">    (c) excessive worry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artist's studio was filled with brushes, paints, canvases, and other creative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paraphernalia</w:t>
      </w:r>
      <w:r>
        <w:rPr>
          <w:b/>
          <w:bCs/>
        </w:rPr>
        <w:t xml:space="preserve">.</w:t>
      </w:r>
      <w:r>
        <w:br/>
      </w:r>
      <w:r>
        <w:t xml:space="preserve">    (a) items that are hard to obtain</w:t>
      </w:r>
      <w:r>
        <w:br/>
      </w:r>
      <w:r>
        <w:t xml:space="preserve">    (b) items that accompany a given activity</w:t>
      </w:r>
      <w:r>
        <w:br/>
      </w:r>
      <w:r>
        <w:t xml:space="preserve">    (c) items that need to be kept indoors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essay was filled with creative ideas, but it was vulnerable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pedantic</w:t>
      </w:r>
      <w:r>
        <w:rPr>
          <w:b/>
          <w:bCs/>
        </w:rPr>
        <w:t xml:space="preserve"> </w:t>
      </w:r>
      <w:r>
        <w:rPr>
          <w:b/>
          <w:bCs/>
        </w:rPr>
        <w:t xml:space="preserve">nitpicking.</w:t>
      </w:r>
      <w:r>
        <w:br/>
      </w:r>
      <w:r>
        <w:t xml:space="preserve">    (a) of someone too concerned with statistical studies</w:t>
      </w:r>
      <w:r>
        <w:br/>
      </w:r>
      <w:r>
        <w:t xml:space="preserve">    (b) of someone too concerned with regional style</w:t>
      </w:r>
      <w:r>
        <w:br/>
      </w:r>
      <w:r>
        <w:t xml:space="preserve">    (c) of someone too concerned with book learning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 group, the people with a family history of heart disease have a higher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propensity</w:t>
      </w:r>
      <w:r>
        <w:rPr>
          <w:b/>
          <w:bCs/>
        </w:rPr>
        <w:t xml:space="preserve"> </w:t>
      </w:r>
      <w:r>
        <w:rPr>
          <w:b/>
          <w:bCs/>
        </w:rPr>
        <w:t xml:space="preserve">to develop the condition themselves.</w:t>
      </w:r>
      <w:r>
        <w:br/>
      </w:r>
      <w:r>
        <w:t xml:space="preserve">    (a) avoidance</w:t>
      </w:r>
      <w:r>
        <w:br/>
      </w:r>
      <w:r>
        <w:t xml:space="preserve">    (b) fear</w:t>
      </w:r>
      <w:r>
        <w:br/>
      </w:r>
      <w:r>
        <w:t xml:space="preserve">    (c) tendency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after years apart,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rancor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brothers had not faded at all.</w:t>
      </w:r>
      <w:r>
        <w:br/>
      </w:r>
      <w:r>
        <w:t xml:space="preserve">    (a) deep bitterness</w:t>
      </w:r>
      <w:r>
        <w:br/>
      </w:r>
      <w:r>
        <w:t xml:space="preserve">    (b) warm affection</w:t>
      </w:r>
      <w:r>
        <w:br/>
      </w:r>
      <w:r>
        <w:t xml:space="preserve">    (c) mild curiosity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people considered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sacrilege</w:t>
      </w:r>
      <w:r>
        <w:rPr>
          <w:b/>
          <w:bCs/>
        </w:rPr>
        <w:t xml:space="preserve"> </w:t>
      </w:r>
      <w:r>
        <w:rPr>
          <w:b/>
          <w:bCs/>
        </w:rPr>
        <w:t xml:space="preserve">to joke loudly inside the sacred temple.</w:t>
      </w:r>
      <w:r>
        <w:br/>
      </w:r>
      <w:r>
        <w:t xml:space="preserve">    (a) fear of religious rules</w:t>
      </w:r>
      <w:r>
        <w:br/>
      </w:r>
      <w:r>
        <w:t xml:space="preserve">    (b) disrespect for the sacred</w:t>
      </w:r>
      <w:r>
        <w:br/>
      </w:r>
      <w:r>
        <w:t xml:space="preserve">    (c) respect for old customs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Through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satire</w:t>
      </w:r>
      <w:r>
        <w:rPr>
          <w:b/>
          <w:bCs/>
        </w:rPr>
        <w:t xml:space="preserve">, the cartoon exposed how ridiculous the new policy looked in practice.</w:t>
      </w:r>
      <w:r>
        <w:br/>
      </w:r>
      <w:r>
        <w:t xml:space="preserve">    (a) literal description</w:t>
      </w:r>
      <w:r>
        <w:br/>
      </w:r>
      <w:r>
        <w:t xml:space="preserve">    (b) humorous criticism</w:t>
      </w:r>
      <w:r>
        <w:br/>
      </w:r>
      <w:r>
        <w:t xml:space="preserve">    (c) factual reporting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made the bed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sensuous</w:t>
      </w:r>
      <w:r>
        <w:rPr>
          <w:b/>
          <w:bCs/>
        </w:rPr>
        <w:t xml:space="preserve"> </w:t>
      </w:r>
      <w:r>
        <w:rPr>
          <w:b/>
          <w:bCs/>
        </w:rPr>
        <w:t xml:space="preserve">silk sheets.</w:t>
      </w:r>
      <w:r>
        <w:br/>
      </w:r>
      <w:r>
        <w:t xml:space="preserve">    (a) cool to the touch</w:t>
      </w:r>
      <w:r>
        <w:br/>
      </w:r>
      <w:r>
        <w:t xml:space="preserve">    (b) pleasing to touch</w:t>
      </w:r>
      <w:r>
        <w:br/>
      </w:r>
      <w:r>
        <w:t xml:space="preserve">    (c) smooth to the touch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vivacious</w:t>
      </w:r>
      <w:r>
        <w:rPr>
          <w:b/>
          <w:bCs/>
        </w:rPr>
        <w:t xml:space="preserve"> </w:t>
      </w:r>
      <w:r>
        <w:rPr>
          <w:b/>
          <w:bCs/>
        </w:rPr>
        <w:t xml:space="preserve">high school senior who has captured the nations heart.</w:t>
      </w:r>
      <w:r>
        <w:br/>
      </w:r>
      <w:r>
        <w:t xml:space="preserve">    (a) engaging and lively</w:t>
      </w:r>
      <w:r>
        <w:br/>
      </w:r>
      <w:r>
        <w:t xml:space="preserve">    (b) smart and well-spoken</w:t>
      </w:r>
      <w:r>
        <w:br/>
      </w:r>
      <w:r>
        <w:t xml:space="preserve">    (c) kind and attractive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2026-07-31T15:45:42Z</dcterms:created>
  <dcterms:modified xsi:type="dcterms:W3CDTF">2026-07-31T15:45:42Z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