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596150932da8f7446ffe9fb97f09387e4b45ec"/>
    <w:p>
      <w:pPr>
        <w:pStyle w:val="Heading1"/>
      </w:pPr>
      <w:r>
        <w:rPr>
          <w:b/>
          <w:bCs/>
        </w:rPr>
        <w:t xml:space="preserve">Nine Stories</w:t>
      </w:r>
      <w:r>
        <w:br/>
      </w:r>
      <w:r>
        <w:rPr>
          <w:i/>
          <w:iCs/>
        </w:rPr>
        <w:t xml:space="preserve">J. D. Salinger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her opinion, it was an altogether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room—expensive but cheesy.</w:t>
      </w:r>
      <w:r>
        <w:br/>
      </w:r>
      <w:r>
        <w:t xml:space="preserve">    (a) extremely ugly, offensive, and/or frightening</w:t>
      </w:r>
      <w:r>
        <w:br/>
      </w:r>
      <w:r>
        <w:t xml:space="preserve">    (b) the quality of not being sensible and careful</w:t>
      </w:r>
      <w:r>
        <w:br/>
      </w:r>
      <w:r>
        <w:t xml:space="preserve">    (c) the characteristic of demonstrating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"Hello," he said,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cordially</w:t>
      </w:r>
      <w:r>
        <w:rPr>
          <w:b/>
          <w:bCs/>
        </w:rPr>
        <w:t xml:space="preserve">, to Ginnie.</w:t>
      </w:r>
      <w:r>
        <w:br/>
      </w:r>
      <w:r>
        <w:t xml:space="preserve">    (a) in a skillful way</w:t>
      </w:r>
      <w:r>
        <w:br/>
      </w:r>
      <w:r>
        <w:t xml:space="preserve">    (b) in a pleasing way</w:t>
      </w:r>
      <w:r>
        <w:br/>
      </w:r>
      <w:r>
        <w:t xml:space="preserve">    (c) in a friendly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looked neither strong nor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competent</w:t>
      </w:r>
      <w:r>
        <w:rPr>
          <w:b/>
          <w:bCs/>
        </w:rPr>
        <w:t xml:space="preserve"> </w:t>
      </w:r>
      <w:r>
        <w:rPr>
          <w:b/>
          <w:bCs/>
        </w:rPr>
        <w:t xml:space="preserve">nor sensitive.</w:t>
      </w:r>
      <w:r>
        <w:br/>
      </w:r>
      <w:r>
        <w:t xml:space="preserve">    (a) sensible and careful</w:t>
      </w:r>
      <w:r>
        <w:br/>
      </w:r>
      <w:r>
        <w:t xml:space="preserve">    (b) sincerity (realness)</w:t>
      </w:r>
      <w:r>
        <w:br/>
      </w:r>
      <w:r>
        <w:t xml:space="preserve">    (c) sufficiently capable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flux of circumstances delivered the Laughing Man's best friend, his timber wolf, Black Wing, into a physical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intellectual</w:t>
      </w:r>
      <w:r>
        <w:rPr>
          <w:b/>
          <w:bCs/>
        </w:rPr>
        <w:t xml:space="preserve"> </w:t>
      </w:r>
      <w:r>
        <w:rPr>
          <w:b/>
          <w:bCs/>
        </w:rPr>
        <w:t xml:space="preserve">trap set by the Dufarges.</w:t>
      </w:r>
      <w:r>
        <w:br/>
      </w:r>
      <w:r>
        <w:t xml:space="preserve">    (a) (adjective) designed to stop something  OR  (noun) something that stops something else</w:t>
      </w:r>
      <w:r>
        <w:br/>
      </w:r>
      <w:r>
        <w:t xml:space="preserve">    (b) relating to a form of social organization in which men are given more power than women</w:t>
      </w:r>
      <w:r>
        <w:br/>
      </w:r>
      <w:r>
        <w:t xml:space="preserve">    (c) intelligent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thinks she's a goddam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intellectual</w:t>
      </w:r>
      <w:r>
        <w:rPr>
          <w:b/>
          <w:bCs/>
        </w:rPr>
        <w:t xml:space="preserve">.</w:t>
      </w:r>
      <w:r>
        <w:br/>
      </w:r>
      <w:r>
        <w:t xml:space="preserve">    (a) one of many bean-sized organs that filter bacteria and other toxins from circulating white-blood-cell filled lymph fluid</w:t>
      </w:r>
      <w:r>
        <w:br/>
      </w:r>
      <w:r>
        <w:t xml:space="preserve">    (b) highly educated person interested in ideas</w:t>
      </w:r>
      <w:r>
        <w:br/>
      </w:r>
      <w:r>
        <w:t xml:space="preserve">    (c) an subatomic particle with negative charge that is found in all atoms and that acts as the primary carrier of electricity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However, the Dufarges had no intention of liberating Black Wing, whom they feared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loathed</w:t>
      </w:r>
      <w:r>
        <w:rPr>
          <w:b/>
          <w:bCs/>
        </w:rPr>
        <w:t xml:space="preserve">.</w:t>
      </w:r>
      <w:r>
        <w:br/>
      </w:r>
      <w:r>
        <w:t xml:space="preserve">    (a) developed or changed gradually</w:t>
      </w:r>
      <w:r>
        <w:br/>
      </w:r>
      <w:r>
        <w:t xml:space="preserve">    (b) detested or intensely disliked</w:t>
      </w:r>
      <w:r>
        <w:br/>
      </w:r>
      <w:r>
        <w:t xml:space="preserve">    (c) took (power or responsibility)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had no idea what was going on between the Chief and Mary Hudson (and still haven't, in any but a fairly low, intuitive sense),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, I couldn't have been more certain that Mary Hudson had permanently dropped out of the Comanche lineup.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in spite of that (used to connect contrasting ideas)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impact of this feat on the Dufarges was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 </w:t>
      </w:r>
      <w:r>
        <w:rPr>
          <w:b/>
          <w:bCs/>
        </w:rPr>
        <w:t xml:space="preserve">that their hearts literally burst, and they dropped dead at the Laughing Man's feet.</w:t>
      </w:r>
      <w:r>
        <w:br/>
      </w:r>
      <w:r>
        <w:t xml:space="preserve">    (a) severely negative (sharp)</w:t>
      </w:r>
      <w:r>
        <w:br/>
      </w:r>
      <w:r>
        <w:t xml:space="preserve">    (b) only superficial</w:t>
      </w:r>
      <w:r>
        <w:br/>
      </w:r>
      <w:r>
        <w:t xml:space="preserve">    (c) gradually getting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looked at me with a kind of fresh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acuteness</w:t>
      </w:r>
      <w:r>
        <w:rPr>
          <w:b/>
          <w:bCs/>
        </w:rPr>
        <w:t xml:space="preserve">.</w:t>
      </w:r>
      <w:r>
        <w:br/>
      </w:r>
      <w:r>
        <w:t xml:space="preserve">    (a) with the involvement of other people or things</w:t>
      </w:r>
      <w:r>
        <w:br/>
      </w:r>
      <w:r>
        <w:t xml:space="preserve">    (b) sharpness (perceptiveness and/or intelligence)</w:t>
      </w:r>
      <w:r>
        <w:br/>
      </w:r>
      <w:r>
        <w:t xml:space="preserve">    (c) mental activity of which one is not self-aware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Esme:—with Love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JUST RECENTLY, by air mail, I received an invitation to a wedding that will take place in England on April 18th.</w:t>
      </w:r>
      <w:r>
        <w:br/>
      </w:r>
      <w:r>
        <w:t xml:space="preserve">    (a) extremely dirty and unpleasant living conditions</w:t>
      </w:r>
      <w:r>
        <w:br/>
      </w:r>
      <w:r>
        <w:t xml:space="preserve">    (b) a general feeling of not being as good as others</w:t>
      </w:r>
      <w:r>
        <w:br/>
      </w:r>
      <w:r>
        <w:t xml:space="preserve">    (c) the act, process, or instance of telling a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said that I wasn't terribly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prolific</w:t>
      </w:r>
      <w:r>
        <w:rPr>
          <w:b/>
          <w:bCs/>
        </w:rPr>
        <w:t xml:space="preserve">.</w:t>
      </w:r>
      <w:r>
        <w:br/>
      </w:r>
      <w:r>
        <w:t xml:space="preserve">    (a) producing abundantly</w:t>
      </w:r>
      <w:r>
        <w:br/>
      </w:r>
      <w:r>
        <w:t xml:space="preserve">    (b) sincerity (realness)</w:t>
      </w:r>
      <w:r>
        <w:br/>
      </w:r>
      <w:r>
        <w:t xml:space="preserve">    (c)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"Make it extremely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squalid</w:t>
      </w:r>
      <w:r>
        <w:rPr>
          <w:b/>
          <w:bCs/>
        </w:rPr>
        <w:t xml:space="preserve"> </w:t>
      </w:r>
      <w:r>
        <w:rPr>
          <w:b/>
          <w:bCs/>
        </w:rPr>
        <w:t xml:space="preserve">and moving," she suggested.</w:t>
      </w:r>
      <w:r>
        <w:br/>
      </w:r>
      <w:r>
        <w:t xml:space="preserve">    (a) the state or degree of being greater than zero</w:t>
      </w:r>
      <w:r>
        <w:br/>
      </w:r>
      <w:r>
        <w:t xml:space="preserve">    (b) dirty and unpleasant; or (more rarely) immoral</w:t>
      </w:r>
      <w:r>
        <w:br/>
      </w:r>
      <w:r>
        <w:t xml:space="preserve">    (c) with the involvement of other people or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varies</w:t>
      </w:r>
      <w:r>
        <w:rPr>
          <w:b/>
          <w:bCs/>
        </w:rPr>
        <w:t xml:space="preserve">.</w:t>
      </w:r>
      <w:r>
        <w:br/>
      </w:r>
      <w:r>
        <w:t xml:space="preserve">    (a) differs; or changes</w:t>
      </w:r>
      <w:r>
        <w:br/>
      </w:r>
      <w:r>
        <w:t xml:space="preserve">    (b) predicts or reveals</w:t>
      </w:r>
      <w:r>
        <w:br/>
      </w:r>
      <w:r>
        <w:t xml:space="preserve">    (c) shows or represents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school was directly over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orthopedic</w:t>
      </w:r>
      <w:r>
        <w:rPr>
          <w:b/>
          <w:bCs/>
        </w:rPr>
        <w:t xml:space="preserve"> </w:t>
      </w:r>
      <w:r>
        <w:rPr>
          <w:b/>
          <w:bCs/>
        </w:rPr>
        <w:t xml:space="preserve">appliances shop.</w:t>
      </w:r>
      <w:r>
        <w:br/>
      </w:r>
      <w:r>
        <w:t xml:space="preserve">    (a) opinion of what is good and bad about something</w:t>
      </w:r>
      <w:r>
        <w:br/>
      </w:r>
      <w:r>
        <w:t xml:space="preserve">    (b) the majority denomination of Islam (almost 90%)</w:t>
      </w:r>
      <w:r>
        <w:br/>
      </w:r>
      <w:r>
        <w:t xml:space="preserve">    (c) relating to medical treatment of bones &amp; joints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</w:t>
      </w:r>
      <w:r>
        <w:rPr>
          <w:b/>
          <w:bCs/>
          <w:u w:val="single"/>
        </w:rPr>
        <w:t xml:space="preserve">Incidentally</w:t>
      </w:r>
      <w:r>
        <w:rPr>
          <w:b/>
          <w:bCs/>
        </w:rPr>
        <w:t xml:space="preserve">, if you have a command of the French language, I hope you will let me know as I am able to express myself very precisely in that language, having spent the greater part of my youth chiefly in Paris, France.</w:t>
      </w:r>
      <w:r>
        <w:br/>
      </w:r>
      <w:r>
        <w:t xml:space="preserve">    (a) a trance-like state of focused concentration and heightened suggestibility</w:t>
      </w:r>
      <w:r>
        <w:br/>
      </w:r>
      <w:r>
        <w:t xml:space="preserve">    (b) in a way that suppresses (prevents something or decreases its development)</w:t>
      </w:r>
      <w:r>
        <w:br/>
      </w:r>
      <w:r>
        <w:t xml:space="preserve">    (c) of something that comes with something else, but is less important than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</w:t>
      </w:r>
      <w:r>
        <w:rPr>
          <w:b/>
          <w:bCs/>
        </w:rPr>
        <w:t xml:space="preserve"> </w:t>
      </w:r>
      <w:r>
        <w:rPr>
          <w:b/>
          <w:bCs/>
        </w:rPr>
        <w:t xml:space="preserve">no doctrine; it is not my nature to do so.</w:t>
      </w:r>
      <w:r>
        <w:br/>
      </w:r>
      <w:r>
        <w:t xml:space="preserve">    (a) recommend or publicly support</w:t>
      </w:r>
      <w:r>
        <w:br/>
      </w:r>
      <w:r>
        <w:t xml:space="preserve">    (b) select (on a computer screen)</w:t>
      </w:r>
      <w:r>
        <w:br/>
      </w:r>
      <w:r>
        <w:t xml:space="preserve">    (c) a bitter, long-standing fight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substance of it seemed to me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trifle</w:t>
      </w:r>
      <w:r>
        <w:rPr>
          <w:b/>
          <w:bCs/>
        </w:rPr>
        <w:t xml:space="preserve"> </w:t>
      </w:r>
      <w:r>
        <w:rPr>
          <w:b/>
          <w:bCs/>
        </w:rPr>
        <w:t xml:space="preserve">thin,</w:t>
      </w:r>
      <w:r>
        <w:br/>
      </w:r>
      <w:r>
        <w:t xml:space="preserve">    (a) just a little (a small quantity)</w:t>
      </w:r>
      <w:r>
        <w:br/>
      </w:r>
      <w:r>
        <w:t xml:space="preserve">    (b) leave a place, job or position previously occupied</w:t>
      </w:r>
      <w:r>
        <w:br/>
      </w:r>
      <w:r>
        <w:t xml:space="preserve">    (c) someone (or something) taking the place of another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crossed just enough to be mentioned, and only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 context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fact that one might have thought long and seriously before wishing them straighter, or deeper, or browner, or wider set.</w:t>
      </w:r>
      <w:r>
        <w:br/>
      </w:r>
      <w:r>
        <w:t xml:space="preserve">    (a) unfair pressure that takes away a person’s free choice</w:t>
      </w:r>
      <w:r>
        <w:br/>
      </w:r>
      <w:r>
        <w:t xml:space="preserve">    (b) an electric current that flows in one direction steadily</w:t>
      </w:r>
      <w:r>
        <w:br/>
      </w:r>
      <w:r>
        <w:t xml:space="preserve">    (c) with consideration of surrounding setting and conditions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Teddy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perfunctorily</w:t>
      </w:r>
      <w:r>
        <w:rPr>
          <w:b/>
          <w:bCs/>
        </w:rPr>
        <w:t xml:space="preserve"> </w:t>
      </w:r>
      <w:r>
        <w:rPr>
          <w:b/>
          <w:bCs/>
        </w:rPr>
        <w:t xml:space="preserve">gave his mother a kiss on the cheek.</w:t>
      </w:r>
      <w:r>
        <w:br/>
      </w:r>
      <w:r>
        <w:t xml:space="preserve">    (a) without much interest or effort</w:t>
      </w:r>
      <w:r>
        <w:br/>
      </w:r>
      <w:r>
        <w:t xml:space="preserve">    (b) in a manner that is not sincere</w:t>
      </w:r>
      <w:r>
        <w:br/>
      </w:r>
      <w:r>
        <w:t xml:space="preserve">    (c) in comparison to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making this last entry, Teddy continued to keep his attention on the page and his ball-point pen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poised</w:t>
      </w:r>
      <w:r>
        <w:rPr>
          <w:b/>
          <w:bCs/>
        </w:rPr>
        <w:t xml:space="preserve">, as though there were more to come.</w:t>
      </w:r>
      <w:r>
        <w:br/>
      </w:r>
      <w:r>
        <w:t xml:space="preserve">    (a) removed or suppressed something considered obscene, immoral, or politically unacceptable</w:t>
      </w:r>
      <w:r>
        <w:br/>
      </w:r>
      <w:r>
        <w:t xml:space="preserve">    (b) calm, confident, and in control—especially in movement, behavior, or when ready to act</w:t>
      </w:r>
      <w:r>
        <w:br/>
      </w:r>
      <w:r>
        <w:t xml:space="preserve">    (c) without a personal preference; or without any tendency to move in a particular direction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2026-07-31T15:45:42Z</dcterms:created>
  <dcterms:modified xsi:type="dcterms:W3CDTF">2026-07-31T15:45:42Z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