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f4991c99c9b5bd20d5b9061e6c24bba8c64285"/>
    <w:p>
      <w:pPr>
        <w:pStyle w:val="Heading1"/>
      </w:pPr>
      <w:r>
        <w:rPr>
          <w:b/>
          <w:bCs/>
        </w:rPr>
        <w:t xml:space="preserve">Nine Princes in Amber</w:t>
      </w:r>
      <w:r>
        <w:br/>
      </w:r>
      <w:r>
        <w:rPr>
          <w:i/>
          <w:iCs/>
        </w:rPr>
        <w:t xml:space="preserve">Roger Zelazny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ambivalent</w:t>
      </w:r>
      <w:r>
        <w:rPr>
          <w:b/>
          <w:bCs/>
        </w:rPr>
        <w:t xml:space="preserve"> </w:t>
      </w:r>
      <w:r>
        <w:rPr>
          <w:b/>
          <w:bCs/>
        </w:rPr>
        <w:t xml:space="preserve">about attending college.</w:t>
      </w:r>
      <w:r>
        <w:br/>
      </w:r>
      <w:r>
        <w:t xml:space="preserve">    (a) especially worried</w:t>
      </w:r>
      <w:r>
        <w:br/>
      </w:r>
      <w:r>
        <w:t xml:space="preserve">    (b) especially happy</w:t>
      </w:r>
      <w:r>
        <w:br/>
      </w:r>
      <w:r>
        <w:t xml:space="preserve">    (c) with mixed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veteran team showed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camaraderie</w:t>
      </w:r>
      <w:r>
        <w:rPr>
          <w:b/>
          <w:bCs/>
        </w:rPr>
        <w:t xml:space="preserve"> </w:t>
      </w:r>
      <w:r>
        <w:rPr>
          <w:b/>
          <w:bCs/>
        </w:rPr>
        <w:t xml:space="preserve">in the locker room.</w:t>
      </w:r>
      <w:r>
        <w:br/>
      </w:r>
      <w:r>
        <w:t xml:space="preserve">    (a) respect for opponents</w:t>
      </w:r>
      <w:r>
        <w:br/>
      </w:r>
      <w:r>
        <w:t xml:space="preserve">    (b) close friendship in a group</w:t>
      </w:r>
      <w:r>
        <w:br/>
      </w:r>
      <w:r>
        <w:t xml:space="preserve">    (c) tension between members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took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circuitous</w:t>
      </w:r>
      <w:r>
        <w:rPr>
          <w:b/>
          <w:bCs/>
        </w:rPr>
        <w:t xml:space="preserve"> </w:t>
      </w:r>
      <w:r>
        <w:rPr>
          <w:b/>
          <w:bCs/>
        </w:rPr>
        <w:t xml:space="preserve">route back to our hotel so we could see more of the city.</w:t>
      </w:r>
      <w:r>
        <w:br/>
      </w:r>
      <w:r>
        <w:t xml:space="preserve">    (a) absolute</w:t>
      </w:r>
      <w:r>
        <w:br/>
      </w:r>
      <w:r>
        <w:t xml:space="preserve">    (b) indirect (not the straightest or quickest)</w:t>
      </w:r>
      <w:r>
        <w:br/>
      </w:r>
      <w:r>
        <w:t xml:space="preserve">    (c) pleasing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Good students rarely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deviate</w:t>
      </w:r>
      <w:r>
        <w:rPr>
          <w:b/>
          <w:bCs/>
        </w:rPr>
        <w:t xml:space="preserve"> </w:t>
      </w:r>
      <w:r>
        <w:rPr>
          <w:b/>
          <w:bCs/>
        </w:rPr>
        <w:t xml:space="preserve">from their study schedule.</w:t>
      </w:r>
      <w:r>
        <w:br/>
      </w:r>
      <w:r>
        <w:t xml:space="preserve">    (a) stick to plans</w:t>
      </w:r>
      <w:r>
        <w:br/>
      </w:r>
      <w:r>
        <w:t xml:space="preserve">    (b) yell at rules</w:t>
      </w:r>
      <w:r>
        <w:br/>
      </w:r>
      <w:r>
        <w:t xml:space="preserve">    (c) depart from norms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argues that the stimulus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facilitated</w:t>
      </w:r>
      <w:r>
        <w:rPr>
          <w:b/>
          <w:bCs/>
        </w:rPr>
        <w:t xml:space="preserve"> </w:t>
      </w:r>
      <w:r>
        <w:rPr>
          <w:b/>
          <w:bCs/>
        </w:rPr>
        <w:t xml:space="preserve">an economic recovery.</w:t>
      </w:r>
      <w:r>
        <w:br/>
      </w:r>
      <w:r>
        <w:t xml:space="preserve">    (a) made easier</w:t>
      </w:r>
      <w:r>
        <w:br/>
      </w:r>
      <w:r>
        <w:t xml:space="preserve">    (b) ruled out</w:t>
      </w:r>
      <w:r>
        <w:br/>
      </w:r>
      <w:r>
        <w:t xml:space="preserve">    (c) complicated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feinted</w:t>
      </w:r>
      <w:r>
        <w:rPr>
          <w:b/>
          <w:bCs/>
        </w:rPr>
        <w:t xml:space="preserve"> </w:t>
      </w:r>
      <w:r>
        <w:rPr>
          <w:b/>
          <w:bCs/>
        </w:rPr>
        <w:t xml:space="preserve">left and then charged from the right.</w:t>
      </w:r>
      <w:r>
        <w:br/>
      </w:r>
      <w:r>
        <w:t xml:space="preserve">    (a) faked</w:t>
      </w:r>
      <w:r>
        <w:br/>
      </w:r>
      <w:r>
        <w:t xml:space="preserve">    (b) attacked strongly</w:t>
      </w:r>
      <w:r>
        <w:br/>
      </w:r>
      <w:r>
        <w:t xml:space="preserve">    (c) moved sideways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forswear</w:t>
      </w:r>
      <w:r>
        <w:rPr>
          <w:b/>
          <w:bCs/>
        </w:rPr>
        <w:t xml:space="preserve"> </w:t>
      </w:r>
      <w:r>
        <w:rPr>
          <w:b/>
          <w:bCs/>
        </w:rPr>
        <w:t xml:space="preserve">contributions from special interest groups.</w:t>
      </w:r>
      <w:r>
        <w:br/>
      </w:r>
      <w:r>
        <w:t xml:space="preserve">    (a) make public</w:t>
      </w:r>
      <w:r>
        <w:br/>
      </w:r>
      <w:r>
        <w:t xml:space="preserve">    (b) stop (taking)</w:t>
      </w:r>
      <w:r>
        <w:br/>
      </w:r>
      <w:r>
        <w:t xml:space="preserve">    (c) take advantage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garish</w:t>
      </w:r>
      <w:r>
        <w:rPr>
          <w:b/>
          <w:bCs/>
        </w:rPr>
        <w:t xml:space="preserve"> </w:t>
      </w:r>
      <w:r>
        <w:rPr>
          <w:b/>
          <w:bCs/>
        </w:rPr>
        <w:t xml:space="preserve">neon lights of the casino were visible from miles away.</w:t>
      </w:r>
      <w:r>
        <w:br/>
      </w:r>
      <w:r>
        <w:t xml:space="preserve">    (a) cheerfully tasteful</w:t>
      </w:r>
      <w:r>
        <w:br/>
      </w:r>
      <w:r>
        <w:t xml:space="preserve">    (b) tastelessly showy</w:t>
      </w:r>
      <w:r>
        <w:br/>
      </w:r>
      <w:r>
        <w:t xml:space="preserve">    (c) hard to see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</w:t>
      </w:r>
      <w:r>
        <w:rPr>
          <w:b/>
          <w:bCs/>
        </w:rPr>
        <w:t xml:space="preserve"> </w:t>
      </w:r>
      <w:r>
        <w:rPr>
          <w:b/>
          <w:bCs/>
        </w:rPr>
        <w:t xml:space="preserve">purchase, buying the car without test-driving it first.</w:t>
      </w:r>
      <w:r>
        <w:br/>
      </w:r>
      <w:r>
        <w:t xml:space="preserve">    (a) wealthy</w:t>
      </w:r>
      <w:r>
        <w:br/>
      </w:r>
      <w:r>
        <w:t xml:space="preserve">    (b) impulsive</w:t>
      </w:r>
      <w:r>
        <w:br/>
      </w:r>
      <w:r>
        <w:t xml:space="preserve">    (c) cautious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agree to the terms, you give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irrevocable</w:t>
      </w:r>
      <w:r>
        <w:rPr>
          <w:b/>
          <w:bCs/>
        </w:rPr>
        <w:t xml:space="preserve"> </w:t>
      </w:r>
      <w:r>
        <w:rPr>
          <w:b/>
          <w:bCs/>
        </w:rPr>
        <w:t xml:space="preserve">permission to share your comments with others on their site.</w:t>
      </w:r>
      <w:r>
        <w:br/>
      </w:r>
      <w:r>
        <w:t xml:space="preserve">    (a) needing court approval</w:t>
      </w:r>
      <w:r>
        <w:br/>
      </w:r>
      <w:r>
        <w:t xml:space="preserve">    (b) easy to reverse later</w:t>
      </w:r>
      <w:r>
        <w:br/>
      </w:r>
      <w:r>
        <w:t xml:space="preserve">    (c) unable to be undone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Vines climbed the wooden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lattice</w:t>
      </w:r>
      <w:r>
        <w:rPr>
          <w:b/>
          <w:bCs/>
        </w:rPr>
        <w:t xml:space="preserve"> </w:t>
      </w:r>
      <w:r>
        <w:rPr>
          <w:b/>
          <w:bCs/>
        </w:rPr>
        <w:t xml:space="preserve">beside the garden gate.</w:t>
      </w:r>
      <w:r>
        <w:br/>
      </w:r>
      <w:r>
        <w:t xml:space="preserve">    (a) smooth stone wall</w:t>
      </w:r>
      <w:r>
        <w:br/>
      </w:r>
      <w:r>
        <w:t xml:space="preserve">    (b) deep water ditch</w:t>
      </w:r>
      <w:r>
        <w:br/>
      </w:r>
      <w:r>
        <w:t xml:space="preserve">    (c) crisscross frame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country is cracking down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militant</w:t>
      </w:r>
      <w:r>
        <w:rPr>
          <w:b/>
          <w:bCs/>
        </w:rPr>
        <w:t xml:space="preserve"> </w:t>
      </w:r>
      <w:r>
        <w:rPr>
          <w:b/>
          <w:bCs/>
        </w:rPr>
        <w:t xml:space="preserve">farmers who are blocking city traffic until government funded crop insurance is instituted.</w:t>
      </w:r>
      <w:r>
        <w:br/>
      </w:r>
      <w:r>
        <w:t xml:space="preserve">    (a) using force</w:t>
      </w:r>
      <w:r>
        <w:br/>
      </w:r>
      <w:r>
        <w:t xml:space="preserve">    (b) using publicity</w:t>
      </w:r>
      <w:r>
        <w:br/>
      </w:r>
      <w:r>
        <w:t xml:space="preserve">    (c) using machinery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Barbless hooks are much easier to remove from the fish (and the person fishing, in the event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mishap</w:t>
      </w:r>
      <w:r>
        <w:rPr>
          <w:b/>
          <w:bCs/>
        </w:rPr>
        <w:t xml:space="preserve">).</w:t>
      </w:r>
      <w:r>
        <w:br/>
      </w:r>
      <w:r>
        <w:t xml:space="preserve">    (a) reversal of fortunes</w:t>
      </w:r>
      <w:r>
        <w:br/>
      </w:r>
      <w:r>
        <w:t xml:space="preserve">    (b) violent argument</w:t>
      </w:r>
      <w:r>
        <w:br/>
      </w:r>
      <w:r>
        <w:t xml:space="preserve">    (c) minor accident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opulent</w:t>
      </w:r>
      <w:r>
        <w:rPr>
          <w:b/>
          <w:bCs/>
        </w:rPr>
        <w:t xml:space="preserve"> </w:t>
      </w:r>
      <w:r>
        <w:rPr>
          <w:b/>
          <w:bCs/>
        </w:rPr>
        <w:t xml:space="preserve">hotel lobby had marble floors, crystal lights, and velvet chairs.</w:t>
      </w:r>
      <w:r>
        <w:br/>
      </w:r>
      <w:r>
        <w:t xml:space="preserve">    (a) rich and luxurious</w:t>
      </w:r>
      <w:r>
        <w:br/>
      </w:r>
      <w:r>
        <w:t xml:space="preserve">    (b) small and crowded</w:t>
      </w:r>
      <w:r>
        <w:br/>
      </w:r>
      <w:r>
        <w:t xml:space="preserve">    (c) plain and practical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qualms</w:t>
      </w:r>
      <w:r>
        <w:rPr>
          <w:b/>
          <w:bCs/>
        </w:rPr>
        <w:t xml:space="preserve"> </w:t>
      </w:r>
      <w:r>
        <w:rPr>
          <w:b/>
          <w:bCs/>
        </w:rPr>
        <w:t xml:space="preserve">about discussing her friends, she agreed to cooperate with the investigation.</w:t>
      </w:r>
      <w:r>
        <w:br/>
      </w:r>
      <w:r>
        <w:t xml:space="preserve">    (a) a desire for revenge</w:t>
      </w:r>
      <w:r>
        <w:br/>
      </w:r>
      <w:r>
        <w:t xml:space="preserve">    (b) detailed plans</w:t>
      </w:r>
      <w:r>
        <w:br/>
      </w:r>
      <w:r>
        <w:t xml:space="preserve">    (c) feelings of uneasiness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rampant</w:t>
      </w:r>
      <w:r>
        <w:rPr>
          <w:b/>
          <w:bCs/>
        </w:rPr>
        <w:t xml:space="preserve"> </w:t>
      </w:r>
      <w:r>
        <w:rPr>
          <w:b/>
          <w:bCs/>
        </w:rPr>
        <w:t xml:space="preserve">inflation was making it difficult for people to afford basic necessities.</w:t>
      </w:r>
      <w:r>
        <w:br/>
      </w:r>
      <w:r>
        <w:t xml:space="preserve">    (a) harmful</w:t>
      </w:r>
      <w:r>
        <w:br/>
      </w:r>
      <w:r>
        <w:t xml:space="preserve">    (b) uncontrolled</w:t>
      </w:r>
      <w:r>
        <w:br/>
      </w:r>
      <w:r>
        <w:t xml:space="preserve">    (c) new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control the spread of the disease, the school has a separate room where sick students wait for a ride home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recuperate</w:t>
      </w:r>
      <w:r>
        <w:rPr>
          <w:b/>
          <w:bCs/>
        </w:rPr>
        <w:t xml:space="preserve">.</w:t>
      </w:r>
      <w:r>
        <w:br/>
      </w:r>
      <w:r>
        <w:t xml:space="preserve">    (a) family care</w:t>
      </w:r>
      <w:r>
        <w:br/>
      </w:r>
      <w:r>
        <w:t xml:space="preserve">    (b) regain health</w:t>
      </w:r>
      <w:r>
        <w:br/>
      </w:r>
      <w:r>
        <w:t xml:space="preserve">    (c) do homework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reunion gave everyone a chance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reminisce</w:t>
      </w:r>
      <w:r>
        <w:rPr>
          <w:b/>
          <w:bCs/>
        </w:rPr>
        <w:t xml:space="preserve"> </w:t>
      </w:r>
      <w:r>
        <w:rPr>
          <w:b/>
          <w:bCs/>
        </w:rPr>
        <w:t xml:space="preserve">and reconnect.</w:t>
      </w:r>
      <w:r>
        <w:br/>
      </w:r>
      <w:r>
        <w:t xml:space="preserve">    (a) recall fond memories</w:t>
      </w:r>
      <w:r>
        <w:br/>
      </w:r>
      <w:r>
        <w:t xml:space="preserve">    (b) debate old arguments</w:t>
      </w:r>
      <w:r>
        <w:br/>
      </w:r>
      <w:r>
        <w:t xml:space="preserve">    (c) plan future trips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were surprised that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institution like Bear Stearns could so rapidly go out of business.</w:t>
      </w:r>
      <w:r>
        <w:br/>
      </w:r>
      <w:r>
        <w:t xml:space="preserve">    (a) large and successful</w:t>
      </w:r>
      <w:r>
        <w:br/>
      </w:r>
      <w:r>
        <w:t xml:space="preserve">    (b) popular</w:t>
      </w:r>
      <w:r>
        <w:br/>
      </w:r>
      <w:r>
        <w:t xml:space="preserve">    (c) long respected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underestimate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wily</w:t>
      </w:r>
      <w:r>
        <w:rPr>
          <w:b/>
          <w:bCs/>
        </w:rPr>
        <w:t xml:space="preserve"> </w:t>
      </w:r>
      <w:r>
        <w:rPr>
          <w:b/>
          <w:bCs/>
        </w:rPr>
        <w:t xml:space="preserve">old attorney.</w:t>
      </w:r>
      <w:r>
        <w:br/>
      </w:r>
      <w:r>
        <w:t xml:space="preserve">    (a) experienced</w:t>
      </w:r>
      <w:r>
        <w:br/>
      </w:r>
      <w:r>
        <w:t xml:space="preserve">    (b) clever</w:t>
      </w:r>
      <w:r>
        <w:br/>
      </w:r>
      <w:r>
        <w:t xml:space="preserve">    (c) well-connected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2026-07-31T16:32:33Z</dcterms:created>
  <dcterms:modified xsi:type="dcterms:W3CDTF">2026-07-31T16:32:33Z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