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55aefafd4bc79f94359e4819163b84d55e3e5d"/>
    <w:p>
      <w:pPr>
        <w:pStyle w:val="Heading1"/>
      </w:pPr>
      <w:r>
        <w:rPr>
          <w:b/>
          <w:bCs/>
        </w:rPr>
        <w:t xml:space="preserve">Nine Princes in Amber</w:t>
      </w:r>
      <w:r>
        <w:br/>
      </w:r>
      <w:r>
        <w:rPr>
          <w:i/>
          <w:iCs/>
        </w:rPr>
        <w:t xml:space="preserve">Roger Zelazny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thought came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assail</w:t>
      </w:r>
      <w:r>
        <w:rPr>
          <w:b/>
          <w:bCs/>
        </w:rPr>
        <w:t xml:space="preserve"> </w:t>
      </w:r>
      <w:r>
        <w:rPr>
          <w:b/>
          <w:bCs/>
        </w:rPr>
        <w:t xml:space="preserve">me: Maybe not.</w:t>
      </w:r>
      <w:r>
        <w:br/>
      </w:r>
      <w:r>
        <w:t xml:space="preserve">    (a) hire again or occupy again</w:t>
      </w:r>
      <w:r>
        <w:br/>
      </w:r>
      <w:r>
        <w:t xml:space="preserve">    (b) to attack or cause trouble</w:t>
      </w:r>
      <w:r>
        <w:br/>
      </w:r>
      <w:r>
        <w:t xml:space="preserve">    (c) learn, discover, or decide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.</w:t>
      </w:r>
      <w:r>
        <w:br/>
      </w:r>
      <w:r>
        <w:t xml:space="preserve">    (a) despite that (used to connect contrasting ideas)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subsequent</w:t>
      </w:r>
      <w:r>
        <w:rPr>
          <w:b/>
          <w:bCs/>
        </w:rPr>
        <w:t xml:space="preserve"> </w:t>
      </w:r>
      <w:r>
        <w:rPr>
          <w:b/>
          <w:bCs/>
        </w:rPr>
        <w:t xml:space="preserve">to an auto accident some fifteen or so days past, in which I had suffered broken bones which no longer troubled me.</w:t>
      </w:r>
      <w:r>
        <w:br/>
      </w:r>
      <w:r>
        <w:t xml:space="preserve">    (a) following something else</w:t>
      </w:r>
      <w:r>
        <w:br/>
      </w:r>
      <w:r>
        <w:t xml:space="preserve">    (b) able to take on or adopt</w:t>
      </w:r>
      <w:r>
        <w:br/>
      </w:r>
      <w:r>
        <w:t xml:space="preserve">    (c) the state of being awake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still so recently recovered that I have much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pondering</w:t>
      </w:r>
      <w:r>
        <w:rPr>
          <w:b/>
          <w:bCs/>
        </w:rPr>
        <w:t xml:space="preserve"> </w:t>
      </w:r>
      <w:r>
        <w:rPr>
          <w:b/>
          <w:bCs/>
        </w:rPr>
        <w:t xml:space="preserve">to do.</w:t>
      </w:r>
      <w:r>
        <w:br/>
      </w:r>
      <w:r>
        <w:t xml:space="preserve">    (a) learning, discovering, or deciding</w:t>
      </w:r>
      <w:r>
        <w:br/>
      </w:r>
      <w:r>
        <w:t xml:space="preserve">    (b) thinking deeply or carefully about</w:t>
      </w:r>
      <w:r>
        <w:br/>
      </w:r>
      <w:r>
        <w:t xml:space="preserve">    (c) finding, searching, or researching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parried</w:t>
      </w:r>
      <w:r>
        <w:rPr>
          <w:b/>
          <w:bCs/>
        </w:rPr>
        <w:t xml:space="preserve"> </w:t>
      </w:r>
      <w:r>
        <w:rPr>
          <w:b/>
          <w:bCs/>
        </w:rPr>
        <w:t xml:space="preserve">and cut a few times.</w:t>
      </w:r>
      <w:r>
        <w:br/>
      </w:r>
      <w:r>
        <w:t xml:space="preserve">    (a) delayed</w:t>
      </w:r>
      <w:r>
        <w:br/>
      </w:r>
      <w:r>
        <w:t xml:space="preserve">    (b) avoided</w:t>
      </w:r>
      <w:r>
        <w:br/>
      </w:r>
      <w:r>
        <w:t xml:space="preserve">    (c) changed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cards were so very cold on my fingertips that I put them down again, though with a certain sense of reluctance at having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relinquish</w:t>
      </w:r>
      <w:r>
        <w:rPr>
          <w:b/>
          <w:bCs/>
        </w:rPr>
        <w:t xml:space="preserve"> </w:t>
      </w:r>
      <w:r>
        <w:rPr>
          <w:b/>
          <w:bCs/>
        </w:rPr>
        <w:t xml:space="preserve">their touch.</w:t>
      </w:r>
      <w:r>
        <w:br/>
      </w:r>
      <w:r>
        <w:t xml:space="preserve">    (a) influence opinion</w:t>
      </w:r>
      <w:r>
        <w:br/>
      </w:r>
      <w:r>
        <w:t xml:space="preserve">    (b) gave up or let go</w:t>
      </w:r>
      <w:r>
        <w:br/>
      </w:r>
      <w:r>
        <w:t xml:space="preserve">    (c) differ; or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 was charged with a mighty longing and a massive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nostalgia</w:t>
      </w:r>
      <w:r>
        <w:rPr>
          <w:b/>
          <w:bCs/>
        </w:rPr>
        <w:t xml:space="preserve">.</w:t>
      </w:r>
      <w:r>
        <w:br/>
      </w:r>
      <w:r>
        <w:t xml:space="preserve">    (a) a secret agreement or plot</w:t>
      </w:r>
      <w:r>
        <w:br/>
      </w:r>
      <w:r>
        <w:t xml:space="preserve">    (b) the best or most important</w:t>
      </w:r>
      <w:r>
        <w:br/>
      </w:r>
      <w:r>
        <w:t xml:space="preserve">    (c) longing for something past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didn't want to sound like a dunce or a withholder of crucial information, but I had to tell him, for my sake as well as his own, when I realized what her statements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.</w:t>
      </w:r>
      <w:r>
        <w:br/>
      </w:r>
      <w:r>
        <w:t xml:space="preserve">    (a) was attractive or desirable</w:t>
      </w:r>
      <w:r>
        <w:br/>
      </w:r>
      <w:r>
        <w:t xml:space="preserve">    (b) not wanting to do something</w:t>
      </w:r>
      <w:r>
        <w:br/>
      </w:r>
      <w:r>
        <w:t xml:space="preserve">    (c) suggested (said indirectly)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car was quite tall now, and we had somewhere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acquired</w:t>
      </w:r>
      <w:r>
        <w:rPr>
          <w:b/>
          <w:bCs/>
        </w:rPr>
        <w:t xml:space="preserve"> </w:t>
      </w:r>
      <w:r>
        <w:rPr>
          <w:b/>
          <w:bCs/>
        </w:rPr>
        <w:t xml:space="preserve">a hood ornament in the shape of a flamingo.</w:t>
      </w:r>
      <w:r>
        <w:br/>
      </w:r>
      <w:r>
        <w:t xml:space="preserve">    (a) obtained (came into possession of)</w:t>
      </w:r>
      <w:r>
        <w:br/>
      </w:r>
      <w:r>
        <w:t xml:space="preserve">    (b) not provided with investment funds</w:t>
      </w:r>
      <w:r>
        <w:br/>
      </w:r>
      <w:r>
        <w:t xml:space="preserve">    (c) not interacting; or not interested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inquire</w:t>
      </w:r>
      <w:r>
        <w:rPr>
          <w:b/>
          <w:bCs/>
        </w:rPr>
        <w:t xml:space="preserve"> </w:t>
      </w:r>
      <w:r>
        <w:rPr>
          <w:b/>
          <w:bCs/>
        </w:rPr>
        <w:t xml:space="preserve">why you are here, rather than there?</w:t>
      </w:r>
      <w:r>
        <w:br/>
      </w:r>
      <w:r>
        <w:t xml:space="preserve">    (a) ask about or look into something</w:t>
      </w:r>
      <w:r>
        <w:br/>
      </w:r>
      <w:r>
        <w:t xml:space="preserve">    (b) interact again or interest again</w:t>
      </w:r>
      <w:r>
        <w:br/>
      </w:r>
      <w:r>
        <w:t xml:space="preserve">    (c) genetic change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haven't had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grovel</w:t>
      </w:r>
      <w:r>
        <w:rPr>
          <w:b/>
          <w:bCs/>
        </w:rPr>
        <w:t xml:space="preserve"> </w:t>
      </w:r>
      <w:r>
        <w:rPr>
          <w:b/>
          <w:bCs/>
        </w:rPr>
        <w:t xml:space="preserve">in weeks!</w:t>
      </w:r>
      <w:r>
        <w:br/>
      </w:r>
      <w:r>
        <w:t xml:space="preserve">    (a) not possible to satisfy</w:t>
      </w:r>
      <w:r>
        <w:br/>
      </w:r>
      <w:r>
        <w:t xml:space="preserve">    (b) show submission or fear</w:t>
      </w:r>
      <w:r>
        <w:br/>
      </w:r>
      <w:r>
        <w:t xml:space="preserve">    (c) gradually add or remove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head injuries-I'll show you the scars when we've got more light-and I am suffering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amnesia</w:t>
      </w:r>
      <w:r>
        <w:rPr>
          <w:b/>
          <w:bCs/>
        </w:rPr>
        <w:t xml:space="preserve">.</w:t>
      </w:r>
      <w:r>
        <w:br/>
      </w:r>
      <w:r>
        <w:t xml:space="preserve">    (a) small kitchens</w:t>
      </w:r>
      <w:r>
        <w:br/>
      </w:r>
      <w:r>
        <w:t xml:space="preserve">    (b) gets closer to</w:t>
      </w:r>
      <w:r>
        <w:br/>
      </w:r>
      <w:r>
        <w:t xml:space="preserve">    (c) loss of memory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step out into the open until we had located the precise spot, Faiella-bionin, the Stairway to Rebma, and could cross quickly to it.</w:t>
      </w:r>
      <w:r>
        <w:br/>
      </w:r>
      <w:r>
        <w:t xml:space="preserve">    (a) reluctant or unwilling to do something</w:t>
      </w:r>
      <w:r>
        <w:br/>
      </w:r>
      <w:r>
        <w:t xml:space="preserve">    (b) able to be protected or kept unchanged</w:t>
      </w:r>
      <w:r>
        <w:br/>
      </w:r>
      <w:r>
        <w:t xml:space="preserve">    (c) able to accept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to restore his remembrance that we have come here, to bring back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old days, that he might oppose Eric in Amber.</w:t>
      </w:r>
      <w:r>
        <w:br/>
      </w:r>
      <w:r>
        <w:t xml:space="preserve">    (a) battle</w:t>
      </w:r>
      <w:r>
        <w:br/>
      </w:r>
      <w:r>
        <w:t xml:space="preserve">    (b) result</w:t>
      </w:r>
      <w:r>
        <w:br/>
      </w:r>
      <w:r>
        <w:t xml:space="preserve">    (c) memory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 doubt it," she said, "for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ballads</w:t>
      </w:r>
      <w:r>
        <w:rPr>
          <w:b/>
          <w:bCs/>
        </w:rPr>
        <w:t xml:space="preserve"> </w:t>
      </w:r>
      <w:r>
        <w:rPr>
          <w:b/>
          <w:bCs/>
        </w:rPr>
        <w:t xml:space="preserve">of Corwin do touch upon the strings of the heart."</w:t>
      </w:r>
      <w:r>
        <w:br/>
      </w:r>
      <w:r>
        <w:t xml:space="preserve">    (a) formulas (mathematical expressions--each of which describe a relationship between variables)</w:t>
      </w:r>
      <w:r>
        <w:br/>
      </w:r>
      <w:r>
        <w:t xml:space="preserve">    (b) people who believe that knowledge is acquired primarily by reason rather than by experience</w:t>
      </w:r>
      <w:r>
        <w:br/>
      </w:r>
      <w:r>
        <w:t xml:space="preserve">    (c) a song (or poem) that tells a story or expresses strong feelings -- typically slow in tempo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led me to her rooms, but discovered there that I had no money and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incoherent</w:t>
      </w:r>
      <w:r>
        <w:rPr>
          <w:b/>
          <w:bCs/>
        </w:rPr>
        <w:t xml:space="preserve">.</w:t>
      </w:r>
      <w:r>
        <w:br/>
      </w:r>
      <w:r>
        <w:t xml:space="preserve">    (a) related to a scale where each step is a multiple of the prior step rather than a fixed addition to it</w:t>
      </w:r>
      <w:r>
        <w:br/>
      </w:r>
      <w:r>
        <w:t xml:space="preserve">    (b) not sensible or clear; or describing parts as not fitting together in a consistent or pleasing manner</w:t>
      </w:r>
      <w:r>
        <w:br/>
      </w:r>
      <w:r>
        <w:t xml:space="preserve">    (c) related to the change of a light wave (or other wave) when it passes an opaque edge or narrow opening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as a tactician, I had always thought him brilliant; and when he laid out the maps of Amber and the outlying Country which he himself had drawn, and when he had explained the tactics to be employed therein, I knew that he was a prince of Amber, almost matchless in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guile</w:t>
      </w:r>
      <w:r>
        <w:rPr>
          <w:b/>
          <w:bCs/>
        </w:rPr>
        <w:t xml:space="preserve">.</w:t>
      </w:r>
      <w:r>
        <w:br/>
      </w:r>
      <w:r>
        <w:t xml:space="preserve">    (a) treat as a particular type that is considered bad</w:t>
      </w:r>
      <w:r>
        <w:br/>
      </w:r>
      <w:r>
        <w:t xml:space="preserve">    (b) cunning (shrewdness and cleverness) and deceitful</w:t>
      </w:r>
      <w:r>
        <w:br/>
      </w:r>
      <w:r>
        <w:t xml:space="preserve">    (c) prepare food in a way that keeps it from spoiling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we made it, they would be feted forever in the halls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immortals</w:t>
      </w:r>
      <w:r>
        <w:rPr>
          <w:b/>
          <w:bCs/>
        </w:rPr>
        <w:t xml:space="preserve">.</w:t>
      </w:r>
      <w:r>
        <w:br/>
      </w:r>
      <w:r>
        <w:t xml:space="preserve">    (a) tiles designed to affect noise -- typically to decrease noise</w:t>
      </w:r>
      <w:r>
        <w:br/>
      </w:r>
      <w:r>
        <w:t xml:space="preserve">    (b) people who live forever  OR  people famous throughout history</w:t>
      </w:r>
      <w:r>
        <w:br/>
      </w:r>
      <w:r>
        <w:t xml:space="preserve">    (c) instances of taking on or adopting of power or responsibility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"Not even were you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—" and he bit it off and cursed.</w:t>
      </w:r>
      <w:r>
        <w:br/>
      </w:r>
      <w:r>
        <w:t xml:space="preserve">    (a) think deeply or carefully about</w:t>
      </w:r>
      <w:r>
        <w:br/>
      </w:r>
      <w:r>
        <w:t xml:space="preserve">    (b) produce or give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mine, should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.</w:t>
      </w:r>
      <w:r>
        <w:br/>
      </w:r>
      <w:r>
        <w:t xml:space="preserve">    (a) to spread to other parts of the body</w:t>
      </w:r>
      <w:r>
        <w:br/>
      </w:r>
      <w:r>
        <w:t xml:space="preserve">    (b) move into position to work; or start</w:t>
      </w:r>
      <w:r>
        <w:br/>
      </w:r>
      <w:r>
        <w:t xml:space="preserve">    (c) die, be destroyed, or cease to exist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2026-07-31T16:32:32Z</dcterms:created>
  <dcterms:modified xsi:type="dcterms:W3CDTF">2026-07-31T16:32:32Z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