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58d3916e4c07555e2fba2afd800246d71a3b1ab"/>
    <w:p>
      <w:pPr>
        <w:pStyle w:val="Heading1"/>
      </w:pPr>
      <w:r>
        <w:rPr>
          <w:b/>
          <w:bCs/>
        </w:rPr>
        <w:t xml:space="preserve">Nights in Rodanthe</w:t>
      </w:r>
      <w:r>
        <w:br/>
      </w:r>
      <w:r>
        <w:rPr>
          <w:i/>
          <w:iCs/>
        </w:rPr>
        <w:t xml:space="preserve">Nicholas Sparks</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Remembering those days always aroused a mixture of emotions in her—something akin to, but not quite,</w:t>
      </w:r>
      <w:r>
        <w:rPr>
          <w:b/>
          <w:bCs/>
        </w:rPr>
        <w:t xml:space="preserve"> </w:t>
      </w:r>
      <w:r>
        <w:rPr>
          <w:b/>
          <w:bCs/>
          <w:u w:val="single"/>
        </w:rPr>
        <w:t xml:space="preserve">nostalgia</w:t>
      </w:r>
      <w:r>
        <w:rPr>
          <w:b/>
          <w:bCs/>
        </w:rPr>
        <w:t xml:space="preserve">.</w:t>
      </w:r>
      <w:r>
        <w:br/>
      </w:r>
      <w:r>
        <w:t xml:space="preserve">    (a) the best or most important</w:t>
      </w:r>
      <w:r>
        <w:br/>
      </w:r>
      <w:r>
        <w:t xml:space="preserve">    (b) a secret agreement or plot</w:t>
      </w:r>
      <w:r>
        <w:br/>
      </w:r>
      <w:r>
        <w:t xml:space="preserve">    (c) longing for something past</w:t>
      </w:r>
    </w:p>
    <w:p>
      <w:pPr>
        <w:pStyle w:val="Compact"/>
        <w:numPr>
          <w:ilvl w:val="0"/>
          <w:numId w:val="1001"/>
        </w:numPr>
      </w:pPr>
      <w:r>
        <w:rPr>
          <w:b/>
          <w:bCs/>
        </w:rPr>
        <w:t xml:space="preserve">It wasn't that she was</w:t>
      </w:r>
      <w:r>
        <w:rPr>
          <w:b/>
          <w:bCs/>
        </w:rPr>
        <w:t xml:space="preserve"> </w:t>
      </w:r>
      <w:r>
        <w:rPr>
          <w:b/>
          <w:bCs/>
          <w:u w:val="single"/>
        </w:rPr>
        <w:t xml:space="preserve">wary</w:t>
      </w:r>
      <w:r>
        <w:rPr>
          <w:b/>
          <w:bCs/>
        </w:rPr>
        <w:t xml:space="preserve"> </w:t>
      </w:r>
      <w:r>
        <w:rPr>
          <w:b/>
          <w:bCs/>
        </w:rPr>
        <w:t xml:space="preserve">of men; on the contrary, even now she occasionally found her eyes drawn to younger men in the supermarket.</w:t>
      </w:r>
      <w:r>
        <w:br/>
      </w:r>
      <w:r>
        <w:t xml:space="preserve">    (a) indicating approval or agreement</w:t>
      </w:r>
      <w:r>
        <w:br/>
      </w:r>
      <w:r>
        <w:t xml:space="preserve">    (b) able to be taken on as one's own</w:t>
      </w:r>
      <w:r>
        <w:br/>
      </w:r>
      <w:r>
        <w:t xml:space="preserve">    (c) careful, nervous, or distrustful</w:t>
      </w:r>
    </w:p>
    <w:p>
      <w:pPr>
        <w:pStyle w:val="Compact"/>
        <w:numPr>
          <w:ilvl w:val="0"/>
          <w:numId w:val="1001"/>
        </w:numPr>
      </w:pPr>
      <w:r>
        <w:rPr>
          <w:b/>
          <w:bCs/>
        </w:rPr>
        <w:t xml:space="preserve">People nowadays talked</w:t>
      </w:r>
      <w:r>
        <w:rPr>
          <w:b/>
          <w:bCs/>
        </w:rPr>
        <w:t xml:space="preserve"> </w:t>
      </w:r>
      <w:r>
        <w:rPr>
          <w:b/>
          <w:bCs/>
          <w:u w:val="single"/>
        </w:rPr>
        <w:t xml:space="preserve">incessantly</w:t>
      </w:r>
      <w:r>
        <w:rPr>
          <w:b/>
          <w:bCs/>
        </w:rPr>
        <w:t xml:space="preserve"> </w:t>
      </w:r>
      <w:r>
        <w:rPr>
          <w:b/>
          <w:bCs/>
        </w:rPr>
        <w:t xml:space="preserve">about the glories of youth, but Adrienne had no desire to be young again.</w:t>
      </w:r>
      <w:r>
        <w:br/>
      </w:r>
      <w:r>
        <w:t xml:space="preserve">    (a) with anxiety</w:t>
      </w:r>
      <w:r>
        <w:br/>
      </w:r>
      <w:r>
        <w:t xml:space="preserve">    (b) continuously</w:t>
      </w:r>
      <w:r>
        <w:br/>
      </w:r>
      <w:r>
        <w:t xml:space="preserve">    (c) thoughtfully</w:t>
      </w:r>
    </w:p>
    <w:p>
      <w:pPr>
        <w:pStyle w:val="Compact"/>
        <w:numPr>
          <w:ilvl w:val="0"/>
          <w:numId w:val="1001"/>
        </w:numPr>
      </w:pPr>
      <w:r>
        <w:rPr>
          <w:b/>
          <w:bCs/>
        </w:rPr>
        <w:t xml:space="preserve">Though Dan had been</w:t>
      </w:r>
      <w:r>
        <w:rPr>
          <w:b/>
          <w:bCs/>
        </w:rPr>
        <w:t xml:space="preserve"> </w:t>
      </w:r>
      <w:r>
        <w:rPr>
          <w:b/>
          <w:bCs/>
          <w:u w:val="single"/>
        </w:rPr>
        <w:t xml:space="preserve">skeptical</w:t>
      </w:r>
      <w:r>
        <w:rPr>
          <w:b/>
          <w:bCs/>
        </w:rPr>
        <w:t xml:space="preserve">—hadn't they tried that all along?</w:t>
      </w:r>
      <w:r>
        <w:br/>
      </w:r>
      <w:r>
        <w:t xml:space="preserve">    (a) doubtful (that something is true or worthwhile)</w:t>
      </w:r>
      <w:r>
        <w:br/>
      </w:r>
      <w:r>
        <w:br/>
      </w:r>
      <w:r>
        <w:t xml:space="preserve">or more rarely:</w:t>
      </w:r>
      <w:r>
        <w:br/>
      </w:r>
      <w:r>
        <w:br/>
      </w:r>
      <w:r>
        <w:t xml:space="preserve">generally tending to doubt what others believe</w:t>
      </w:r>
      <w:r>
        <w:br/>
      </w:r>
      <w:r>
        <w:t xml:space="preserve">    (b) related to the branch of medicine that deals with the diseases of women -- especially those of the reproductive organs</w:t>
      </w:r>
      <w:r>
        <w:br/>
      </w:r>
      <w:r>
        <w:t xml:space="preserve">    (c) the quality of being characterized by fantastic imagery, or combinations of things and events that don't go together</w:t>
      </w:r>
    </w:p>
    <w:p>
      <w:pPr>
        <w:pStyle w:val="Compact"/>
        <w:numPr>
          <w:ilvl w:val="0"/>
          <w:numId w:val="1001"/>
        </w:numPr>
      </w:pPr>
      <w:r>
        <w:rPr>
          <w:b/>
          <w:bCs/>
        </w:rPr>
        <w:t xml:space="preserve">Wedged against the wall beneath the bed was a small</w:t>
      </w:r>
      <w:r>
        <w:rPr>
          <w:b/>
          <w:bCs/>
        </w:rPr>
        <w:t xml:space="preserve"> </w:t>
      </w:r>
      <w:r>
        <w:rPr>
          <w:b/>
          <w:bCs/>
          <w:u w:val="single"/>
        </w:rPr>
        <w:t xml:space="preserve">stationery</w:t>
      </w:r>
      <w:r>
        <w:rPr>
          <w:b/>
          <w:bCs/>
        </w:rPr>
        <w:t xml:space="preserve"> </w:t>
      </w:r>
      <w:r>
        <w:rPr>
          <w:b/>
          <w:bCs/>
        </w:rPr>
        <w:t xml:space="preserve">box, and Adrienne set it on the pillow beside her.</w:t>
      </w:r>
      <w:r>
        <w:br/>
      </w:r>
      <w:r>
        <w:t xml:space="preserve">    (a) paper and envelopes for writing letters</w:t>
      </w:r>
      <w:r>
        <w:br/>
      </w:r>
      <w:r>
        <w:t xml:space="preserve">    (b) expressed strong hatred or loathing for</w:t>
      </w:r>
      <w:r>
        <w:br/>
      </w:r>
      <w:r>
        <w:t xml:space="preserve">    (c) expresses strong hatred or loathing for</w:t>
      </w:r>
    </w:p>
    <w:p>
      <w:pPr>
        <w:pStyle w:val="Compact"/>
        <w:numPr>
          <w:ilvl w:val="0"/>
          <w:numId w:val="1001"/>
        </w:numPr>
      </w:pPr>
      <w:r>
        <w:rPr>
          <w:b/>
          <w:bCs/>
        </w:rPr>
        <w:t xml:space="preserve">The clinic is short of just about everything— medicine, equipment, and the necessary beds—but I spoke to the</w:t>
      </w:r>
      <w:r>
        <w:rPr>
          <w:b/>
          <w:bCs/>
        </w:rPr>
        <w:t xml:space="preserve"> </w:t>
      </w:r>
      <w:r>
        <w:rPr>
          <w:b/>
          <w:bCs/>
          <w:u w:val="single"/>
        </w:rPr>
        <w:t xml:space="preserve">director</w:t>
      </w:r>
      <w:r>
        <w:rPr>
          <w:b/>
          <w:bCs/>
        </w:rPr>
        <w:t xml:space="preserve"> </w:t>
      </w:r>
      <w:r>
        <w:rPr>
          <w:b/>
          <w:bCs/>
        </w:rPr>
        <w:t xml:space="preserve">and I think I'll be able to rectify at least part of the problem.</w:t>
      </w:r>
      <w:r>
        <w:br/>
      </w:r>
      <w:r>
        <w:t xml:space="preserve">    (a) someone who polishes something and makes it shiny; or someone who improves something</w:t>
      </w:r>
      <w:r>
        <w:br/>
      </w:r>
      <w:r>
        <w:t xml:space="preserve">    (b) a doctor who tests eyesight and provides glasses or contact lenses to improve vision</w:t>
      </w:r>
      <w:r>
        <w:br/>
      </w:r>
      <w:r>
        <w:t xml:space="preserve">    (c) to guide, aim, or manage -- such as actions, attention, speech, a project or company</w:t>
      </w:r>
    </w:p>
    <w:p>
      <w:pPr>
        <w:pStyle w:val="Compact"/>
        <w:numPr>
          <w:ilvl w:val="0"/>
          <w:numId w:val="1001"/>
        </w:numPr>
      </w:pPr>
      <w:r>
        <w:rPr>
          <w:b/>
          <w:bCs/>
        </w:rPr>
        <w:t xml:space="preserve">He never complained about the work or the conditions, he offered suggestions only when asked</w:t>
      </w:r>
      <w:r>
        <w:rPr>
          <w:b/>
          <w:bCs/>
        </w:rPr>
        <w:t xml:space="preserve"> </w:t>
      </w:r>
      <w:r>
        <w:rPr>
          <w:b/>
          <w:bCs/>
          <w:u w:val="single"/>
        </w:rPr>
        <w:t xml:space="preserve">directly</w:t>
      </w:r>
      <w:r>
        <w:rPr>
          <w:b/>
          <w:bCs/>
        </w:rPr>
        <w:t xml:space="preserve">, and though he never took credit for it, the director finally admitted that my father had been the one who supplied the new medicines and equipment we'd desperately needed, though he'd insisted that his gift remain anonymous.</w:t>
      </w:r>
      <w:r>
        <w:br/>
      </w:r>
      <w:r>
        <w:t xml:space="preserve">    (a) in an extremely negative manner -- often implying extreme hopelessness, misery, shame, or desperation</w:t>
      </w:r>
      <w:r>
        <w:br/>
      </w:r>
      <w:r>
        <w:t xml:space="preserve">    (b) in a manner that tries to obtain a result through gentle and careful effort -- often gently persuading</w:t>
      </w:r>
      <w:r>
        <w:br/>
      </w:r>
      <w:r>
        <w:t xml:space="preserve">    (c) in a straightforward manner</w:t>
      </w:r>
    </w:p>
    <w:p>
      <w:pPr>
        <w:pStyle w:val="Compact"/>
        <w:numPr>
          <w:ilvl w:val="0"/>
          <w:numId w:val="1001"/>
        </w:numPr>
      </w:pPr>
      <w:r>
        <w:rPr>
          <w:b/>
          <w:bCs/>
        </w:rPr>
        <w:t xml:space="preserve">Other than</w:t>
      </w:r>
      <w:r>
        <w:rPr>
          <w:b/>
          <w:bCs/>
        </w:rPr>
        <w:t xml:space="preserve"> </w:t>
      </w:r>
      <w:r>
        <w:rPr>
          <w:b/>
          <w:bCs/>
          <w:u w:val="single"/>
        </w:rPr>
        <w:t xml:space="preserve">perfunctory</w:t>
      </w:r>
      <w:r>
        <w:rPr>
          <w:b/>
          <w:bCs/>
        </w:rPr>
        <w:t xml:space="preserve"> </w:t>
      </w:r>
      <w:r>
        <w:rPr>
          <w:b/>
          <w:bCs/>
        </w:rPr>
        <w:t xml:space="preserve">questions as to how school was going or what was happening in the fields, dinners were punctuated only by the sounds of silverware tapping against the plates.</w:t>
      </w:r>
      <w:r>
        <w:br/>
      </w:r>
      <w:r>
        <w:t xml:space="preserve">    (a) done without much interest or effort -- especially as when dispensing with a formality</w:t>
      </w:r>
      <w:r>
        <w:br/>
      </w:r>
      <w:r>
        <w:t xml:space="preserve">    (b) (adjective) designed to stop something  OR  (noun) something that stops something else</w:t>
      </w:r>
      <w:r>
        <w:br/>
      </w:r>
      <w:r>
        <w:t xml:space="preserve">    (c) related to intelligence -- such as requiring, appealing to, or possessing intelligence</w:t>
      </w:r>
    </w:p>
    <w:p>
      <w:pPr>
        <w:pStyle w:val="Compact"/>
        <w:numPr>
          <w:ilvl w:val="0"/>
          <w:numId w:val="1001"/>
        </w:numPr>
      </w:pPr>
      <w:r>
        <w:rPr>
          <w:b/>
          <w:bCs/>
        </w:rPr>
        <w:t xml:space="preserve">After washing the dishes, his father would migrate to the living room and</w:t>
      </w:r>
      <w:r>
        <w:rPr>
          <w:b/>
          <w:bCs/>
        </w:rPr>
        <w:t xml:space="preserve"> </w:t>
      </w:r>
      <w:r>
        <w:rPr>
          <w:b/>
          <w:bCs/>
          <w:u w:val="single"/>
        </w:rPr>
        <w:t xml:space="preserve">peruse</w:t>
      </w:r>
      <w:r>
        <w:rPr>
          <w:b/>
          <w:bCs/>
        </w:rPr>
        <w:t xml:space="preserve"> </w:t>
      </w:r>
      <w:r>
        <w:rPr>
          <w:b/>
          <w:bCs/>
        </w:rPr>
        <w:t xml:space="preserve">farm reports, while Paul immersed himself in books.</w:t>
      </w:r>
      <w:r>
        <w:br/>
      </w:r>
      <w:r>
        <w:t xml:space="preserve">    (a) read or examine</w:t>
      </w:r>
      <w:r>
        <w:br/>
      </w:r>
      <w:r>
        <w:t xml:space="preserve">    (b) strongly desire</w:t>
      </w:r>
      <w:r>
        <w:br/>
      </w:r>
      <w:r>
        <w:t xml:space="preserve">    (c) help make clear</w:t>
      </w:r>
    </w:p>
    <w:p>
      <w:pPr>
        <w:pStyle w:val="Compact"/>
        <w:numPr>
          <w:ilvl w:val="0"/>
          <w:numId w:val="1001"/>
        </w:numPr>
      </w:pPr>
      <w:r>
        <w:rPr>
          <w:b/>
          <w:bCs/>
        </w:rPr>
        <w:t xml:space="preserve">Though worried about the frantic pace he held himself to, she</w:t>
      </w:r>
      <w:r>
        <w:rPr>
          <w:b/>
          <w:bCs/>
        </w:rPr>
        <w:t xml:space="preserve"> </w:t>
      </w:r>
      <w:r>
        <w:rPr>
          <w:b/>
          <w:bCs/>
          <w:u w:val="single"/>
        </w:rPr>
        <w:t xml:space="preserve">nonetheless</w:t>
      </w:r>
      <w:r>
        <w:rPr>
          <w:b/>
          <w:bCs/>
        </w:rPr>
        <w:t xml:space="preserve"> </w:t>
      </w:r>
      <w:r>
        <w:rPr>
          <w:b/>
          <w:bCs/>
        </w:rPr>
        <w:t xml:space="preserve">accepted his proposal, and they walked the aisle ten months later.</w:t>
      </w:r>
      <w:r>
        <w:br/>
      </w:r>
      <w:r>
        <w:t xml:space="preserve">    (a) therefore (for that reason)</w:t>
      </w:r>
      <w:r>
        <w:br/>
      </w:r>
      <w:r>
        <w:t xml:space="preserve">    (b) in spite of that (used to connect contrasting ideas)</w:t>
      </w:r>
      <w:r>
        <w:br/>
      </w:r>
      <w:r>
        <w:t xml:space="preserve">    (c) in keeping with or in agreement with what was just stated</w:t>
      </w:r>
    </w:p>
    <w:p>
      <w:pPr>
        <w:pStyle w:val="Compact"/>
        <w:numPr>
          <w:ilvl w:val="0"/>
          <w:numId w:val="1001"/>
        </w:numPr>
      </w:pPr>
      <w:r>
        <w:rPr>
          <w:b/>
          <w:bCs/>
        </w:rPr>
        <w:t xml:space="preserve">The lines in his face, grown deep over the years, were still prominent, but the intensity he once saw in his reflection had been replaced with a sort of weary</w:t>
      </w:r>
      <w:r>
        <w:rPr>
          <w:b/>
          <w:bCs/>
        </w:rPr>
        <w:t xml:space="preserve"> </w:t>
      </w:r>
      <w:r>
        <w:rPr>
          <w:b/>
          <w:bCs/>
          <w:u w:val="single"/>
        </w:rPr>
        <w:t xml:space="preserve">melancholy</w:t>
      </w:r>
      <w:r>
        <w:rPr>
          <w:b/>
          <w:bCs/>
        </w:rPr>
        <w:t xml:space="preserve">.</w:t>
      </w:r>
      <w:r>
        <w:br/>
      </w:r>
      <w:r>
        <w:t xml:space="preserve">    (a) a sad feeling or manner</w:t>
      </w:r>
      <w:r>
        <w:br/>
      </w:r>
      <w:r>
        <w:t xml:space="preserve">    (b) about (but not exactly)</w:t>
      </w:r>
      <w:r>
        <w:br/>
      </w:r>
      <w:r>
        <w:t xml:space="preserve">    (c) relating to the outside</w:t>
      </w:r>
    </w:p>
    <w:p>
      <w:pPr>
        <w:pStyle w:val="Compact"/>
        <w:numPr>
          <w:ilvl w:val="0"/>
          <w:numId w:val="1001"/>
        </w:numPr>
      </w:pPr>
      <w:r>
        <w:rPr>
          <w:b/>
          <w:bCs/>
        </w:rPr>
        <w:t xml:space="preserve">It might have been the setting or the fact that she was alone; either way, the surge of</w:t>
      </w:r>
      <w:r>
        <w:rPr>
          <w:b/>
          <w:bCs/>
        </w:rPr>
        <w:t xml:space="preserve"> </w:t>
      </w:r>
      <w:r>
        <w:rPr>
          <w:b/>
          <w:bCs/>
          <w:u w:val="single"/>
        </w:rPr>
        <w:t xml:space="preserve">empathy</w:t>
      </w:r>
      <w:r>
        <w:rPr>
          <w:b/>
          <w:bCs/>
        </w:rPr>
        <w:t xml:space="preserve"> </w:t>
      </w:r>
      <w:r>
        <w:rPr>
          <w:b/>
          <w:bCs/>
        </w:rPr>
        <w:t xml:space="preserve">was a foreign sensation, one that caught him completely off guard.</w:t>
      </w:r>
      <w:r>
        <w:br/>
      </w:r>
      <w:r>
        <w:t xml:space="preserve">    (a) someone who believes that all knowledge is derived from experience</w:t>
      </w:r>
      <w:r>
        <w:br/>
      </w:r>
      <w:r>
        <w:t xml:space="preserve">    (b) the ability or tendency to understand or share in others' feelings</w:t>
      </w:r>
      <w:r>
        <w:br/>
      </w:r>
      <w:r>
        <w:t xml:space="preserve">    (c) a place where conditions are kept as they were to protect wildlife</w:t>
      </w:r>
    </w:p>
    <w:p>
      <w:pPr>
        <w:pStyle w:val="Compact"/>
        <w:numPr>
          <w:ilvl w:val="0"/>
          <w:numId w:val="1001"/>
        </w:numPr>
      </w:pPr>
      <w:r>
        <w:rPr>
          <w:b/>
          <w:bCs/>
        </w:rPr>
        <w:t xml:space="preserve">As a result, she found herself</w:t>
      </w:r>
      <w:r>
        <w:rPr>
          <w:b/>
          <w:bCs/>
        </w:rPr>
        <w:t xml:space="preserve"> </w:t>
      </w:r>
      <w:r>
        <w:rPr>
          <w:b/>
          <w:bCs/>
          <w:u w:val="single"/>
        </w:rPr>
        <w:t xml:space="preserve">evaluating</w:t>
      </w:r>
      <w:r>
        <w:rPr>
          <w:b/>
          <w:bCs/>
        </w:rPr>
        <w:t xml:space="preserve"> </w:t>
      </w:r>
      <w:r>
        <w:rPr>
          <w:b/>
          <w:bCs/>
        </w:rPr>
        <w:t xml:space="preserve">him in the way strangers often do.</w:t>
      </w:r>
      <w:r>
        <w:br/>
      </w:r>
      <w:r>
        <w:t xml:space="preserve">    (a) moving back and forth; or being unsure or weak</w:t>
      </w:r>
      <w:r>
        <w:br/>
      </w:r>
      <w:r>
        <w:t xml:space="preserve">    (b) returning to an undesirable previous condition</w:t>
      </w:r>
      <w:r>
        <w:br/>
      </w:r>
      <w:r>
        <w:t xml:space="preserve">    (c) thinking carefully and making a judgment about</w:t>
      </w:r>
    </w:p>
    <w:p>
      <w:pPr>
        <w:pStyle w:val="Compact"/>
        <w:numPr>
          <w:ilvl w:val="0"/>
          <w:numId w:val="1001"/>
        </w:numPr>
      </w:pPr>
      <w:r>
        <w:rPr>
          <w:b/>
          <w:bCs/>
        </w:rPr>
        <w:t xml:space="preserve">A benign cyst, it wasn't a life-threatening</w:t>
      </w:r>
      <w:r>
        <w:rPr>
          <w:b/>
          <w:bCs/>
        </w:rPr>
        <w:t xml:space="preserve"> </w:t>
      </w:r>
      <w:r>
        <w:rPr>
          <w:b/>
          <w:bCs/>
          <w:u w:val="single"/>
        </w:rPr>
        <w:t xml:space="preserve">ailment</w:t>
      </w:r>
      <w:r>
        <w:rPr>
          <w:b/>
          <w:bCs/>
        </w:rPr>
        <w:t xml:space="preserve">, but it was unsightly, to say the least.</w:t>
      </w:r>
      <w:r>
        <w:br/>
      </w:r>
      <w:r>
        <w:t xml:space="preserve">    (a) illness</w:t>
      </w:r>
      <w:r>
        <w:br/>
      </w:r>
      <w:r>
        <w:t xml:space="preserve">    (b) thought</w:t>
      </w:r>
      <w:r>
        <w:br/>
      </w:r>
      <w:r>
        <w:t xml:space="preserve">    (c) payment</w:t>
      </w:r>
    </w:p>
    <w:p>
      <w:pPr>
        <w:pStyle w:val="Compact"/>
        <w:numPr>
          <w:ilvl w:val="0"/>
          <w:numId w:val="1001"/>
        </w:numPr>
      </w:pPr>
      <w:r>
        <w:rPr>
          <w:b/>
          <w:bCs/>
        </w:rPr>
        <w:t xml:space="preserve">More than once, colleagues had recommended the name of a good therapist and</w:t>
      </w:r>
      <w:r>
        <w:rPr>
          <w:b/>
          <w:bCs/>
        </w:rPr>
        <w:t xml:space="preserve"> </w:t>
      </w:r>
      <w:r>
        <w:rPr>
          <w:b/>
          <w:bCs/>
          <w:u w:val="single"/>
        </w:rPr>
        <w:t xml:space="preserve">confided</w:t>
      </w:r>
      <w:r>
        <w:rPr>
          <w:b/>
          <w:bCs/>
        </w:rPr>
        <w:t xml:space="preserve"> </w:t>
      </w:r>
      <w:r>
        <w:rPr>
          <w:b/>
          <w:bCs/>
        </w:rPr>
        <w:t xml:space="preserve">that the person had helped them.</w:t>
      </w:r>
      <w:r>
        <w:br/>
      </w:r>
      <w:r>
        <w:t xml:space="preserve">    (a) placed trust (in someone) by talking about private things</w:t>
      </w:r>
      <w:r>
        <w:br/>
      </w:r>
      <w:r>
        <w:t xml:space="preserve">    (b) made a decision or voiced an opinion by formal group vote</w:t>
      </w:r>
      <w:r>
        <w:br/>
      </w:r>
      <w:r>
        <w:t xml:space="preserve">    (c) viewed in a certain way so as to form a belief or opinion</w:t>
      </w:r>
    </w:p>
    <w:p>
      <w:pPr>
        <w:pStyle w:val="Compact"/>
        <w:numPr>
          <w:ilvl w:val="0"/>
          <w:numId w:val="1001"/>
        </w:numPr>
      </w:pPr>
      <w:r>
        <w:rPr>
          <w:b/>
          <w:bCs/>
        </w:rPr>
        <w:t xml:space="preserve">In his</w:t>
      </w:r>
      <w:r>
        <w:rPr>
          <w:b/>
          <w:bCs/>
        </w:rPr>
        <w:t xml:space="preserve"> </w:t>
      </w:r>
      <w:r>
        <w:rPr>
          <w:b/>
          <w:bCs/>
          <w:u w:val="single"/>
        </w:rPr>
        <w:t xml:space="preserve">estimation</w:t>
      </w:r>
      <w:r>
        <w:rPr>
          <w:b/>
          <w:bCs/>
        </w:rPr>
        <w:t xml:space="preserve">, Rodanthe was exactly what it appeared to he: an old fishing village riding the water's edge, a place where modern life had been slow in coming.</w:t>
      </w:r>
      <w:r>
        <w:br/>
      </w:r>
      <w:r>
        <w:t xml:space="preserve">    (a) the act of being in a working position; or the act of starting</w:t>
      </w:r>
      <w:r>
        <w:br/>
      </w:r>
      <w:r>
        <w:t xml:space="preserve">    (b) an expert who shares professional opinions in a specific field</w:t>
      </w:r>
      <w:r>
        <w:br/>
      </w:r>
      <w:r>
        <w:t xml:space="preserve">    (c) a judgment, rough calculation or guess of qualities or a value</w:t>
      </w:r>
    </w:p>
    <w:p>
      <w:pPr>
        <w:pStyle w:val="Compact"/>
        <w:numPr>
          <w:ilvl w:val="0"/>
          <w:numId w:val="1001"/>
        </w:numPr>
      </w:pPr>
      <w:r>
        <w:rPr>
          <w:b/>
          <w:bCs/>
        </w:rPr>
        <w:t xml:space="preserve">To Paul, the gesture seemed oddly</w:t>
      </w:r>
      <w:r>
        <w:rPr>
          <w:b/>
          <w:bCs/>
        </w:rPr>
        <w:t xml:space="preserve"> </w:t>
      </w:r>
      <w:r>
        <w:rPr>
          <w:b/>
          <w:bCs/>
          <w:u w:val="single"/>
        </w:rPr>
        <w:t xml:space="preserve">sensual</w:t>
      </w:r>
      <w:r>
        <w:rPr>
          <w:b/>
          <w:bCs/>
        </w:rPr>
        <w:t xml:space="preserve">, and he wiped at the sweat on his brow.</w:t>
      </w:r>
      <w:r>
        <w:br/>
      </w:r>
      <w:r>
        <w:t xml:space="preserve">    (a) a deep sense of empathetic understanding</w:t>
      </w:r>
      <w:r>
        <w:br/>
      </w:r>
      <w:r>
        <w:t xml:space="preserve">    (b) exciting the mind's intellectual vigor</w:t>
      </w:r>
      <w:r>
        <w:br/>
      </w:r>
      <w:r>
        <w:t xml:space="preserve">    (c) relating to pleasing the body's senses</w:t>
      </w:r>
    </w:p>
    <w:p>
      <w:pPr>
        <w:pStyle w:val="Compact"/>
        <w:numPr>
          <w:ilvl w:val="0"/>
          <w:numId w:val="1001"/>
        </w:numPr>
      </w:pPr>
      <w:r>
        <w:rPr>
          <w:b/>
          <w:bCs/>
        </w:rPr>
        <w:t xml:space="preserve">There were three cars out front parked</w:t>
      </w:r>
      <w:r>
        <w:rPr>
          <w:b/>
          <w:bCs/>
        </w:rPr>
        <w:t xml:space="preserve"> </w:t>
      </w:r>
      <w:r>
        <w:rPr>
          <w:b/>
          <w:bCs/>
          <w:u w:val="single"/>
        </w:rPr>
        <w:t xml:space="preserve">haphazardly</w:t>
      </w:r>
      <w:r>
        <w:rPr>
          <w:b/>
          <w:bCs/>
        </w:rPr>
        <w:t xml:space="preserve">, each coated with a thin layer of salt.</w:t>
      </w:r>
      <w:r>
        <w:br/>
      </w:r>
      <w:r>
        <w:t xml:space="preserve">    (a) without pattern or planning</w:t>
      </w:r>
      <w:r>
        <w:br/>
      </w:r>
      <w:r>
        <w:t xml:space="preserve">    (b) in a manner that challenges</w:t>
      </w:r>
      <w:r>
        <w:br/>
      </w:r>
      <w:r>
        <w:t xml:space="preserve">    (c) in a strongly biased manner</w:t>
      </w:r>
    </w:p>
    <w:p>
      <w:pPr>
        <w:pStyle w:val="Compact"/>
        <w:numPr>
          <w:ilvl w:val="0"/>
          <w:numId w:val="1001"/>
        </w:numPr>
      </w:pPr>
      <w:r>
        <w:rPr>
          <w:b/>
          <w:bCs/>
        </w:rPr>
        <w:t xml:space="preserve">Their lives were</w:t>
      </w:r>
      <w:r>
        <w:rPr>
          <w:b/>
          <w:bCs/>
        </w:rPr>
        <w:t xml:space="preserve"> </w:t>
      </w:r>
      <w:r>
        <w:rPr>
          <w:b/>
          <w:bCs/>
          <w:u w:val="single"/>
        </w:rPr>
        <w:t xml:space="preserve">diverging</w:t>
      </w:r>
      <w:r>
        <w:rPr>
          <w:b/>
          <w:bCs/>
        </w:rPr>
        <w:t xml:space="preserve"> </w:t>
      </w:r>
      <w:r>
        <w:rPr>
          <w:b/>
          <w:bCs/>
        </w:rPr>
        <w:t xml:space="preserve">because of responsibilities to others, and it suddenly seemed cruelly unfair to Adrienne.</w:t>
      </w:r>
      <w:r>
        <w:br/>
      </w:r>
      <w:r>
        <w:t xml:space="preserve">    (a) examining in detail to better understand</w:t>
      </w:r>
      <w:r>
        <w:br/>
      </w:r>
      <w:r>
        <w:t xml:space="preserve">    (b) opposing (struggling against each other)</w:t>
      </w:r>
      <w:r>
        <w:br/>
      </w:r>
      <w:r>
        <w:t xml:space="preserve">    (c) to move apart; or be or become different</w:t>
      </w:r>
    </w:p>
    <w:p>
      <w:pPr>
        <w:pStyle w:val="Compact"/>
        <w:numPr>
          <w:ilvl w:val="0"/>
          <w:numId w:val="1001"/>
        </w:numPr>
      </w:pPr>
      <w:r>
        <w:rPr>
          <w:b/>
          <w:bCs/>
        </w:rPr>
        <w:t xml:space="preserve">They were</w:t>
      </w:r>
      <w:r>
        <w:rPr>
          <w:b/>
          <w:bCs/>
        </w:rPr>
        <w:t xml:space="preserve"> </w:t>
      </w:r>
      <w:r>
        <w:rPr>
          <w:b/>
          <w:bCs/>
          <w:u w:val="single"/>
        </w:rPr>
        <w:t xml:space="preserve">inevitable</w:t>
      </w:r>
      <w:r>
        <w:rPr>
          <w:b/>
          <w:bCs/>
        </w:rPr>
        <w:t xml:space="preserve">, but she hoped they wouldn't come immediately.</w:t>
      </w:r>
      <w:r>
        <w:br/>
      </w:r>
      <w:r>
        <w:t xml:space="preserve">    (a) size or dimension</w:t>
      </w:r>
      <w:r>
        <w:br/>
      </w:r>
      <w:r>
        <w:t xml:space="preserve">    (b) circular movement</w:t>
      </w:r>
      <w:r>
        <w:br/>
      </w:r>
      <w:r>
        <w:t xml:space="preserve">    (c) certain to happen</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2026-07-31T16:44:27Z</dcterms:created>
  <dcterms:modified xsi:type="dcterms:W3CDTF">2026-07-31T16:44:27Z</dcterms:modified>
</cp:coreProperties>
</file>

<file path=docProps/custom.xml><?xml version="1.0" encoding="utf-8"?>
<Properties xmlns="http://schemas.openxmlformats.org/officeDocument/2006/custom-properties" xmlns:vt="http://schemas.openxmlformats.org/officeDocument/2006/docPropsVTypes"/>
</file>