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night-elie-wiesel-vocabulary-preview"/>
    <w:p>
      <w:pPr>
        <w:pStyle w:val="Heading1"/>
      </w:pPr>
      <w:r>
        <w:rPr>
          <w:b/>
          <w:bCs/>
        </w:rPr>
        <w:t xml:space="preserve">Night</w:t>
      </w:r>
      <w:r>
        <w:br/>
      </w:r>
      <w:r>
        <w:rPr>
          <w:i/>
          <w:iCs/>
        </w:rPr>
        <w:t xml:space="preserve">Elie Wiesel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Will you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accompany</w:t>
      </w:r>
      <w:r>
        <w:rPr>
          <w:b/>
          <w:bCs/>
        </w:rPr>
        <w:t xml:space="preserve"> </w:t>
      </w:r>
      <w:r>
        <w:rPr>
          <w:b/>
          <w:bCs/>
        </w:rPr>
        <w:t xml:space="preserve">her to the party?</w:t>
      </w:r>
      <w:r>
        <w:br/>
      </w:r>
      <w:r>
        <w:t xml:space="preserve">    (a) precede</w:t>
      </w:r>
      <w:r>
        <w:br/>
      </w:r>
      <w:r>
        <w:t xml:space="preserve">    (b) go with</w:t>
      </w:r>
      <w:r>
        <w:br/>
      </w:r>
      <w:r>
        <w:t xml:space="preserve">    (c) follow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guilt led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anguish</w:t>
      </w:r>
      <w:r>
        <w:rPr>
          <w:b/>
          <w:bCs/>
        </w:rPr>
        <w:t xml:space="preserve"> </w:t>
      </w:r>
      <w:r>
        <w:rPr>
          <w:b/>
          <w:bCs/>
        </w:rPr>
        <w:t xml:space="preserve">until she committed her life to good.</w:t>
      </w:r>
      <w:r>
        <w:br/>
      </w:r>
      <w:r>
        <w:t xml:space="preserve">    (a) extreme distress</w:t>
      </w:r>
      <w:r>
        <w:br/>
      </w:r>
      <w:r>
        <w:t xml:space="preserve">    (b) extreme depression</w:t>
      </w:r>
      <w:r>
        <w:br/>
      </w:r>
      <w:r>
        <w:t xml:space="preserve">    (c) extreme solitude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Black holes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annihilate</w:t>
      </w:r>
      <w:r>
        <w:rPr>
          <w:b/>
          <w:bCs/>
        </w:rPr>
        <w:t xml:space="preserve"> </w:t>
      </w:r>
      <w:r>
        <w:rPr>
          <w:b/>
          <w:bCs/>
        </w:rPr>
        <w:t xml:space="preserve">all traces of what falls into them.</w:t>
      </w:r>
      <w:r>
        <w:br/>
      </w:r>
      <w:r>
        <w:t xml:space="preserve">    (a) slowly examine</w:t>
      </w:r>
      <w:r>
        <w:br/>
      </w:r>
      <w:r>
        <w:t xml:space="preserve">    (b) carefully preserve</w:t>
      </w:r>
      <w:r>
        <w:br/>
      </w:r>
      <w:r>
        <w:t xml:space="preserve">    (c) completely destroy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Until she learned to motivate herself,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apathy</w:t>
      </w:r>
      <w:r>
        <w:rPr>
          <w:b/>
          <w:bCs/>
        </w:rPr>
        <w:t xml:space="preserve"> </w:t>
      </w:r>
      <w:r>
        <w:rPr>
          <w:b/>
          <w:bCs/>
        </w:rPr>
        <w:t xml:space="preserve">led to bad grades.</w:t>
      </w:r>
      <w:r>
        <w:br/>
      </w:r>
      <w:r>
        <w:t xml:space="preserve">    (a) distraction</w:t>
      </w:r>
      <w:r>
        <w:br/>
      </w:r>
      <w:r>
        <w:t xml:space="preserve">    (b) lack of interest</w:t>
      </w:r>
      <w:r>
        <w:br/>
      </w:r>
      <w:r>
        <w:t xml:space="preserve">    (c) lack of ability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Washington fails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comprehend</w:t>
      </w:r>
      <w:r>
        <w:rPr>
          <w:b/>
          <w:bCs/>
        </w:rPr>
        <w:t xml:space="preserve"> </w:t>
      </w:r>
      <w:r>
        <w:rPr>
          <w:b/>
          <w:bCs/>
        </w:rPr>
        <w:t xml:space="preserve">the change in China's strategy.</w:t>
      </w:r>
      <w:r>
        <w:br/>
      </w:r>
      <w:r>
        <w:t xml:space="preserve">    (a) fully understand</w:t>
      </w:r>
      <w:r>
        <w:br/>
      </w:r>
      <w:r>
        <w:t xml:space="preserve">    (b) respond adequately to</w:t>
      </w:r>
      <w:r>
        <w:br/>
      </w:r>
      <w:r>
        <w:t xml:space="preserve">    (c) regard respectfully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appealed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deportation</w:t>
      </w:r>
      <w:r>
        <w:rPr>
          <w:b/>
          <w:bCs/>
        </w:rPr>
        <w:t xml:space="preserve">.</w:t>
      </w:r>
      <w:r>
        <w:br/>
      </w:r>
      <w:r>
        <w:t xml:space="preserve">    (a) order to leave</w:t>
      </w:r>
      <w:r>
        <w:br/>
      </w:r>
      <w:r>
        <w:t xml:space="preserve">    (b) unfavorable decision</w:t>
      </w:r>
      <w:r>
        <w:br/>
      </w:r>
      <w:r>
        <w:t xml:space="preserve">    (c) large fine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lions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devoured</w:t>
      </w:r>
      <w:r>
        <w:rPr>
          <w:b/>
          <w:bCs/>
        </w:rPr>
        <w:t xml:space="preserve"> </w:t>
      </w:r>
      <w:r>
        <w:rPr>
          <w:b/>
          <w:bCs/>
        </w:rPr>
        <w:t xml:space="preserve">the antelope.</w:t>
      </w:r>
      <w:r>
        <w:br/>
      </w:r>
      <w:r>
        <w:t xml:space="preserve">    (a) caught</w:t>
      </w:r>
      <w:r>
        <w:br/>
      </w:r>
      <w:r>
        <w:t xml:space="preserve">    (b) killed</w:t>
      </w:r>
      <w:r>
        <w:br/>
      </w:r>
      <w:r>
        <w:t xml:space="preserve">    (c) 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her behavior does not improve, she could face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expulsion</w:t>
      </w:r>
      <w:r>
        <w:rPr>
          <w:b/>
          <w:bCs/>
        </w:rPr>
        <w:t xml:space="preserve"> </w:t>
      </w:r>
      <w:r>
        <w:rPr>
          <w:b/>
          <w:bCs/>
        </w:rPr>
        <w:t xml:space="preserve">from school.</w:t>
      </w:r>
      <w:r>
        <w:br/>
      </w:r>
      <w:r>
        <w:t xml:space="preserve">    (a) having to repeat a grade</w:t>
      </w:r>
      <w:r>
        <w:br/>
      </w:r>
      <w:r>
        <w:t xml:space="preserve">    (b) serious punishment</w:t>
      </w:r>
      <w:r>
        <w:br/>
      </w:r>
      <w:r>
        <w:t xml:space="preserve">    (c) being forcing to leave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you want to leave early, you have to ask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foreman</w:t>
      </w:r>
      <w:r>
        <w:rPr>
          <w:b/>
          <w:bCs/>
        </w:rPr>
        <w:t xml:space="preserve">.</w:t>
      </w:r>
      <w:r>
        <w:br/>
      </w:r>
      <w:r>
        <w:t xml:space="preserve">    (a) owner</w:t>
      </w:r>
      <w:r>
        <w:br/>
      </w:r>
      <w:r>
        <w:t xml:space="preserve">    (b) customer</w:t>
      </w:r>
      <w:r>
        <w:br/>
      </w:r>
      <w:r>
        <w:t xml:space="preserve">    (c) supervisor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indifferent</w:t>
      </w:r>
      <w:r>
        <w:rPr>
          <w:b/>
          <w:bCs/>
        </w:rPr>
        <w:t xml:space="preserve"> </w:t>
      </w:r>
      <w:r>
        <w:rPr>
          <w:b/>
          <w:bCs/>
        </w:rPr>
        <w:t xml:space="preserve">to his anger.</w:t>
      </w:r>
      <w:r>
        <w:br/>
      </w:r>
      <w:r>
        <w:t xml:space="preserve">    (a) with anger</w:t>
      </w:r>
      <w:r>
        <w:br/>
      </w:r>
      <w:r>
        <w:t xml:space="preserve">    (b) without interest</w:t>
      </w:r>
      <w:r>
        <w:br/>
      </w:r>
      <w:r>
        <w:t xml:space="preserve">    (c) with fear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walked her to the campus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infirmary</w:t>
      </w:r>
      <w:r>
        <w:rPr>
          <w:b/>
          <w:bCs/>
        </w:rPr>
        <w:t xml:space="preserve">.</w:t>
      </w:r>
      <w:r>
        <w:br/>
      </w:r>
      <w:r>
        <w:t xml:space="preserve">    (a) health service</w:t>
      </w:r>
      <w:r>
        <w:br/>
      </w:r>
      <w:r>
        <w:t xml:space="preserve">    (b) library</w:t>
      </w:r>
      <w:r>
        <w:br/>
      </w:r>
      <w:r>
        <w:t xml:space="preserve">    (c) security office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lamented</w:t>
      </w:r>
      <w:r>
        <w:rPr>
          <w:b/>
          <w:bCs/>
        </w:rPr>
        <w:t xml:space="preserve"> </w:t>
      </w:r>
      <w:r>
        <w:rPr>
          <w:b/>
          <w:bCs/>
        </w:rPr>
        <w:t xml:space="preserve">our sad circumstances.</w:t>
      </w:r>
      <w:r>
        <w:br/>
      </w:r>
      <w:r>
        <w:t xml:space="preserve">    (a) expressed grief about</w:t>
      </w:r>
      <w:r>
        <w:br/>
      </w:r>
      <w:r>
        <w:t xml:space="preserve">    (b) made worse</w:t>
      </w:r>
      <w:r>
        <w:br/>
      </w:r>
      <w:r>
        <w:t xml:space="preserve">    (c) improved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writes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liberate</w:t>
      </w:r>
      <w:r>
        <w:rPr>
          <w:b/>
          <w:bCs/>
        </w:rPr>
        <w:t xml:space="preserve"> </w:t>
      </w:r>
      <w:r>
        <w:rPr>
          <w:b/>
          <w:bCs/>
        </w:rPr>
        <w:t xml:space="preserve">her readers from social conformity.</w:t>
      </w:r>
      <w:r>
        <w:br/>
      </w:r>
      <w:r>
        <w:t xml:space="preserve">    (a) teach</w:t>
      </w:r>
      <w:r>
        <w:br/>
      </w:r>
      <w:r>
        <w:t xml:space="preserve">    (b) instruct</w:t>
      </w:r>
      <w:r>
        <w:br/>
      </w:r>
      <w:r>
        <w:t xml:space="preserve">    (c) free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loves him.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Nevertheless</w:t>
      </w:r>
      <w:r>
        <w:rPr>
          <w:b/>
          <w:bCs/>
        </w:rPr>
        <w:t xml:space="preserve">, she is determined to stop seeing him unless he stops drinking.</w:t>
      </w:r>
      <w:r>
        <w:br/>
      </w:r>
      <w:r>
        <w:t xml:space="preserve">    (a) in addition</w:t>
      </w:r>
      <w:r>
        <w:br/>
      </w:r>
      <w:r>
        <w:t xml:space="preserve">    (b) also</w:t>
      </w:r>
      <w:r>
        <w:br/>
      </w:r>
      <w:r>
        <w:t xml:space="preserve">    (c) despite that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keeps telling me her chances of dying in a car accident are 1 in 150, but I keep telling her that's too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optimistic</w:t>
      </w:r>
      <w:r>
        <w:rPr>
          <w:b/>
          <w:bCs/>
        </w:rPr>
        <w:t xml:space="preserve"> </w:t>
      </w:r>
      <w:r>
        <w:rPr>
          <w:b/>
          <w:bCs/>
        </w:rPr>
        <w:t xml:space="preserve">if she drives after drinking.</w:t>
      </w:r>
      <w:r>
        <w:br/>
      </w:r>
      <w:r>
        <w:t xml:space="preserve">    (a) hopeful</w:t>
      </w:r>
      <w:r>
        <w:br/>
      </w:r>
      <w:r>
        <w:t xml:space="preserve">    (b) simplistic</w:t>
      </w:r>
      <w:r>
        <w:br/>
      </w:r>
      <w:r>
        <w:t xml:space="preserve">    (c) gloomy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plaintive</w:t>
      </w:r>
      <w:r>
        <w:rPr>
          <w:b/>
          <w:bCs/>
        </w:rPr>
        <w:t xml:space="preserve"> </w:t>
      </w:r>
      <w:r>
        <w:rPr>
          <w:b/>
          <w:bCs/>
        </w:rPr>
        <w:t xml:space="preserve">poem</w:t>
      </w:r>
      <w:r>
        <w:br/>
      </w:r>
      <w:r>
        <w:t xml:space="preserve">    (a) dramatic</w:t>
      </w:r>
      <w:r>
        <w:br/>
      </w:r>
      <w:r>
        <w:t xml:space="preserve">    (b) joyful</w:t>
      </w:r>
      <w:r>
        <w:br/>
      </w:r>
      <w:r>
        <w:t xml:space="preserve">    (c) sad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During the Second World War, products such as food and gasoline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rationed</w:t>
      </w:r>
      <w:r>
        <w:rPr>
          <w:b/>
          <w:bCs/>
        </w:rPr>
        <w:t xml:space="preserve"> </w:t>
      </w:r>
      <w:r>
        <w:rPr>
          <w:b/>
          <w:bCs/>
        </w:rPr>
        <w:t xml:space="preserve">in the United States, so more resources could be devoted to the war effort.</w:t>
      </w:r>
      <w:r>
        <w:br/>
      </w:r>
      <w:r>
        <w:t xml:space="preserve">    (a) restricted in the amount each person could have</w:t>
      </w:r>
      <w:r>
        <w:br/>
      </w:r>
      <w:r>
        <w:t xml:space="preserve">    (b) set at a high price only the military could afford</w:t>
      </w:r>
      <w:r>
        <w:br/>
      </w:r>
      <w:r>
        <w:t xml:space="preserve">    (c) imported in small amounts from many countries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children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recited</w:t>
      </w:r>
      <w:r>
        <w:rPr>
          <w:b/>
          <w:bCs/>
        </w:rPr>
        <w:t xml:space="preserve"> </w:t>
      </w:r>
      <w:r>
        <w:rPr>
          <w:b/>
          <w:bCs/>
        </w:rPr>
        <w:t xml:space="preserve">the Pledge of Allegiance.</w:t>
      </w:r>
      <w:r>
        <w:br/>
      </w:r>
      <w:r>
        <w:t xml:space="preserve">    (a) memorized</w:t>
      </w:r>
      <w:r>
        <w:br/>
      </w:r>
      <w:r>
        <w:t xml:space="preserve">    (b) listened to</w:t>
      </w:r>
      <w:r>
        <w:br/>
      </w:r>
      <w:r>
        <w:t xml:space="preserve">    (c) said aloud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his speech at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synagogue</w:t>
      </w:r>
      <w:r>
        <w:rPr>
          <w:b/>
          <w:bCs/>
        </w:rPr>
        <w:t xml:space="preserve">, the President repeated that the United States will support Israel.</w:t>
      </w:r>
      <w:r>
        <w:br/>
      </w:r>
      <w:r>
        <w:t xml:space="preserve">    (a) universal religious building</w:t>
      </w:r>
      <w:r>
        <w:br/>
      </w:r>
      <w:r>
        <w:t xml:space="preserve">    (b) Jewish house of worship</w:t>
      </w:r>
      <w:r>
        <w:br/>
      </w:r>
      <w:r>
        <w:t xml:space="preserve">    (c) Jewish school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back yard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veritable</w:t>
      </w:r>
      <w:r>
        <w:rPr>
          <w:b/>
          <w:bCs/>
        </w:rPr>
        <w:t xml:space="preserve"> </w:t>
      </w:r>
      <w:r>
        <w:rPr>
          <w:b/>
          <w:bCs/>
        </w:rPr>
        <w:t xml:space="preserve">jungle.</w:t>
      </w:r>
      <w:r>
        <w:br/>
      </w:r>
      <w:r>
        <w:t xml:space="preserve">    (a) decaying (figuratively)</w:t>
      </w:r>
      <w:r>
        <w:br/>
      </w:r>
      <w:r>
        <w:t xml:space="preserve">    (b) walled (figuratively)</w:t>
      </w:r>
      <w:r>
        <w:br/>
      </w:r>
      <w:r>
        <w:t xml:space="preserve">    (c) real (figuratively)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2026-07-27T15:47:15Z</dcterms:created>
  <dcterms:modified xsi:type="dcterms:W3CDTF">2026-07-27T15:47:15Z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