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ab3c14ca2961d6013e6defc9103f41f60527ac"/>
    <w:p>
      <w:pPr>
        <w:pStyle w:val="Heading1"/>
      </w:pPr>
      <w:r>
        <w:rPr>
          <w:b/>
          <w:bCs/>
        </w:rPr>
        <w:t xml:space="preserve">Night</w:t>
      </w:r>
      <w:r>
        <w:br/>
      </w:r>
      <w:r>
        <w:rPr>
          <w:i/>
          <w:iCs/>
        </w:rPr>
        <w:t xml:space="preserve">Elie Wiesel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good at making a point in an interesting and memorable way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anecdote</w:t>
      </w:r>
      <w:r>
        <w:rPr>
          <w:b/>
          <w:bCs/>
        </w:rPr>
        <w:t xml:space="preserve">.</w:t>
      </w:r>
      <w:r>
        <w:br/>
      </w:r>
      <w:r>
        <w:t xml:space="preserve">    (a) long boring lecture</w:t>
      </w:r>
      <w:r>
        <w:br/>
      </w:r>
      <w:r>
        <w:t xml:space="preserve">    (b) detailed research report</w:t>
      </w:r>
      <w:r>
        <w:br/>
      </w:r>
      <w:r>
        <w:t xml:space="preserve">    (c) short true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veteran team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locker room.</w:t>
      </w:r>
      <w:r>
        <w:br/>
      </w:r>
      <w:r>
        <w:t xml:space="preserve">    (a) tension between members</w:t>
      </w:r>
      <w:r>
        <w:br/>
      </w:r>
      <w:r>
        <w:t xml:space="preserve">    (b) respect for opponents</w:t>
      </w:r>
      <w:r>
        <w:br/>
      </w:r>
      <w:r>
        <w:t xml:space="preserve">    (c) close friendship in a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not bring herself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</w:t>
      </w:r>
      <w:r>
        <w:rPr>
          <w:b/>
          <w:bCs/>
        </w:rPr>
        <w:t xml:space="preserve"> </w:t>
      </w:r>
      <w:r>
        <w:rPr>
          <w:b/>
          <w:bCs/>
        </w:rPr>
        <w:t xml:space="preserve">publicly, but she honored her promise by not discussing her concerns.</w:t>
      </w:r>
      <w:r>
        <w:br/>
      </w:r>
      <w:r>
        <w:t xml:space="preserve">    (a) help</w:t>
      </w:r>
      <w:r>
        <w:br/>
      </w:r>
      <w:r>
        <w:t xml:space="preserve">    (b) criticize</w:t>
      </w:r>
      <w:r>
        <w:br/>
      </w:r>
      <w:r>
        <w:t xml:space="preserve">    (c) 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try to hire employees who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conscientious</w:t>
      </w:r>
      <w:r>
        <w:rPr>
          <w:b/>
          <w:bCs/>
        </w:rPr>
        <w:t xml:space="preserve">.</w:t>
      </w:r>
      <w:r>
        <w:br/>
      </w:r>
      <w:r>
        <w:t xml:space="preserve">    (a) attractive</w:t>
      </w:r>
      <w:r>
        <w:br/>
      </w:r>
      <w:r>
        <w:t xml:space="preserve">    (b) smart</w:t>
      </w:r>
      <w:r>
        <w:br/>
      </w:r>
      <w:r>
        <w:t xml:space="preserve">    (c)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constraints</w:t>
      </w:r>
      <w:r>
        <w:rPr>
          <w:b/>
          <w:bCs/>
        </w:rPr>
        <w:t xml:space="preserve"> </w:t>
      </w:r>
      <w:r>
        <w:rPr>
          <w:b/>
          <w:bCs/>
        </w:rPr>
        <w:t xml:space="preserve">on her power to spend taxpayer funds.</w:t>
      </w:r>
      <w:r>
        <w:br/>
      </w:r>
      <w:r>
        <w:t xml:space="preserve">    (a) flexibility</w:t>
      </w:r>
      <w:r>
        <w:br/>
      </w:r>
      <w:r>
        <w:t xml:space="preserve">    (b) limitations</w:t>
      </w:r>
      <w:r>
        <w:br/>
      </w:r>
      <w:r>
        <w:t xml:space="preserve">    (c) increases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story isn't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credible</w:t>
      </w:r>
      <w:r>
        <w:rPr>
          <w:b/>
          <w:bCs/>
        </w:rPr>
        <w:t xml:space="preserve">.</w:t>
      </w:r>
      <w:r>
        <w:br/>
      </w:r>
      <w:r>
        <w:t xml:space="preserve">    (a) long</w:t>
      </w:r>
      <w:r>
        <w:br/>
      </w:r>
      <w:r>
        <w:t xml:space="preserve">    (b) believable</w:t>
      </w:r>
      <w:r>
        <w:br/>
      </w:r>
      <w:r>
        <w:t xml:space="preserve">    (c) short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Few people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discriminate</w:t>
      </w:r>
      <w:r>
        <w:rPr>
          <w:b/>
          <w:bCs/>
        </w:rPr>
        <w:t xml:space="preserve"> </w:t>
      </w:r>
      <w:r>
        <w:rPr>
          <w:b/>
          <w:bCs/>
        </w:rPr>
        <w:t xml:space="preserve">between similar shades of blue.</w:t>
      </w:r>
      <w:r>
        <w:br/>
      </w:r>
      <w:r>
        <w:t xml:space="preserve">    (a) imagine</w:t>
      </w:r>
      <w:r>
        <w:br/>
      </w:r>
      <w:r>
        <w:t xml:space="preserve">    (b) distinguish</w:t>
      </w:r>
      <w:r>
        <w:br/>
      </w:r>
      <w:r>
        <w:t xml:space="preserve">    (c) confuse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Constantine issued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 </w:t>
      </w:r>
      <w:r>
        <w:rPr>
          <w:b/>
          <w:bCs/>
        </w:rPr>
        <w:t xml:space="preserve">for religious tolerance throughout the Roman Empire.</w:t>
      </w:r>
      <w:r>
        <w:br/>
      </w:r>
      <w:r>
        <w:t xml:space="preserve">    (a) suggestion</w:t>
      </w:r>
      <w:r>
        <w:br/>
      </w:r>
      <w:r>
        <w:t xml:space="preserve">    (b) order</w:t>
      </w:r>
      <w:r>
        <w:br/>
      </w:r>
      <w:r>
        <w:t xml:space="preserve">    (c) study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skipped lunch and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famished</w:t>
      </w:r>
      <w:r>
        <w:rPr>
          <w:b/>
          <w:bCs/>
        </w:rPr>
        <w:t xml:space="preserve"> </w:t>
      </w:r>
      <w:r>
        <w:rPr>
          <w:b/>
          <w:bCs/>
        </w:rPr>
        <w:t xml:space="preserve">by dinner time.</w:t>
      </w:r>
      <w:r>
        <w:br/>
      </w:r>
      <w:r>
        <w:t xml:space="preserve">    (a) very hungry</w:t>
      </w:r>
      <w:r>
        <w:br/>
      </w:r>
      <w:r>
        <w:t xml:space="preserve">    (b) very tired</w:t>
      </w:r>
      <w:r>
        <w:br/>
      </w:r>
      <w:r>
        <w:t xml:space="preserve">    (c) very full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becoming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imperative</w:t>
      </w:r>
      <w:r>
        <w:rPr>
          <w:b/>
          <w:bCs/>
        </w:rPr>
        <w:t xml:space="preserve"> </w:t>
      </w:r>
      <w:r>
        <w:rPr>
          <w:b/>
          <w:bCs/>
        </w:rPr>
        <w:t xml:space="preserve">that we get that national deficit under control.</w:t>
      </w:r>
      <w:r>
        <w:br/>
      </w:r>
      <w:r>
        <w:t xml:space="preserve">    (a) an excuse for ignoring other problems</w:t>
      </w:r>
      <w:r>
        <w:br/>
      </w:r>
      <w:r>
        <w:t xml:space="preserve">    (b) a popular belief</w:t>
      </w:r>
      <w:r>
        <w:br/>
      </w:r>
      <w:r>
        <w:t xml:space="preserve">    (c) essential and urgent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agree to the terms, you give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irrevocable</w:t>
      </w:r>
      <w:r>
        <w:rPr>
          <w:b/>
          <w:bCs/>
        </w:rPr>
        <w:t xml:space="preserve"> </w:t>
      </w:r>
      <w:r>
        <w:rPr>
          <w:b/>
          <w:bCs/>
        </w:rPr>
        <w:t xml:space="preserve">permission to share your comments with others on their site.</w:t>
      </w:r>
      <w:r>
        <w:br/>
      </w:r>
      <w:r>
        <w:t xml:space="preserve">    (a) needing court approval</w:t>
      </w:r>
      <w:r>
        <w:br/>
      </w:r>
      <w:r>
        <w:t xml:space="preserve">    (b) unable to be undone</w:t>
      </w:r>
      <w:r>
        <w:br/>
      </w:r>
      <w:r>
        <w:t xml:space="preserve">    (c) easy to reverse later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Jerusalem's Western Wall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Judaism</w:t>
      </w:r>
      <w:r>
        <w:rPr>
          <w:b/>
          <w:bCs/>
        </w:rPr>
        <w:t xml:space="preserve">'s holiest prayer site.</w:t>
      </w:r>
      <w:r>
        <w:br/>
      </w:r>
      <w:r>
        <w:t xml:space="preserve">    (a) the oldest of the three major monotheistic religions -- whose believers are known as Christians</w:t>
      </w:r>
      <w:r>
        <w:br/>
      </w:r>
      <w:r>
        <w:t xml:space="preserve">    (b) the oldest of the three major monotheistic religions -- whose believers are known as Jews</w:t>
      </w:r>
      <w:r>
        <w:br/>
      </w:r>
      <w:r>
        <w:t xml:space="preserve">    (c) the oldest of the three major monotheistic religions -- whose believers are known as Muslims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company declared bankruptcy, it was forced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liquidate</w:t>
      </w:r>
      <w:r>
        <w:rPr>
          <w:b/>
          <w:bCs/>
        </w:rPr>
        <w:t xml:space="preserve"> </w:t>
      </w:r>
      <w:r>
        <w:rPr>
          <w:b/>
          <w:bCs/>
        </w:rPr>
        <w:t xml:space="preserve">all its assets to pay back creditors.</w:t>
      </w:r>
      <w:r>
        <w:br/>
      </w:r>
      <w:r>
        <w:t xml:space="preserve">    (a) protect from damage</w:t>
      </w:r>
      <w:r>
        <w:br/>
      </w:r>
      <w:r>
        <w:t xml:space="preserve">    (b) combine into one group</w:t>
      </w:r>
      <w:r>
        <w:br/>
      </w:r>
      <w:r>
        <w:t xml:space="preserve">    (c) sell for cash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read MLK's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"Letter from Birmingham Jail"?</w:t>
      </w:r>
      <w:r>
        <w:br/>
      </w:r>
      <w:r>
        <w:t xml:space="preserve">    (a) long</w:t>
      </w:r>
      <w:r>
        <w:br/>
      </w:r>
      <w:r>
        <w:t xml:space="preserve">    (b) arousing deep emotion</w:t>
      </w:r>
      <w:r>
        <w:br/>
      </w:r>
      <w:r>
        <w:t xml:space="preserve">    (c) logically compelling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prostrate</w:t>
      </w:r>
      <w:r>
        <w:rPr>
          <w:b/>
          <w:bCs/>
        </w:rPr>
        <w:t xml:space="preserve"> </w:t>
      </w:r>
      <w:r>
        <w:rPr>
          <w:b/>
          <w:bCs/>
        </w:rPr>
        <w:t xml:space="preserve">on the floor after collapsing from exhaustion.</w:t>
      </w:r>
      <w:r>
        <w:br/>
      </w:r>
      <w:r>
        <w:t xml:space="preserve">    (a) curled up tightly</w:t>
      </w:r>
      <w:r>
        <w:br/>
      </w:r>
      <w:r>
        <w:t xml:space="preserve">    (b) lying face-down</w:t>
      </w:r>
      <w:r>
        <w:br/>
      </w:r>
      <w:r>
        <w:t xml:space="preserve">    (c) sitting upright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reunion gave everyone a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reminisce</w:t>
      </w:r>
      <w:r>
        <w:rPr>
          <w:b/>
          <w:bCs/>
        </w:rPr>
        <w:t xml:space="preserve"> </w:t>
      </w:r>
      <w:r>
        <w:rPr>
          <w:b/>
          <w:bCs/>
        </w:rPr>
        <w:t xml:space="preserve">and reconnect.</w:t>
      </w:r>
      <w:r>
        <w:br/>
      </w:r>
      <w:r>
        <w:t xml:space="preserve">    (a) plan future trips</w:t>
      </w:r>
      <w:r>
        <w:br/>
      </w:r>
      <w:r>
        <w:t xml:space="preserve">    (b) debate old arguments</w:t>
      </w:r>
      <w:r>
        <w:br/>
      </w:r>
      <w:r>
        <w:t xml:space="preserve">    (c) recall fond memories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Unrest continues with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reprieve</w:t>
      </w:r>
      <w:r>
        <w:rPr>
          <w:b/>
          <w:bCs/>
        </w:rPr>
        <w:t xml:space="preserve"> </w:t>
      </w:r>
      <w:r>
        <w:rPr>
          <w:b/>
          <w:bCs/>
        </w:rPr>
        <w:t xml:space="preserve">of the violence in sight.</w:t>
      </w:r>
      <w:r>
        <w:br/>
      </w:r>
      <w:r>
        <w:t xml:space="preserve">    (a) disapproval</w:t>
      </w:r>
      <w:r>
        <w:br/>
      </w:r>
      <w:r>
        <w:t xml:space="preserve">    (b) relief</w:t>
      </w:r>
      <w:r>
        <w:br/>
      </w:r>
      <w:r>
        <w:t xml:space="preserve">    (c) strengthening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read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sage</w:t>
      </w:r>
      <w:r>
        <w:rPr>
          <w:b/>
          <w:bCs/>
        </w:rPr>
        <w:t xml:space="preserve"> </w:t>
      </w:r>
      <w:r>
        <w:rPr>
          <w:b/>
          <w:bCs/>
        </w:rPr>
        <w:t xml:space="preserve">relationship advice at her blog.</w:t>
      </w:r>
      <w:r>
        <w:br/>
      </w:r>
      <w:r>
        <w:t xml:space="preserve">    (a) wise</w:t>
      </w:r>
      <w:r>
        <w:br/>
      </w:r>
      <w:r>
        <w:t xml:space="preserve">    (b) shallow</w:t>
      </w:r>
      <w:r>
        <w:br/>
      </w:r>
      <w:r>
        <w:t xml:space="preserve">    (c) spicy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artwork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transcends</w:t>
      </w:r>
      <w:r>
        <w:rPr>
          <w:b/>
          <w:bCs/>
        </w:rPr>
        <w:t xml:space="preserve"> </w:t>
      </w:r>
      <w:r>
        <w:rPr>
          <w:b/>
          <w:bCs/>
        </w:rPr>
        <w:t xml:space="preserve">typical landscape painting through bold abstract elements.</w:t>
      </w:r>
      <w:r>
        <w:br/>
      </w:r>
      <w:r>
        <w:t xml:space="preserve">    (a) stays within</w:t>
      </w:r>
      <w:r>
        <w:br/>
      </w:r>
      <w:r>
        <w:t xml:space="preserve">    (b) exactly copies</w:t>
      </w:r>
      <w:r>
        <w:br/>
      </w:r>
      <w:r>
        <w:t xml:space="preserve">    (c) goes beyond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grandmother's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wizened</w:t>
      </w:r>
      <w:r>
        <w:rPr>
          <w:b/>
          <w:bCs/>
        </w:rPr>
        <w:t xml:space="preserve"> </w:t>
      </w:r>
      <w:r>
        <w:rPr>
          <w:b/>
          <w:bCs/>
        </w:rPr>
        <w:t xml:space="preserve">hands held mine warmly.</w:t>
      </w:r>
      <w:r>
        <w:br/>
      </w:r>
      <w:r>
        <w:t xml:space="preserve">    (a) smooth and youthful</w:t>
      </w:r>
      <w:r>
        <w:br/>
      </w:r>
      <w:r>
        <w:t xml:space="preserve">    (b) shrunken from age</w:t>
      </w:r>
      <w:r>
        <w:br/>
      </w:r>
      <w:r>
        <w:t xml:space="preserve">    (c) puffy and swollen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2026-07-27T15:47:15Z</dcterms:created>
  <dcterms:modified xsi:type="dcterms:W3CDTF">2026-07-27T15:47:15Z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