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night-elie-wiesel-vocabulary-in-context"/>
    <w:p>
      <w:pPr>
        <w:pStyle w:val="Heading1"/>
      </w:pPr>
      <w:r>
        <w:rPr>
          <w:b/>
          <w:bCs/>
        </w:rPr>
        <w:t xml:space="preserve">Night</w:t>
      </w:r>
      <w:r>
        <w:br/>
      </w:r>
      <w:r>
        <w:rPr>
          <w:i/>
          <w:iCs/>
        </w:rPr>
        <w:t xml:space="preserve">Elie Wiesel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First you must study the basic subjects, those you are able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comprehend</w:t>
      </w:r>
      <w:r>
        <w:rPr>
          <w:b/>
          <w:bCs/>
        </w:rPr>
        <w:t xml:space="preserve">.</w:t>
      </w:r>
      <w:r>
        <w:br/>
      </w:r>
      <w:r>
        <w:t xml:space="preserve">    (a) rug-like artwork -- often hung on a wall for display</w:t>
      </w:r>
      <w:r>
        <w:br/>
      </w:r>
      <w:r>
        <w:t xml:space="preserve">    (b) to concentrate, look at; or the act of concentration</w:t>
      </w:r>
      <w:r>
        <w:br/>
      </w:r>
      <w:r>
        <w:t xml:space="preserve">    (c) understand -- especially to understand it completely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one day they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expelled</w:t>
      </w:r>
      <w:r>
        <w:rPr>
          <w:b/>
          <w:bCs/>
        </w:rPr>
        <w:t xml:space="preserve"> </w:t>
      </w:r>
      <w:r>
        <w:rPr>
          <w:b/>
          <w:bCs/>
        </w:rPr>
        <w:t xml:space="preserve">all the foreign Jews from Sighet.</w:t>
      </w:r>
      <w:r>
        <w:br/>
      </w:r>
      <w:r>
        <w:t xml:space="preserve">    (a) subtracted</w:t>
      </w:r>
      <w:r>
        <w:br/>
      </w:r>
      <w:r>
        <w:t xml:space="preserve">    (b) forced out</w:t>
      </w:r>
      <w:r>
        <w:br/>
      </w:r>
      <w:r>
        <w:t xml:space="preserve">    (c) translated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Annihilate</w:t>
      </w:r>
      <w:r>
        <w:rPr>
          <w:b/>
          <w:bCs/>
        </w:rPr>
        <w:t xml:space="preserve"> </w:t>
      </w:r>
      <w:r>
        <w:rPr>
          <w:b/>
          <w:bCs/>
        </w:rPr>
        <w:t xml:space="preserve">an entire people?</w:t>
      </w:r>
      <w:r>
        <w:br/>
      </w:r>
      <w:r>
        <w:t xml:space="preserve">    (a) to completely destroy or defeat</w:t>
      </w:r>
      <w:r>
        <w:br/>
      </w:r>
      <w:r>
        <w:t xml:space="preserve">    (b) fulfill one's highest potential</w:t>
      </w:r>
      <w:r>
        <w:br/>
      </w:r>
      <w:r>
        <w:t xml:space="preserve">    (c) stop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were no longer allowed to go into restaurants or cafes, to travel on the railway, to attend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synagogue</w:t>
      </w:r>
      <w:r>
        <w:rPr>
          <w:b/>
          <w:bCs/>
        </w:rPr>
        <w:t xml:space="preserve">, to go out into the street alter six o'clock.</w:t>
      </w:r>
      <w:r>
        <w:br/>
      </w:r>
      <w:r>
        <w:t xml:space="preserve">    (a) a particular way of seeing or thinking about things</w:t>
      </w:r>
      <w:r>
        <w:br/>
      </w:r>
      <w:r>
        <w:t xml:space="preserve">    (b) a place where members of the Jewish faith worship</w:t>
      </w:r>
      <w:r>
        <w:br/>
      </w:r>
      <w:r>
        <w:t xml:space="preserve">    (c) collection of star systems held together by gravity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anguish</w:t>
      </w:r>
      <w:r>
        <w:rPr>
          <w:b/>
          <w:bCs/>
        </w:rPr>
        <w:t xml:space="preserve">.</w:t>
      </w:r>
      <w:r>
        <w:br/>
      </w:r>
      <w:r>
        <w:t xml:space="preserve">    (a) extreme pain, suffering, or distress</w:t>
      </w:r>
      <w:r>
        <w:br/>
      </w:r>
      <w:r>
        <w:t xml:space="preserve">    (b) extreme introversion</w:t>
      </w:r>
      <w:r>
        <w:br/>
      </w:r>
      <w:r>
        <w:t xml:space="preserve">    (c) extreme depression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father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accompanied</w:t>
      </w:r>
      <w:r>
        <w:rPr>
          <w:b/>
          <w:bCs/>
        </w:rPr>
        <w:t xml:space="preserve"> </w:t>
      </w:r>
      <w:r>
        <w:rPr>
          <w:b/>
          <w:bCs/>
        </w:rPr>
        <w:t xml:space="preserve">the deportees as far as the entrance of the ghetto.</w:t>
      </w:r>
      <w:r>
        <w:br/>
      </w:r>
      <w:r>
        <w:t xml:space="preserve">    (a) made possible</w:t>
      </w:r>
      <w:r>
        <w:br/>
      </w:r>
      <w:r>
        <w:t xml:space="preserve">    (b) got closer to</w:t>
      </w:r>
      <w:r>
        <w:br/>
      </w:r>
      <w:r>
        <w:t xml:space="preserve">    (c) traveled along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were those who even voiced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optimism</w:t>
      </w:r>
      <w:r>
        <w:rPr>
          <w:b/>
          <w:bCs/>
        </w:rPr>
        <w:t xml:space="preserve">.</w:t>
      </w:r>
      <w:r>
        <w:br/>
      </w:r>
      <w:r>
        <w:t xml:space="preserve">    (a) collection of star systems held together by gravity</w:t>
      </w:r>
      <w:r>
        <w:br/>
      </w:r>
      <w:r>
        <w:t xml:space="preserve">    (b) a tendency to expect and see the best in all things</w:t>
      </w:r>
      <w:r>
        <w:br/>
      </w:r>
      <w:r>
        <w:t xml:space="preserve">    (c) a particular way of seeing or thinking about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Boche would not have time to expel us, they were saying … as far as those who had already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deported</w:t>
      </w:r>
      <w:r>
        <w:rPr>
          <w:b/>
          <w:bCs/>
        </w:rPr>
        <w:t xml:space="preserve"> </w:t>
      </w:r>
      <w:r>
        <w:rPr>
          <w:b/>
          <w:bCs/>
        </w:rPr>
        <w:t xml:space="preserve">were concerned it was too bad; no more could be done.</w:t>
      </w:r>
      <w:r>
        <w:br/>
      </w:r>
      <w:r>
        <w:t xml:space="preserve">    (a) forced someone to leave a country</w:t>
      </w:r>
      <w:r>
        <w:br/>
      </w:r>
      <w:r>
        <w:t xml:space="preserve">    (b) was overly unhappy and unsociable</w:t>
      </w:r>
      <w:r>
        <w:br/>
      </w:r>
      <w:r>
        <w:t xml:space="preserve">    (c) not limited or without boundaries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returned to our places, shame in our souls but fear gnawing at us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.</w:t>
      </w:r>
      <w:r>
        <w:br/>
      </w:r>
      <w:r>
        <w:t xml:space="preserve">    (a) therefore (for that reason)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despite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"Men to the left! Women to the right!" Eight words spoken quietly,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indifferently</w:t>
      </w:r>
      <w:r>
        <w:rPr>
          <w:b/>
          <w:bCs/>
        </w:rPr>
        <w:t xml:space="preserve">, without emotion. Eight short, simple words. Yet that was the moment when I parted from my mother.</w:t>
      </w:r>
      <w:r>
        <w:br/>
      </w:r>
      <w:r>
        <w:t xml:space="preserve">    (a) in a manner that is likely to change</w:t>
      </w:r>
      <w:r>
        <w:br/>
      </w:r>
      <w:r>
        <w:t xml:space="preserve">    (b) in a manner that does not find fault</w:t>
      </w:r>
      <w:r>
        <w:br/>
      </w:r>
      <w:r>
        <w:t xml:space="preserve">    (c) without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Someone began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recite</w:t>
      </w:r>
      <w:r>
        <w:rPr>
          <w:b/>
          <w:bCs/>
        </w:rPr>
        <w:t xml:space="preserve"> </w:t>
      </w:r>
      <w:r>
        <w:rPr>
          <w:b/>
          <w:bCs/>
        </w:rPr>
        <w:t xml:space="preserve">Kaddish, the prayer for the dead.</w:t>
      </w:r>
      <w:r>
        <w:br/>
      </w:r>
      <w:r>
        <w:t xml:space="preserve">    (a) to say or read something aloud -- especially something previously memorized such as a poem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to say in detail -- especially a list of things</w:t>
      </w:r>
      <w:r>
        <w:br/>
      </w:r>
      <w:r>
        <w:t xml:space="preserve">    (b) recommend or require what should be done  OR  (of a medical doctor) give medical instructions -- such as writing that a patient should take antibiotics</w:t>
      </w:r>
      <w:r>
        <w:br/>
      </w:r>
      <w:r>
        <w:t xml:space="preserve">    (c) fear, or anticipate with worry (commonly only seen in the forms "apprehensive" and "apprehension," but seen in this form in classic literature)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fact, this affection was not entirely altruistic; there existed here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veritable</w:t>
      </w:r>
      <w:r>
        <w:rPr>
          <w:b/>
          <w:bCs/>
        </w:rPr>
        <w:t xml:space="preserve"> </w:t>
      </w:r>
      <w:r>
        <w:rPr>
          <w:b/>
          <w:bCs/>
        </w:rPr>
        <w:t xml:space="preserve">traffic of children among homosexuals, I learned later.</w:t>
      </w:r>
      <w:r>
        <w:br/>
      </w:r>
      <w:r>
        <w:t xml:space="preserve">    (a) used for emphasis to introduce a dramatic metaphor</w:t>
      </w:r>
      <w:r>
        <w:br/>
      </w:r>
      <w:r>
        <w:t xml:space="preserve">    (b) deserving no respect (worthless or of bad quality)</w:t>
      </w:r>
      <w:r>
        <w:br/>
      </w:r>
      <w:r>
        <w:t xml:space="preserve">    (c) the quality or degree of not being straightforward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decided that, if we were granted our lives until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liberation</w:t>
      </w:r>
      <w:r>
        <w:rPr>
          <w:b/>
          <w:bCs/>
        </w:rPr>
        <w:t xml:space="preserve">, we would not stay in Europe a day longer.</w:t>
      </w:r>
      <w:r>
        <w:br/>
      </w:r>
      <w:r>
        <w:t xml:space="preserve">    (a) the act of being set free</w:t>
      </w:r>
      <w:r>
        <w:br/>
      </w:r>
      <w:r>
        <w:t xml:space="preserve">    (b) expressing intense hatred</w:t>
      </w:r>
      <w:r>
        <w:br/>
      </w:r>
      <w:r>
        <w:t xml:space="preserve">    (c) aroused or inspired again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went to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infirmary</w:t>
      </w:r>
      <w:r>
        <w:rPr>
          <w:b/>
          <w:bCs/>
        </w:rPr>
        <w:t xml:space="preserve"> </w:t>
      </w:r>
      <w:r>
        <w:rPr>
          <w:b/>
          <w:bCs/>
        </w:rPr>
        <w:t xml:space="preserve">block.</w:t>
      </w:r>
      <w:r>
        <w:br/>
      </w:r>
      <w:r>
        <w:t xml:space="preserve">    (a) a small facility where patients receive treatment</w:t>
      </w:r>
      <w:r>
        <w:br/>
      </w:r>
      <w:r>
        <w:t xml:space="preserve">    (b) people who do not believe in the existence of god</w:t>
      </w:r>
      <w:r>
        <w:br/>
      </w:r>
      <w:r>
        <w:t xml:space="preserve">    (c) a state in which there is little ability to think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Franek,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foreman</w:t>
      </w:r>
      <w:r>
        <w:rPr>
          <w:b/>
          <w:bCs/>
        </w:rPr>
        <w:t xml:space="preserve">, one day noticed the gold-crowned tooth in my mouth.</w:t>
      </w:r>
      <w:r>
        <w:br/>
      </w:r>
      <w:r>
        <w:t xml:space="preserve">    (a) a person who is in charge of other workers</w:t>
      </w:r>
      <w:r>
        <w:br/>
      </w:r>
      <w:r>
        <w:t xml:space="preserve">    (b) someone who roughly calculates or guesses a value, quantity, or extent of something</w:t>
      </w:r>
      <w:r>
        <w:br/>
      </w:r>
      <w:r>
        <w:t xml:space="preserve">    (c) someone responsible for making a judgment after thinking carefully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no longer able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lament</w:t>
      </w:r>
      <w:r>
        <w:rPr>
          <w:b/>
          <w:bCs/>
        </w:rPr>
        <w:t xml:space="preserve">.</w:t>
      </w:r>
      <w:r>
        <w:br/>
      </w:r>
      <w:r>
        <w:t xml:space="preserve">    (a) express grief or regret</w:t>
      </w:r>
      <w:r>
        <w:br/>
      </w:r>
      <w:r>
        <w:t xml:space="preserve">    (b) gradually add or remove</w:t>
      </w:r>
      <w:r>
        <w:br/>
      </w:r>
      <w:r>
        <w:t xml:space="preserve">    (c) make or cause to become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a sound of distress, not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plaintive</w:t>
      </w:r>
      <w:r>
        <w:rPr>
          <w:b/>
          <w:bCs/>
        </w:rPr>
        <w:t xml:space="preserve"> </w:t>
      </w:r>
      <w:r>
        <w:rPr>
          <w:b/>
          <w:bCs/>
        </w:rPr>
        <w:t xml:space="preserve">cry, nothing but mass agony and silence.</w:t>
      </w:r>
      <w:r>
        <w:br/>
      </w:r>
      <w:r>
        <w:t xml:space="preserve">    (a) bad</w:t>
      </w:r>
      <w:r>
        <w:br/>
      </w:r>
      <w:r>
        <w:t xml:space="preserve">    (b) sad</w:t>
      </w:r>
      <w:r>
        <w:br/>
      </w:r>
      <w:r>
        <w:t xml:space="preserve">    (c) real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From time to time, SS officers on motorcycles would go down the length of the column to try and shake us out of our growing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apathy</w:t>
      </w:r>
      <w:r>
        <w:rPr>
          <w:b/>
          <w:bCs/>
        </w:rPr>
        <w:t xml:space="preserve">: "Keep going!"</w:t>
      </w:r>
      <w:r>
        <w:br/>
      </w:r>
      <w:r>
        <w:t xml:space="preserve">    (a) non-traditional or non-standard</w:t>
      </w:r>
      <w:r>
        <w:br/>
      </w:r>
      <w:r>
        <w:t xml:space="preserve">    (b) poor ability to make a decision</w:t>
      </w:r>
      <w:r>
        <w:br/>
      </w:r>
      <w:r>
        <w:t xml:space="preserve">    (c) lack of interest and enthusiasm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bread we had brought from Buna had long since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devoured</w:t>
      </w:r>
      <w:r>
        <w:rPr>
          <w:b/>
          <w:bCs/>
        </w:rPr>
        <w:t xml:space="preserve">.</w:t>
      </w:r>
      <w:r>
        <w:br/>
      </w:r>
      <w:r>
        <w:t xml:space="preserve">    (a) gradually added or removed</w:t>
      </w:r>
      <w:r>
        <w:br/>
      </w:r>
      <w:r>
        <w:t xml:space="preserve">    (b) limited or with boundaries</w:t>
      </w:r>
      <w:r>
        <w:br/>
      </w:r>
      <w:r>
        <w:t xml:space="preserve">    (c) eaten rapidly and completely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...don't give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ration</w:t>
      </w:r>
      <w:r>
        <w:rPr>
          <w:b/>
          <w:bCs/>
        </w:rPr>
        <w:t xml:space="preserve"> </w:t>
      </w:r>
      <w:r>
        <w:rPr>
          <w:b/>
          <w:bCs/>
        </w:rPr>
        <w:t xml:space="preserve">of bread and soup to your old father. There's nothing you can do for him. And you're killing yourself.</w:t>
      </w:r>
      <w:r>
        <w:br/>
      </w:r>
      <w:r>
        <w:t xml:space="preserve">    (a) remove or suppress anything considered obscene, immoral, or politically unacceptable  OR  a person who does such suppression</w:t>
      </w:r>
      <w:r>
        <w:br/>
      </w:r>
      <w:r>
        <w:t xml:space="preserve">    (b) a fixed portion of food given as a share</w:t>
      </w:r>
      <w:r>
        <w:br/>
      </w:r>
      <w:r>
        <w:t xml:space="preserve">    (c) to corrupt or seduce from virtue, duty, or allegiance  OR  excessive drinking, casual sex, and/or drug abuse while partying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2026-07-27T15:47:15Z</dcterms:created>
  <dcterms:modified xsi:type="dcterms:W3CDTF">2026-07-27T15:47:15Z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