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116847a4e0b36b6f7ca05aeae95aeef842545b"/>
    <w:p>
      <w:pPr>
        <w:pStyle w:val="Heading1"/>
      </w:pPr>
      <w:r>
        <w:rPr>
          <w:b/>
          <w:bCs/>
        </w:rPr>
        <w:t xml:space="preserve">Night</w:t>
      </w:r>
      <w:r>
        <w:br/>
      </w:r>
      <w:r>
        <w:rPr>
          <w:i/>
          <w:iCs/>
        </w:rPr>
        <w:t xml:space="preserve">Elie Wiesel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asked my father to sell everything,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liquidate</w:t>
      </w:r>
      <w:r>
        <w:rPr>
          <w:b/>
          <w:bCs/>
        </w:rPr>
        <w:t xml:space="preserve"> </w:t>
      </w:r>
      <w:r>
        <w:rPr>
          <w:b/>
          <w:bCs/>
        </w:rPr>
        <w:t xml:space="preserve">everything, and to leave.</w:t>
      </w:r>
      <w:r>
        <w:br/>
      </w:r>
      <w:r>
        <w:t xml:space="preserve">    (a) to put someone into a state of hypnosis (a trance-like state of focused concentration and heightened suggestibility)</w:t>
      </w:r>
      <w:r>
        <w:br/>
      </w:r>
      <w:r>
        <w:t xml:space="preserve">    (b) To settle or dispose of something completely -- especially by selling assets or forcefully eliminating a person or thing</w:t>
      </w:r>
      <w:r>
        <w:br/>
      </w:r>
      <w:r>
        <w:t xml:space="preserve">    (c) to corrupt or seduce from virtue, duty, or allegiance  OR  excessive drinking, casual sex, and/or drug abuse while partying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: Jews were prohibited from leaving their residences for three days, under penalty of death.</w:t>
      </w:r>
      <w:r>
        <w:br/>
      </w:r>
      <w:r>
        <w:t xml:space="preserve">    (a) a stone shaped like a disk that spins and is used to grind, sharpen or polish</w:t>
      </w:r>
      <w:r>
        <w:br/>
      </w:r>
      <w:r>
        <w:t xml:space="preserve">    (b) an order -- typically a formal proclamation or a legally binding court decree</w:t>
      </w:r>
      <w:r>
        <w:br/>
      </w:r>
      <w:r>
        <w:t xml:space="preserve">    (c) a psychologist concerned with the treatment of abnormal thinking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was telling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anecdotes</w:t>
      </w:r>
      <w:r>
        <w:rPr>
          <w:b/>
          <w:bCs/>
        </w:rPr>
        <w:t xml:space="preserve"> </w:t>
      </w:r>
      <w:r>
        <w:rPr>
          <w:b/>
          <w:bCs/>
        </w:rPr>
        <w:t xml:space="preserve">and expounding his own views on the situation.</w:t>
      </w:r>
      <w:r>
        <w:br/>
      </w:r>
      <w:r>
        <w:t xml:space="preserve">    (a) outward appearances</w:t>
      </w:r>
      <w:r>
        <w:br/>
      </w:r>
      <w:r>
        <w:t xml:space="preserve">    (b) short, true stories</w:t>
      </w:r>
      <w:r>
        <w:br/>
      </w:r>
      <w:r>
        <w:t xml:space="preserve">    (c) sizes or dimensions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Tomorrow you will be expelled, you and your family, you and all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Jews</w:t>
      </w:r>
      <w:r>
        <w:rPr>
          <w:b/>
          <w:bCs/>
        </w:rPr>
        <w:t xml:space="preserve">.</w:t>
      </w:r>
      <w:r>
        <w:br/>
      </w:r>
      <w:r>
        <w:t xml:space="preserve">    (a) people who believe in the teachings of Buddha (including that suffering and rebirth end when enlightenment is obtained through right conduct, wisdom and meditation)</w:t>
      </w:r>
      <w:r>
        <w:br/>
      </w:r>
      <w:r>
        <w:t xml:space="preserve">    (b) people who believe in or identify with the culture of Judaism (the oldest of the three major monotheistic religions)</w:t>
      </w:r>
      <w:r>
        <w:br/>
      </w:r>
      <w:r>
        <w:t xml:space="preserve">    (c) people who believe in the teachings of Muhammad as laid down in the Koran (the world's second most practiced religion)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Hungarian police struck out with truncheons and rifle butts, to right and left, without reason,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indiscriminately</w:t>
      </w:r>
      <w:r>
        <w:rPr>
          <w:b/>
          <w:bCs/>
        </w:rPr>
        <w:t xml:space="preserve"> </w:t>
      </w:r>
      <w:r>
        <w:rPr>
          <w:b/>
          <w:bCs/>
        </w:rPr>
        <w:t xml:space="preserve">their blows falling upon old men and women, children and invalids alike.</w:t>
      </w:r>
      <w:r>
        <w:br/>
      </w:r>
      <w:r>
        <w:t xml:space="preserve">    (a) enthusiastically or with great interest</w:t>
      </w:r>
      <w:r>
        <w:br/>
      </w:r>
      <w:r>
        <w:t xml:space="preserve">    (b) in a pessimistic or disagreeable manner</w:t>
      </w:r>
      <w:r>
        <w:br/>
      </w:r>
      <w:r>
        <w:t xml:space="preserve">    (c) without recognition of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Freed of normal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, some of the young let go of their inhibitions and, under cover of darkness, caressed one another, without any thought of others, alone in the world.</w:t>
      </w:r>
      <w:r>
        <w:br/>
      </w:r>
      <w:r>
        <w:t xml:space="preserve">    (a) limitations</w:t>
      </w:r>
      <w:r>
        <w:br/>
      </w:r>
      <w:r>
        <w:t xml:space="preserve">    (b) thigh bones</w:t>
      </w:r>
      <w:r>
        <w:br/>
      </w:r>
      <w:r>
        <w:t xml:space="preserve">    (c)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doors were nailed, the way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irrevocably</w:t>
      </w:r>
      <w:r>
        <w:rPr>
          <w:b/>
          <w:bCs/>
        </w:rPr>
        <w:t xml:space="preserve"> </w:t>
      </w:r>
      <w:r>
        <w:rPr>
          <w:b/>
          <w:bCs/>
        </w:rPr>
        <w:t xml:space="preserve">cut off.</w:t>
      </w:r>
      <w:r>
        <w:br/>
      </w:r>
      <w:r>
        <w:t xml:space="preserve">    (a) in the manner of an investigation</w:t>
      </w:r>
      <w:r>
        <w:br/>
      </w:r>
      <w:r>
        <w:t xml:space="preserve">    (b) in a manner that cannot be undone</w:t>
      </w:r>
      <w:r>
        <w:br/>
      </w:r>
      <w:r>
        <w:t xml:space="preserve">    (c) separately in the specified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to stay together.</w:t>
      </w:r>
      <w:r>
        <w:br/>
      </w:r>
      <w:r>
        <w:t xml:space="preserve">    (a) essential and urgent</w:t>
      </w:r>
      <w:r>
        <w:br/>
      </w:r>
      <w:r>
        <w:t xml:space="preserve">    (b) sincerity (realness)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That's the teaching of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sages</w:t>
      </w:r>
      <w:r>
        <w:rPr>
          <w:b/>
          <w:bCs/>
        </w:rPr>
        <w:t xml:space="preserve">.</w:t>
      </w:r>
      <w:r>
        <w:br/>
      </w:r>
      <w:r>
        <w:t xml:space="preserve">    (a) social events or ceremonies</w:t>
      </w:r>
      <w:r>
        <w:br/>
      </w:r>
      <w:r>
        <w:t xml:space="preserve">    (b) people known for being wise</w:t>
      </w:r>
      <w:r>
        <w:br/>
      </w:r>
      <w:r>
        <w:t xml:space="preserve">    (c) reasons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Hell does not last forever...And now, here is a prayer, or rather a piece of advice: let there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among you.</w:t>
      </w:r>
      <w:r>
        <w:br/>
      </w:r>
      <w:r>
        <w:t xml:space="preserve">    (a) close friendship amongst a group of people</w:t>
      </w:r>
      <w:r>
        <w:br/>
      </w:r>
      <w:r>
        <w:t xml:space="preserve">    (b) not appropriate in size, amount, or degree</w:t>
      </w:r>
      <w:r>
        <w:br/>
      </w:r>
      <w:r>
        <w:t xml:space="preserve">    (c) the degree of not being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 looking for us was a bespectacled little fellow with a wrinkled,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wizened</w:t>
      </w:r>
      <w:r>
        <w:rPr>
          <w:b/>
          <w:bCs/>
        </w:rPr>
        <w:t xml:space="preserve"> </w:t>
      </w:r>
      <w:r>
        <w:rPr>
          <w:b/>
          <w:bCs/>
        </w:rPr>
        <w:t xml:space="preserve">face.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deserving no respect (worthless or of bad quality)</w:t>
      </w:r>
      <w:r>
        <w:br/>
      </w:r>
      <w:r>
        <w:t xml:space="preserve">    (c) lean and wrinkled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concurred</w:t>
      </w:r>
      <w:r>
        <w:rPr>
          <w:b/>
          <w:bCs/>
        </w:rPr>
        <w:t xml:space="preserve"> </w:t>
      </w:r>
      <w:r>
        <w:rPr>
          <w:b/>
          <w:bCs/>
        </w:rPr>
        <w:t xml:space="preserve">with Job!</w:t>
      </w:r>
      <w:r>
        <w:br/>
      </w:r>
      <w:r>
        <w:t xml:space="preserve">    (a) agreed</w:t>
      </w:r>
      <w:r>
        <w:br/>
      </w:r>
      <w:r>
        <w:t xml:space="preserve">    (b) copied</w:t>
      </w:r>
      <w:r>
        <w:br/>
      </w:r>
      <w:r>
        <w:t xml:space="preserve">    (c) traded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 hand, the dentist seemed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</w:t>
      </w:r>
      <w:r>
        <w:rPr>
          <w:b/>
          <w:bCs/>
        </w:rPr>
        <w:t xml:space="preserve">: he asked me to open my mouth wide.</w:t>
      </w:r>
      <w:r>
        <w:br/>
      </w:r>
      <w:r>
        <w:t xml:space="preserve">    (a) orbiting Earth once per day</w:t>
      </w:r>
      <w:r>
        <w:br/>
      </w:r>
      <w:r>
        <w:t xml:space="preserve">    (b) not attractive or desirable</w:t>
      </w:r>
      <w:r>
        <w:br/>
      </w:r>
      <w:r>
        <w:t xml:space="preserve">    (c) careful to do what is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even less: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famished</w:t>
      </w:r>
      <w:r>
        <w:rPr>
          <w:b/>
          <w:bCs/>
        </w:rPr>
        <w:t xml:space="preserve"> </w:t>
      </w:r>
      <w:r>
        <w:rPr>
          <w:b/>
          <w:bCs/>
        </w:rPr>
        <w:t xml:space="preserve">stomach.</w:t>
      </w:r>
      <w:r>
        <w:br/>
      </w:r>
      <w:r>
        <w:t xml:space="preserve">    (a) not concentrated</w:t>
      </w:r>
      <w:r>
        <w:br/>
      </w:r>
      <w:r>
        <w:t xml:space="preserve">    (b) strongly desired</w:t>
      </w:r>
      <w:r>
        <w:br/>
      </w:r>
      <w:r>
        <w:t xml:space="preserve">    (c) extremely hungry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spent the whole evening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reminiscing</w:t>
      </w:r>
      <w:r>
        <w:rPr>
          <w:b/>
          <w:bCs/>
        </w:rPr>
        <w:t xml:space="preserve">.</w:t>
      </w:r>
      <w:r>
        <w:br/>
      </w:r>
      <w:r>
        <w:t xml:space="preserve">    (a) returning to an undesirable previous condition</w:t>
      </w:r>
      <w:r>
        <w:br/>
      </w:r>
      <w:r>
        <w:t xml:space="preserve">    (b) to talk or think fondly about past experiences</w:t>
      </w:r>
      <w:r>
        <w:br/>
      </w:r>
      <w:r>
        <w:t xml:space="preserve">    (c) thinking carefully and making a judgment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we had heard some talk of German military defeats on the various fronts, we were not sure if 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credible</w:t>
      </w:r>
      <w:r>
        <w:rPr>
          <w:b/>
          <w:bCs/>
        </w:rPr>
        <w:t xml:space="preserve">.</w:t>
      </w:r>
      <w:r>
        <w:br/>
      </w:r>
      <w:r>
        <w:t xml:space="preserve">    (a) believable as a truth or as a means of accomplishing something</w:t>
      </w:r>
      <w:r>
        <w:br/>
      </w:r>
      <w:r>
        <w:t xml:space="preserve">    (b) the characteristic of being excessively unhappy and unsociable</w:t>
      </w:r>
      <w:r>
        <w:br/>
      </w:r>
      <w:r>
        <w:t xml:space="preserve">    (c) the condition of continuing or seeming to continue without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we would know the verdict: death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reprieve</w:t>
      </w:r>
      <w:r>
        <w:rPr>
          <w:b/>
          <w:bCs/>
        </w:rPr>
        <w:t xml:space="preserve">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temporary relief from something difficult or unpleasant; can also refer to a delay in punishment -- especially the death penalty</w:t>
      </w:r>
      <w:r>
        <w:br/>
      </w:r>
      <w:r>
        <w:t xml:space="preserve">    (c) present something to treat as true in order to advance a discussion or to further investigation even though it might not be true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transcended</w:t>
      </w:r>
      <w:r>
        <w:rPr>
          <w:b/>
          <w:bCs/>
        </w:rPr>
        <w:t xml:space="preserve"> </w:t>
      </w:r>
      <w:r>
        <w:rPr>
          <w:b/>
          <w:bCs/>
        </w:rPr>
        <w:t xml:space="preserve">everything—death, fatigue, our natural needs.</w:t>
      </w:r>
      <w:r>
        <w:br/>
      </w:r>
      <w:r>
        <w:t xml:space="preserve">    (a) restricted</w:t>
      </w:r>
      <w:r>
        <w:br/>
      </w:r>
      <w:r>
        <w:t xml:space="preserve">    (b) exceeded or surpassed</w:t>
      </w:r>
      <w:r>
        <w:br/>
      </w:r>
      <w:r>
        <w:t xml:space="preserve">    (c) reached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Next to him lay his violin, trampled, an eerily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little corpse.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sharp or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suffering from dysentery, my father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</w:t>
      </w:r>
      <w:r>
        <w:rPr>
          <w:b/>
          <w:bCs/>
        </w:rPr>
        <w:t xml:space="preserve"> </w:t>
      </w:r>
      <w:r>
        <w:rPr>
          <w:b/>
          <w:bCs/>
        </w:rPr>
        <w:t xml:space="preserve">on his cot, with another five sick inmates nearby.</w:t>
      </w:r>
      <w:r>
        <w:br/>
      </w:r>
      <w:r>
        <w:t xml:space="preserve">    (a) lying down - typically face downward on the ground as in submission</w:t>
      </w:r>
      <w:r>
        <w:br/>
      </w:r>
      <w:r>
        <w:t xml:space="preserve">    (b) an overwhelming amount; or to overwhelm -- especially said of water</w:t>
      </w:r>
      <w:r>
        <w:br/>
      </w:r>
      <w:r>
        <w:t xml:space="preserve">    (c) spend time with; or someone with whom a person spends a lot of time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2026-07-27T15:47:16Z</dcterms:created>
  <dcterms:modified xsi:type="dcterms:W3CDTF">2026-07-27T15:47:16Z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