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9872c0862333473118bea7a20fc3e7b8c87b10"/>
    <w:p>
      <w:pPr>
        <w:pStyle w:val="Heading1"/>
      </w:pPr>
      <w:r>
        <w:rPr>
          <w:b/>
          <w:bCs/>
        </w:rPr>
        <w:t xml:space="preserve">Goosebumps - Night of the Living Dummy</w:t>
      </w:r>
      <w:r>
        <w:br/>
      </w:r>
      <w:r>
        <w:rPr>
          <w:i/>
          <w:iCs/>
        </w:rPr>
        <w:t xml:space="preserve">R. L. Stine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Kris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uttered</w:t>
      </w:r>
      <w:r>
        <w:rPr>
          <w:b/>
          <w:bCs/>
        </w:rPr>
        <w:t xml:space="preserve"> </w:t>
      </w:r>
      <w:r>
        <w:rPr>
          <w:b/>
          <w:bCs/>
        </w:rPr>
        <w:t xml:space="preserve">an angry growl.</w:t>
      </w:r>
      <w:r>
        <w:br/>
      </w:r>
      <w:r>
        <w:t xml:space="preserve">    (a) controlled (how something turned out)</w:t>
      </w:r>
      <w:r>
        <w:br/>
      </w:r>
      <w:r>
        <w:t xml:space="preserve">    (b) genetically changed through evolution</w:t>
      </w:r>
      <w:r>
        <w:br/>
      </w:r>
      <w:r>
        <w:t xml:space="preserve">    (c) said (or make a sound) with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Exasperated</w:t>
      </w:r>
      <w:r>
        <w:rPr>
          <w:b/>
          <w:bCs/>
        </w:rPr>
        <w:t xml:space="preserve">, Kris turned back to her mother, who was stuffing socks into a dresser drawer.</w:t>
      </w:r>
      <w:r>
        <w:br/>
      </w:r>
      <w:r>
        <w:t xml:space="preserve">    (a) came or arrived</w:t>
      </w:r>
      <w:r>
        <w:br/>
      </w:r>
      <w:r>
        <w:t xml:space="preserve">    (b) greatly annoyed</w:t>
      </w:r>
      <w:r>
        <w:br/>
      </w:r>
      <w:r>
        <w:t xml:space="preserve">    (c) said indirectly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squirrel, halfway up the wide trunk of a maple tree, watched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warily</w:t>
      </w:r>
      <w:r>
        <w:rPr>
          <w:b/>
          <w:bCs/>
        </w:rPr>
        <w:t xml:space="preserve">.</w:t>
      </w:r>
      <w:r>
        <w:br/>
      </w:r>
      <w:r>
        <w:t xml:space="preserve">    (a) in a manner that involves betrayal</w:t>
      </w:r>
      <w:r>
        <w:br/>
      </w:r>
      <w:r>
        <w:t xml:space="preserve">    (b) with difficulty moving or managing</w:t>
      </w:r>
      <w:r>
        <w:br/>
      </w:r>
      <w:r>
        <w:t xml:space="preserve">    (c) in a nervous or distrustful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Lindy laughed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easily noticed</w:t>
      </w:r>
      <w:r>
        <w:br/>
      </w:r>
      <w:r>
        <w:t xml:space="preserve">    (b) with grace of movement and flexibility</w:t>
      </w:r>
      <w:r>
        <w:br/>
      </w:r>
      <w:r>
        <w:t xml:space="preserve">    (c) in a disrespectful or rejecting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Kris was sitting on the curb, cradling her head in her hands,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dejected</w:t>
      </w:r>
      <w:r>
        <w:rPr>
          <w:b/>
          <w:bCs/>
        </w:rPr>
        <w:t xml:space="preserve"> </w:t>
      </w:r>
      <w:r>
        <w:rPr>
          <w:b/>
          <w:bCs/>
        </w:rPr>
        <w:t xml:space="preserve">look on her face.</w:t>
      </w:r>
      <w:r>
        <w:br/>
      </w:r>
      <w:r>
        <w:t xml:space="preserve">    (a) feeling sad, disappointed, or low in spirits -- especially after a loss or setback</w:t>
      </w:r>
      <w:r>
        <w:br/>
      </w:r>
      <w:r>
        <w:t xml:space="preserve">    (b) the quality of feeling angry or unhappy about having to accept something not liked</w:t>
      </w:r>
      <w:r>
        <w:br/>
      </w:r>
      <w:r>
        <w:t xml:space="preserve">    (c) an argument attributed to one's opponent that is weaker than their actual argument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with her eyes closed and the covers pulled up to her head, she could picture the shadowy,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grin, the unblinking eyes.</w:t>
      </w:r>
      <w:r>
        <w:br/>
      </w:r>
      <w:r>
        <w:t xml:space="preserve">    (a) said (or make a sound) with the voice</w:t>
      </w:r>
      <w:r>
        <w:br/>
      </w:r>
      <w:r>
        <w:t xml:space="preserve">    (b) altered in an unnatural or untrue way</w:t>
      </w:r>
      <w:r>
        <w:br/>
      </w:r>
      <w:r>
        <w:t xml:space="preserve">    (c) genetically changed through evolution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obnoxious</w:t>
      </w:r>
      <w:r>
        <w:rPr>
          <w:b/>
          <w:bCs/>
        </w:rPr>
        <w:t xml:space="preserve"> </w:t>
      </w:r>
      <w:r>
        <w:rPr>
          <w:b/>
          <w:bCs/>
        </w:rPr>
        <w:t xml:space="preserve">of you, Lindy.</w:t>
      </w:r>
      <w:r>
        <w:br/>
      </w:r>
      <w:r>
        <w:t xml:space="preserve">    (a) impossible to find</w:t>
      </w:r>
      <w:r>
        <w:br/>
      </w:r>
      <w:r>
        <w:t xml:space="preserve">    (b) good or beneficial</w:t>
      </w:r>
      <w:r>
        <w:br/>
      </w:r>
      <w:r>
        <w:t xml:space="preserve">    (c) rude or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her blouse and skirt, Mr. Wood grinned up at her, as if enjoying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bewilderment</w:t>
      </w:r>
      <w:r>
        <w:rPr>
          <w:b/>
          <w:bCs/>
        </w:rPr>
        <w:t xml:space="preserve">.</w:t>
      </w:r>
      <w:r>
        <w:br/>
      </w:r>
      <w:r>
        <w:t xml:space="preserve">    (a) a feeling of extreme confusion</w:t>
      </w:r>
      <w:r>
        <w:br/>
      </w:r>
      <w:r>
        <w:t xml:space="preserve">    (b) a change; or a changed version</w:t>
      </w:r>
      <w:r>
        <w:br/>
      </w:r>
      <w:r>
        <w:t xml:space="preserve">    (c) a type of small portable radio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dummy grinned up at her,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mischievous</w:t>
      </w:r>
      <w:r>
        <w:rPr>
          <w:b/>
          <w:bCs/>
        </w:rPr>
        <w:t xml:space="preserve"> </w:t>
      </w:r>
      <w:r>
        <w:rPr>
          <w:b/>
          <w:bCs/>
        </w:rPr>
        <w:t xml:space="preserve">grin on his face.</w:t>
      </w:r>
      <w:r>
        <w:br/>
      </w:r>
      <w:r>
        <w:t xml:space="preserve">    (a) the state or degree of having the ability to change for different situations</w:t>
      </w:r>
      <w:r>
        <w:br/>
      </w:r>
      <w:r>
        <w:t xml:space="preserve">    (b) the quality of behaving in an instinctive, uninhibited, and unplanned manner</w:t>
      </w:r>
      <w:r>
        <w:br/>
      </w:r>
      <w:r>
        <w:t xml:space="preserve">    (c) playfully causing minor trouble; or describing the smile of someone doing 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Kris stammered,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although</w:t>
      </w:r>
      <w:r>
        <w:rPr>
          <w:b/>
          <w:bCs/>
        </w:rPr>
        <w:t xml:space="preserve"> </w:t>
      </w:r>
      <w:r>
        <w:rPr>
          <w:b/>
          <w:bCs/>
        </w:rPr>
        <w:t xml:space="preserve">her sister was already staring in horror at the scene.</w:t>
      </w:r>
      <w:r>
        <w:br/>
      </w:r>
      <w:r>
        <w:t xml:space="preserve">    (a) therefore (for that reason)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was pale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with fear.</w:t>
      </w:r>
      <w:r>
        <w:br/>
      </w:r>
      <w:r>
        <w:t xml:space="preserve">    (a) pulled or drawn tight;</w:t>
      </w:r>
      <w:r>
        <w:br/>
      </w:r>
      <w:r>
        <w:t xml:space="preserve">or: subjected to great tension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the state or degree of being pessimistic or disagreeable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Kris struggled to regain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composure</w:t>
      </w:r>
      <w:r>
        <w:rPr>
          <w:b/>
          <w:bCs/>
        </w:rPr>
        <w:t xml:space="preserve">.</w:t>
      </w:r>
      <w:r>
        <w:br/>
      </w:r>
      <w:r>
        <w:t xml:space="preserve">    (a) restarted (a fire)</w:t>
      </w:r>
      <w:r>
        <w:br/>
      </w:r>
      <w:r>
        <w:t xml:space="preserve">    (b) wrongly translates</w:t>
      </w:r>
      <w:r>
        <w:br/>
      </w:r>
      <w:r>
        <w:t xml:space="preserve">    (c) calm state of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earrings and bracelets and strands of beads tossed everywhere, mixed with the spilled, strewn food like some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 </w:t>
      </w:r>
      <w:r>
        <w:rPr>
          <w:b/>
          <w:bCs/>
        </w:rPr>
        <w:t xml:space="preserve">salad.</w:t>
      </w:r>
      <w:r>
        <w:br/>
      </w:r>
      <w:r>
        <w:t xml:space="preserve">    (a) exceedingly odd or unusual</w:t>
      </w:r>
      <w:r>
        <w:br/>
      </w:r>
      <w:r>
        <w:t xml:space="preserve">    (b) able to meet and talk with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heavy silence blanketed the room as all three Powells stared down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 </w:t>
      </w:r>
      <w:r>
        <w:rPr>
          <w:b/>
          <w:bCs/>
        </w:rPr>
        <w:t xml:space="preserve">at the mess on the floor.</w:t>
      </w:r>
      <w:r>
        <w:br/>
      </w:r>
      <w:r>
        <w:t xml:space="preserve">    (a) walk in an awkward, shuffling way</w:t>
      </w:r>
      <w:r>
        <w:br/>
      </w:r>
      <w:r>
        <w:t xml:space="preserve">    (b) make someone want to do something</w:t>
      </w:r>
      <w:r>
        <w:br/>
      </w:r>
      <w:r>
        <w:t xml:space="preserve">    (c) sadness, disappointment, or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"And I know who's doing it," Lindy whispered, leaning over her twin, putting a comforting hand on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quivering</w:t>
      </w:r>
      <w:r>
        <w:rPr>
          <w:b/>
          <w:bCs/>
        </w:rPr>
        <w:t xml:space="preserve"> </w:t>
      </w:r>
      <w:r>
        <w:rPr>
          <w:b/>
          <w:bCs/>
        </w:rPr>
        <w:t xml:space="preserve">shoulder.</w:t>
      </w:r>
      <w:r>
        <w:br/>
      </w:r>
      <w:r>
        <w:t xml:space="preserve">    (a) not working or not operating</w:t>
      </w:r>
      <w:r>
        <w:br/>
      </w:r>
      <w:r>
        <w:t xml:space="preserve">    (b) to shake or tremble slightly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"Fine," Lindy replied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curtly</w:t>
      </w:r>
      <w:r>
        <w:rPr>
          <w:b/>
          <w:bCs/>
        </w:rPr>
        <w:t xml:space="preserve">.</w:t>
      </w:r>
      <w:r>
        <w:br/>
      </w:r>
      <w:r>
        <w:t xml:space="preserve">    (a) in a manner that is the most exciting or important part of a series of events</w:t>
      </w:r>
      <w:r>
        <w:br/>
      </w:r>
      <w:r>
        <w:t xml:space="preserve">    (b) in a manner that makes uncomfortable (weighs heavily on the senses or spirit)</w:t>
      </w:r>
      <w:r>
        <w:br/>
      </w:r>
      <w:r>
        <w:t xml:space="preserve">    (c) in a manner that uses few words or is abrupt and perhaps discourteous or rude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Lindy and Kris asked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 unison</w:t>
      </w:r>
      <w:r>
        <w:rPr>
          <w:b/>
          <w:bCs/>
        </w:rPr>
        <w:t xml:space="preserve">.</w:t>
      </w:r>
      <w:r>
        <w:br/>
      </w:r>
      <w:r>
        <w:t xml:space="preserve">    (a) lacks trust or confidence</w:t>
      </w:r>
      <w:r>
        <w:br/>
      </w:r>
      <w:r>
        <w:t xml:space="preserve">    (b) aroused or inspired again</w:t>
      </w:r>
      <w:r>
        <w:br/>
      </w:r>
      <w:r>
        <w:t xml:space="preserve">    (c) together at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her eyes against the sudden harsh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intrusion</w:t>
      </w:r>
      <w:r>
        <w:rPr>
          <w:b/>
          <w:bCs/>
        </w:rPr>
        <w:t xml:space="preserve">.</w:t>
      </w:r>
      <w:r>
        <w:br/>
      </w:r>
      <w:r>
        <w:t xml:space="preserve">    (a) an interruption or involvement that is unwelcome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seconds later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emerged</w:t>
      </w:r>
      <w:r>
        <w:rPr>
          <w:b/>
          <w:bCs/>
        </w:rPr>
        <w:t xml:space="preserve">, carrying a large snow shovel.</w:t>
      </w:r>
      <w:r>
        <w:br/>
      </w:r>
      <w:r>
        <w:t xml:space="preserve">    (a) compensated for a loss; or paid a reward</w:t>
      </w:r>
      <w:r>
        <w:br/>
      </w:r>
      <w:r>
        <w:t xml:space="preserve">    (b) to come out, appear, or become prominent</w:t>
      </w:r>
      <w:r>
        <w:br/>
      </w:r>
      <w:r>
        <w:t xml:space="preserve">    (c) not having taken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all like some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hideously</w:t>
      </w:r>
      <w:r>
        <w:rPr>
          <w:b/>
          <w:bCs/>
        </w:rPr>
        <w:t xml:space="preserve"> </w:t>
      </w:r>
      <w:r>
        <w:rPr>
          <w:b/>
          <w:bCs/>
        </w:rPr>
        <w:t xml:space="preserve">gross nightmare.</w:t>
      </w:r>
      <w:r>
        <w:br/>
      </w:r>
      <w:r>
        <w:t xml:space="preserve">    (a) in a manner that relates to properties of sound or hearing</w:t>
      </w:r>
      <w:r>
        <w:br/>
      </w:r>
      <w:r>
        <w:t xml:space="preserve">    (b) in an extremely ugly, offensive, and/or frightening manner</w:t>
      </w:r>
      <w:r>
        <w:br/>
      </w:r>
      <w:r>
        <w:t xml:space="preserve">    (c) in a manner that causes great mental or physical suffering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2026-07-31T20:01:33Z</dcterms:created>
  <dcterms:modified xsi:type="dcterms:W3CDTF">2026-07-31T20:01:33Z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