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3caff5ce08e4f69cc9312b112999b6fd9e131b"/>
    <w:p>
      <w:pPr>
        <w:pStyle w:val="Heading1"/>
      </w:pPr>
      <w:r>
        <w:rPr>
          <w:b/>
          <w:bCs/>
        </w:rPr>
        <w:t xml:space="preserve">Nicholas Nickleby</w:t>
      </w:r>
      <w:r>
        <w:br/>
      </w:r>
      <w:r>
        <w:rPr>
          <w:i/>
          <w:iCs/>
        </w:rPr>
        <w:t xml:space="preserve">Charles Dickens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job prospects are hindered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</w:t>
      </w:r>
      <w:r>
        <w:rPr>
          <w:b/>
          <w:bCs/>
        </w:rPr>
        <w:t xml:space="preserve"> </w:t>
      </w:r>
      <w:r>
        <w:rPr>
          <w:b/>
          <w:bCs/>
        </w:rPr>
        <w:t xml:space="preserve">of the conviction.</w:t>
      </w:r>
      <w:r>
        <w:br/>
      </w:r>
      <w:r>
        <w:t xml:space="preserve">    (a) important part</w:t>
      </w:r>
      <w:r>
        <w:br/>
      </w:r>
      <w:r>
        <w:t xml:space="preserve">    (b) unimportant part</w:t>
      </w:r>
      <w:r>
        <w:br/>
      </w:r>
      <w:r>
        <w:t xml:space="preserve">    (c) result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consequential</w:t>
      </w:r>
      <w:r>
        <w:rPr>
          <w:b/>
          <w:bCs/>
        </w:rPr>
        <w:t xml:space="preserve"> </w:t>
      </w:r>
      <w:r>
        <w:rPr>
          <w:b/>
          <w:bCs/>
        </w:rPr>
        <w:t xml:space="preserve">tax legislation in decades.</w:t>
      </w:r>
      <w:r>
        <w:br/>
      </w:r>
      <w:r>
        <w:t xml:space="preserve">    (a) unethical</w:t>
      </w:r>
      <w:r>
        <w:br/>
      </w:r>
      <w:r>
        <w:t xml:space="preserve">    (b) important</w:t>
      </w:r>
      <w:r>
        <w:br/>
      </w:r>
      <w:r>
        <w:t xml:space="preserve">    (c) harmful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countenance</w:t>
      </w:r>
      <w:r>
        <w:rPr>
          <w:b/>
          <w:bCs/>
        </w:rPr>
        <w:t xml:space="preserve"> </w:t>
      </w:r>
      <w:r>
        <w:rPr>
          <w:b/>
          <w:bCs/>
        </w:rPr>
        <w:t xml:space="preserve">grew stern.</w:t>
      </w:r>
      <w:r>
        <w:br/>
      </w:r>
      <w:r>
        <w:t xml:space="preserve">    (a) facial expression</w:t>
      </w:r>
      <w:r>
        <w:br/>
      </w:r>
      <w:r>
        <w:t xml:space="preserve">    (b) voice</w:t>
      </w:r>
      <w:r>
        <w:br/>
      </w:r>
      <w:r>
        <w:t xml:space="preserve">    (c) a method of counting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countenance</w:t>
      </w:r>
      <w:r>
        <w:rPr>
          <w:b/>
          <w:bCs/>
        </w:rPr>
        <w:t xml:space="preserve"> </w:t>
      </w:r>
      <w:r>
        <w:rPr>
          <w:b/>
          <w:bCs/>
        </w:rPr>
        <w:t xml:space="preserve">terrorism.</w:t>
      </w:r>
      <w:r>
        <w:br/>
      </w:r>
      <w:r>
        <w:t xml:space="preserve">    (a) show favor for</w:t>
      </w:r>
      <w:r>
        <w:br/>
      </w:r>
      <w:r>
        <w:t xml:space="preserve">    (b) provide funds for</w:t>
      </w:r>
      <w:r>
        <w:br/>
      </w:r>
      <w:r>
        <w:t xml:space="preserve">    (c) discourage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will split everything between the children, but left no instructions regarding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disposal</w:t>
      </w:r>
      <w:r>
        <w:rPr>
          <w:b/>
          <w:bCs/>
        </w:rPr>
        <w:t xml:space="preserve"> </w:t>
      </w:r>
      <w:r>
        <w:rPr>
          <w:b/>
          <w:bCs/>
        </w:rPr>
        <w:t xml:space="preserve">of her home and art.</w:t>
      </w:r>
      <w:r>
        <w:br/>
      </w:r>
      <w:r>
        <w:t xml:space="preserve">    (a) refurbishing</w:t>
      </w:r>
      <w:r>
        <w:br/>
      </w:r>
      <w:r>
        <w:t xml:space="preserve">    (b) the transfer of ownership</w:t>
      </w:r>
      <w:r>
        <w:br/>
      </w:r>
      <w:r>
        <w:t xml:space="preserve">    (c) preservation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that country, you are unlikely to find an official who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disposed</w:t>
      </w:r>
      <w:r>
        <w:rPr>
          <w:b/>
          <w:bCs/>
        </w:rPr>
        <w:t xml:space="preserve"> </w:t>
      </w:r>
      <w:r>
        <w:rPr>
          <w:b/>
          <w:bCs/>
        </w:rPr>
        <w:t xml:space="preserve">to help you unless you offer a bribe.</w:t>
      </w:r>
      <w:r>
        <w:br/>
      </w:r>
      <w:r>
        <w:t xml:space="preserve">    (a) inclined</w:t>
      </w:r>
      <w:r>
        <w:br/>
      </w:r>
      <w:r>
        <w:t xml:space="preserve">    (b) ordered</w:t>
      </w:r>
      <w:r>
        <w:br/>
      </w:r>
      <w:r>
        <w:t xml:space="preserve">    (c) 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Which word choice would help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</w:t>
      </w:r>
      <w:r>
        <w:rPr>
          <w:b/>
          <w:bCs/>
        </w:rPr>
        <w:t xml:space="preserve"> </w:t>
      </w:r>
      <w:r>
        <w:rPr>
          <w:b/>
          <w:bCs/>
        </w:rPr>
        <w:t xml:space="preserve">a serious tone.</w:t>
      </w:r>
      <w:r>
        <w:br/>
      </w:r>
      <w:r>
        <w:t xml:space="preserve">    (a) create</w:t>
      </w:r>
      <w:r>
        <w:br/>
      </w:r>
      <w:r>
        <w:t xml:space="preserve">    (b) increase</w:t>
      </w:r>
      <w:r>
        <w:br/>
      </w:r>
      <w:r>
        <w:t xml:space="preserve">    (c) avoid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sixth paragraph (lines 67-68) is primarily concerned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establishing</w:t>
      </w:r>
      <w:r>
        <w:rPr>
          <w:b/>
          <w:bCs/>
        </w:rPr>
        <w:t xml:space="preserve"> </w:t>
      </w:r>
      <w:r>
        <w:rPr>
          <w:b/>
          <w:bCs/>
        </w:rPr>
        <w:t xml:space="preserve">the contrast between men and masculine traits.</w:t>
      </w:r>
      <w:r>
        <w:br/>
      </w:r>
      <w:r>
        <w:t xml:space="preserve">    (a) exaggerating</w:t>
      </w:r>
      <w:r>
        <w:br/>
      </w:r>
      <w:r>
        <w:t xml:space="preserve">    (b) showing</w:t>
      </w:r>
      <w:r>
        <w:br/>
      </w:r>
      <w:r>
        <w:t xml:space="preserve">    (c) minimizing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loves singing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evinces</w:t>
      </w:r>
      <w:r>
        <w:rPr>
          <w:b/>
          <w:bCs/>
        </w:rPr>
        <w:t xml:space="preserve"> </w:t>
      </w:r>
      <w:r>
        <w:rPr>
          <w:b/>
          <w:bCs/>
        </w:rPr>
        <w:t xml:space="preserve">a natural gift.</w:t>
      </w:r>
      <w:r>
        <w:br/>
      </w:r>
      <w:r>
        <w:t xml:space="preserve">    (a) craves</w:t>
      </w:r>
      <w:r>
        <w:br/>
      </w:r>
      <w:r>
        <w:t xml:space="preserve">    (b) lacks</w:t>
      </w:r>
      <w:r>
        <w:br/>
      </w:r>
      <w:r>
        <w:t xml:space="preserve">    (c) shows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Concern for her children's safety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impelled</w:t>
      </w:r>
      <w:r>
        <w:rPr>
          <w:b/>
          <w:bCs/>
        </w:rPr>
        <w:t xml:space="preserve"> </w:t>
      </w:r>
      <w:r>
        <w:rPr>
          <w:b/>
          <w:bCs/>
        </w:rPr>
        <w:t xml:space="preserve">her to take action and confront the intruder.</w:t>
      </w:r>
      <w:r>
        <w:br/>
      </w:r>
      <w:r>
        <w:t xml:space="preserve">    (a) drove</w:t>
      </w:r>
      <w:r>
        <w:br/>
      </w:r>
      <w:r>
        <w:t xml:space="preserve">    (b) prevented</w:t>
      </w:r>
      <w:r>
        <w:br/>
      </w:r>
      <w:r>
        <w:t xml:space="preserve">    (c) slowed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interposed</w:t>
      </w:r>
      <w:r>
        <w:rPr>
          <w:b/>
          <w:bCs/>
        </w:rPr>
        <w:t xml:space="preserve"> </w:t>
      </w:r>
      <w:r>
        <w:rPr>
          <w:b/>
          <w:bCs/>
        </w:rPr>
        <w:t xml:space="preserve">themselves on the side of our enemy.</w:t>
      </w:r>
      <w:r>
        <w:br/>
      </w:r>
      <w:r>
        <w:t xml:space="preserve">    (a) hidden</w:t>
      </w:r>
      <w:r>
        <w:br/>
      </w:r>
      <w:r>
        <w:t xml:space="preserve">    (b) been seen</w:t>
      </w:r>
      <w:r>
        <w:br/>
      </w:r>
      <w:r>
        <w:t xml:space="preserve">    (c) inserted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phenomenon</w:t>
      </w:r>
      <w:r>
        <w:rPr>
          <w:b/>
          <w:bCs/>
        </w:rPr>
        <w:t xml:space="preserve"> </w:t>
      </w:r>
      <w:r>
        <w:rPr>
          <w:b/>
          <w:bCs/>
        </w:rPr>
        <w:t xml:space="preserve">was first noticed by Marie Curie.</w:t>
      </w:r>
      <w:r>
        <w:br/>
      </w:r>
      <w:r>
        <w:t xml:space="preserve">    (a) thing that is hidden</w:t>
      </w:r>
      <w:r>
        <w:br/>
      </w:r>
      <w:r>
        <w:t xml:space="preserve">    (b) thing that is growing</w:t>
      </w:r>
      <w:r>
        <w:br/>
      </w:r>
      <w:r>
        <w:t xml:space="preserve">    (c) thing of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recollect</w:t>
      </w:r>
      <w:r>
        <w:rPr>
          <w:b/>
          <w:bCs/>
        </w:rPr>
        <w:t xml:space="preserve"> </w:t>
      </w:r>
      <w:r>
        <w:rPr>
          <w:b/>
          <w:bCs/>
        </w:rPr>
        <w:t xml:space="preserve">her name, but I'd recognize her.</w:t>
      </w:r>
      <w:r>
        <w:br/>
      </w:r>
      <w:r>
        <w:t xml:space="preserve">    (a) pronounce properly</w:t>
      </w:r>
      <w:r>
        <w:br/>
      </w:r>
      <w:r>
        <w:t xml:space="preserve">    (b) spell properly</w:t>
      </w:r>
      <w:r>
        <w:br/>
      </w:r>
      <w:r>
        <w:t xml:space="preserve">    (c) remember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lawyers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remonstrate</w:t>
      </w:r>
      <w:r>
        <w:rPr>
          <w:b/>
          <w:bCs/>
        </w:rPr>
        <w:t xml:space="preserve"> </w:t>
      </w:r>
      <w:r>
        <w:rPr>
          <w:b/>
          <w:bCs/>
        </w:rPr>
        <w:t xml:space="preserve">that we're starting without a written agreement, but we trust each other.</w:t>
      </w:r>
      <w:r>
        <w:br/>
      </w:r>
      <w:r>
        <w:t xml:space="preserve">    (a) promise</w:t>
      </w:r>
      <w:r>
        <w:br/>
      </w:r>
      <w:r>
        <w:t xml:space="preserve">    (b) protest</w:t>
      </w:r>
      <w:r>
        <w:br/>
      </w:r>
      <w:r>
        <w:t xml:space="preserve">    (c) explain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retorted</w:t>
      </w:r>
      <w:r>
        <w:rPr>
          <w:b/>
          <w:bCs/>
        </w:rPr>
        <w:t xml:space="preserve">, "Takes one to know one."</w:t>
      </w:r>
      <w:r>
        <w:br/>
      </w:r>
      <w:r>
        <w:t xml:space="preserve">    (a) insulted back</w:t>
      </w:r>
      <w:r>
        <w:br/>
      </w:r>
      <w:r>
        <w:t xml:space="preserve">    (b) quickly replied</w:t>
      </w:r>
      <w:r>
        <w:br/>
      </w:r>
      <w:r>
        <w:t xml:space="preserve">    (c) joyfully laughed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Power in the city is divided amongst the mayor, city council,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sundry</w:t>
      </w:r>
      <w:r>
        <w:rPr>
          <w:b/>
          <w:bCs/>
        </w:rPr>
        <w:t xml:space="preserve"> </w:t>
      </w:r>
      <w:r>
        <w:rPr>
          <w:b/>
          <w:bCs/>
        </w:rPr>
        <w:t xml:space="preserve">city commissions.</w:t>
      </w:r>
      <w:r>
        <w:br/>
      </w:r>
      <w:r>
        <w:t xml:space="preserve">    (a) elected</w:t>
      </w:r>
      <w:r>
        <w:br/>
      </w:r>
      <w:r>
        <w:t xml:space="preserve">    (b) skillful</w:t>
      </w:r>
      <w:r>
        <w:br/>
      </w:r>
      <w:r>
        <w:t xml:space="preserve">    (c) various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waste my time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trifling</w:t>
      </w:r>
      <w:r>
        <w:rPr>
          <w:b/>
          <w:bCs/>
        </w:rPr>
        <w:t xml:space="preserve"> </w:t>
      </w:r>
      <w:r>
        <w:rPr>
          <w:b/>
          <w:bCs/>
        </w:rPr>
        <w:t xml:space="preserve">matters.</w:t>
      </w:r>
      <w:r>
        <w:br/>
      </w:r>
      <w:r>
        <w:t xml:space="preserve">    (a) other's</w:t>
      </w:r>
      <w:r>
        <w:br/>
      </w:r>
      <w:r>
        <w:t xml:space="preserve">    (b) unimportant</w:t>
      </w:r>
      <w:r>
        <w:br/>
      </w:r>
      <w:r>
        <w:t xml:space="preserve">    (c) future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European Parliament refuses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trifled with</w:t>
      </w:r>
      <w:r>
        <w:rPr>
          <w:b/>
          <w:bCs/>
        </w:rPr>
        <w:t xml:space="preserve">.</w:t>
      </w:r>
      <w:r>
        <w:br/>
      </w:r>
      <w:r>
        <w:t xml:space="preserve">    (a) negotiated with</w:t>
      </w:r>
      <w:r>
        <w:br/>
      </w:r>
      <w:r>
        <w:t xml:space="preserve">    (b) argued with</w:t>
      </w:r>
      <w:r>
        <w:br/>
      </w:r>
      <w:r>
        <w:t xml:space="preserve">    (c) treated without respect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experiment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data that raised a new set of questions.</w:t>
      </w:r>
      <w:r>
        <w:br/>
      </w:r>
      <w:r>
        <w:t xml:space="preserve">    (a) slowed down</w:t>
      </w:r>
      <w:r>
        <w:br/>
      </w:r>
      <w:r>
        <w:t xml:space="preserve">    (b) destroyed</w:t>
      </w:r>
      <w:r>
        <w:br/>
      </w:r>
      <w:r>
        <w:t xml:space="preserve">    (c) produced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scandal,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to public pressure and resigned her position.</w:t>
      </w:r>
      <w:r>
        <w:br/>
      </w:r>
      <w:r>
        <w:t xml:space="preserve">    (a) produced</w:t>
      </w:r>
      <w:r>
        <w:br/>
      </w:r>
      <w:r>
        <w:t xml:space="preserve">    (b) added</w:t>
      </w:r>
      <w:r>
        <w:br/>
      </w:r>
      <w:r>
        <w:t xml:space="preserve">    (c) gave in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2026-07-31T14:48:55Z</dcterms:created>
  <dcterms:modified xsi:type="dcterms:W3CDTF">2026-07-31T14:48:55Z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