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35cdfcaba226a82da784696e982a678e316f6c"/>
    <w:p>
      <w:pPr>
        <w:pStyle w:val="Heading1"/>
      </w:pPr>
      <w:r>
        <w:rPr>
          <w:b/>
          <w:bCs/>
        </w:rPr>
        <w:t xml:space="preserve">Nicholas Nickleby</w:t>
      </w:r>
      <w:r>
        <w:br/>
      </w:r>
      <w:r>
        <w:rPr>
          <w:i/>
          <w:iCs/>
        </w:rPr>
        <w:t xml:space="preserve">Charles Dickens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accepted the invitation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alacrity</w:t>
      </w:r>
      <w:r>
        <w:rPr>
          <w:b/>
          <w:bCs/>
        </w:rPr>
        <w:t xml:space="preserve">.</w:t>
      </w:r>
      <w:r>
        <w:br/>
      </w:r>
      <w:r>
        <w:t xml:space="preserve">    (a) quickness</w:t>
      </w:r>
      <w:r>
        <w:br/>
      </w:r>
      <w:r>
        <w:t xml:space="preserve">    (b) concern</w:t>
      </w:r>
      <w:r>
        <w:br/>
      </w:r>
      <w:r>
        <w:t xml:space="preserve">    (c) embarrassment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innovative approach to solving problems earned her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approbation</w:t>
      </w:r>
      <w:r>
        <w:rPr>
          <w:b/>
          <w:bCs/>
        </w:rPr>
        <w:t xml:space="preserve"> </w:t>
      </w:r>
      <w:r>
        <w:rPr>
          <w:b/>
          <w:bCs/>
        </w:rPr>
        <w:t xml:space="preserve">of her peers.</w:t>
      </w:r>
      <w:r>
        <w:br/>
      </w:r>
      <w:r>
        <w:t xml:space="preserve">    (a) distrust</w:t>
      </w:r>
      <w:r>
        <w:br/>
      </w:r>
      <w:r>
        <w:t xml:space="preserve">    (b) approval</w:t>
      </w:r>
      <w:r>
        <w:br/>
      </w:r>
      <w:r>
        <w:t xml:space="preserve">    (c) sympathy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 doomed to an empty life motivated by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avarice</w:t>
      </w:r>
      <w:r>
        <w:rPr>
          <w:b/>
          <w:bCs/>
        </w:rPr>
        <w:t xml:space="preserve">.</w:t>
      </w:r>
      <w:r>
        <w:br/>
      </w:r>
      <w:r>
        <w:t xml:space="preserve">    (a) selfishness</w:t>
      </w:r>
      <w:r>
        <w:br/>
      </w:r>
      <w:r>
        <w:t xml:space="preserve">    (b) greed</w:t>
      </w:r>
      <w:r>
        <w:br/>
      </w:r>
      <w:r>
        <w:t xml:space="preserve">    (c) laziness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philosopher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cogitated</w:t>
      </w:r>
      <w:r>
        <w:rPr>
          <w:b/>
          <w:bCs/>
        </w:rPr>
        <w:t xml:space="preserve"> </w:t>
      </w:r>
      <w:r>
        <w:rPr>
          <w:b/>
          <w:bCs/>
        </w:rPr>
        <w:t xml:space="preserve">for hours in her study, pondering the meaning of existence and human nature.</w:t>
      </w:r>
      <w:r>
        <w:br/>
      </w:r>
      <w:r>
        <w:t xml:space="preserve">    (a) commended or praised publicly</w:t>
      </w:r>
      <w:r>
        <w:br/>
      </w:r>
      <w:r>
        <w:t xml:space="preserve">    (b) thought deeply</w:t>
      </w:r>
      <w:r>
        <w:br/>
      </w:r>
      <w:r>
        <w:t xml:space="preserve">    (c) with rises and falls in pitch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chef served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copious</w:t>
      </w:r>
      <w:r>
        <w:rPr>
          <w:b/>
          <w:bCs/>
        </w:rPr>
        <w:t xml:space="preserve"> </w:t>
      </w:r>
      <w:r>
        <w:rPr>
          <w:b/>
          <w:bCs/>
        </w:rPr>
        <w:t xml:space="preserve">amounts of food at the wedding reception.</w:t>
      </w:r>
      <w:r>
        <w:br/>
      </w:r>
      <w:r>
        <w:t xml:space="preserve">    (a) large in quantity</w:t>
      </w:r>
      <w:r>
        <w:br/>
      </w:r>
      <w:r>
        <w:t xml:space="preserve">    (b) rare and unusual</w:t>
      </w:r>
      <w:r>
        <w:br/>
      </w:r>
      <w:r>
        <w:t xml:space="preserve">    (c) small in amount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algebra, letters often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denote</w:t>
      </w:r>
      <w:r>
        <w:rPr>
          <w:b/>
          <w:bCs/>
        </w:rPr>
        <w:t xml:space="preserve"> </w:t>
      </w:r>
      <w:r>
        <w:rPr>
          <w:b/>
          <w:bCs/>
        </w:rPr>
        <w:t xml:space="preserve">unknown numbers in equations.</w:t>
      </w:r>
      <w:r>
        <w:br/>
      </w:r>
      <w:r>
        <w:t xml:space="preserve">    (a) represent</w:t>
      </w:r>
      <w:r>
        <w:br/>
      </w:r>
      <w:r>
        <w:t xml:space="preserve">    (b) confuse</w:t>
      </w:r>
      <w:r>
        <w:br/>
      </w:r>
      <w:r>
        <w:t xml:space="preserve">    (c) scatter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trust you didn't take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facetious</w:t>
      </w:r>
      <w:r>
        <w:rPr>
          <w:b/>
          <w:bCs/>
        </w:rPr>
        <w:t xml:space="preserve"> </w:t>
      </w:r>
      <w:r>
        <w:rPr>
          <w:b/>
          <w:bCs/>
        </w:rPr>
        <w:t xml:space="preserve">remarks seriously.</w:t>
      </w:r>
      <w:r>
        <w:br/>
      </w:r>
      <w:r>
        <w:t xml:space="preserve">    (a) not serious</w:t>
      </w:r>
      <w:r>
        <w:br/>
      </w:r>
      <w:r>
        <w:t xml:space="preserve">    (b) deeply personal</w:t>
      </w:r>
      <w:r>
        <w:br/>
      </w:r>
      <w:r>
        <w:t xml:space="preserve">    (c) mildly offensive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impetuous</w:t>
      </w:r>
      <w:r>
        <w:rPr>
          <w:b/>
          <w:bCs/>
        </w:rPr>
        <w:t xml:space="preserve"> </w:t>
      </w:r>
      <w:r>
        <w:rPr>
          <w:b/>
          <w:bCs/>
        </w:rPr>
        <w:t xml:space="preserve">purchase, buying the car without test-driving it first.</w:t>
      </w:r>
      <w:r>
        <w:br/>
      </w:r>
      <w:r>
        <w:t xml:space="preserve">    (a) wealthy</w:t>
      </w:r>
      <w:r>
        <w:br/>
      </w:r>
      <w:r>
        <w:t xml:space="preserve">    (b) impulsive</w:t>
      </w:r>
      <w:r>
        <w:br/>
      </w:r>
      <w:r>
        <w:t xml:space="preserve">    (c) cautious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bond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matrimony</w:t>
      </w:r>
      <w:r>
        <w:rPr>
          <w:b/>
          <w:bCs/>
        </w:rPr>
        <w:t xml:space="preserve"> </w:t>
      </w:r>
      <w:r>
        <w:rPr>
          <w:b/>
          <w:bCs/>
        </w:rPr>
        <w:t xml:space="preserve">lasted for over fifty years.</w:t>
      </w:r>
      <w:r>
        <w:br/>
      </w:r>
      <w:r>
        <w:t xml:space="preserve">    (a) marriage</w:t>
      </w:r>
      <w:r>
        <w:br/>
      </w:r>
      <w:r>
        <w:t xml:space="preserve">    (b) friendship</w:t>
      </w:r>
      <w:r>
        <w:br/>
      </w:r>
      <w:r>
        <w:t xml:space="preserve">    (c) divorce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months of planning, the day of their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nuptials</w:t>
      </w:r>
      <w:r>
        <w:rPr>
          <w:b/>
          <w:bCs/>
        </w:rPr>
        <w:t xml:space="preserve"> </w:t>
      </w:r>
      <w:r>
        <w:rPr>
          <w:b/>
          <w:bCs/>
        </w:rPr>
        <w:t xml:space="preserve">finally arrived.</w:t>
      </w:r>
      <w:r>
        <w:br/>
      </w:r>
      <w:r>
        <w:t xml:space="preserve">    (a) move</w:t>
      </w:r>
      <w:r>
        <w:br/>
      </w:r>
      <w:r>
        <w:t xml:space="preserve">    (b) wedding</w:t>
      </w:r>
      <w:r>
        <w:br/>
      </w:r>
      <w:r>
        <w:t xml:space="preserve">    (c) vacation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poll tax was designed as a particularly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odious</w:t>
      </w:r>
      <w:r>
        <w:rPr>
          <w:b/>
          <w:bCs/>
        </w:rPr>
        <w:t xml:space="preserve"> </w:t>
      </w:r>
      <w:r>
        <w:rPr>
          <w:b/>
          <w:bCs/>
        </w:rPr>
        <w:t xml:space="preserve">violation of civil rights.</w:t>
      </w:r>
      <w:r>
        <w:br/>
      </w:r>
      <w:r>
        <w:t xml:space="preserve">    (a) extremely dislikable</w:t>
      </w:r>
      <w:r>
        <w:br/>
      </w:r>
      <w:r>
        <w:t xml:space="preserve">    (b) extremely devious</w:t>
      </w:r>
      <w:r>
        <w:br/>
      </w:r>
      <w:r>
        <w:t xml:space="preserve">    (c) harmful and hidden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opined</w:t>
      </w:r>
      <w:r>
        <w:rPr>
          <w:b/>
          <w:bCs/>
        </w:rPr>
        <w:t xml:space="preserve"> </w:t>
      </w:r>
      <w:r>
        <w:rPr>
          <w:b/>
          <w:bCs/>
        </w:rPr>
        <w:t xml:space="preserve">that popular sentiment will change when people learn more about the issue.</w:t>
      </w:r>
      <w:r>
        <w:br/>
      </w:r>
      <w:r>
        <w:t xml:space="preserve">    (a) surveyed people in the room</w:t>
      </w:r>
      <w:r>
        <w:br/>
      </w:r>
      <w:r>
        <w:t xml:space="preserve">    (b) expressed an opinion</w:t>
      </w:r>
      <w:r>
        <w:br/>
      </w:r>
      <w:r>
        <w:t xml:space="preserve">    (c) challenged the opinion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Critics called the event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profligate</w:t>
      </w:r>
      <w:r>
        <w:rPr>
          <w:b/>
          <w:bCs/>
        </w:rPr>
        <w:t xml:space="preserve"> </w:t>
      </w:r>
      <w:r>
        <w:rPr>
          <w:b/>
          <w:bCs/>
        </w:rPr>
        <w:t xml:space="preserve">display of wealth during a time of economic hardship.</w:t>
      </w:r>
      <w:r>
        <w:br/>
      </w:r>
      <w:r>
        <w:t xml:space="preserve">    (a) wastefully extravagant</w:t>
      </w:r>
      <w:r>
        <w:br/>
      </w:r>
      <w:r>
        <w:t xml:space="preserve">    (b) related to intelligence -- such as requiring, appealing to, or possessing intelligence</w:t>
      </w:r>
      <w:r>
        <w:br/>
      </w:r>
      <w:r>
        <w:t xml:space="preserve">    (c) (adjective) designed to stop something  OR  (noun) something that stops something else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Finally, there was an end to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protracted</w:t>
      </w:r>
      <w:r>
        <w:rPr>
          <w:b/>
          <w:bCs/>
        </w:rPr>
        <w:t xml:space="preserve"> </w:t>
      </w:r>
      <w:r>
        <w:rPr>
          <w:b/>
          <w:bCs/>
        </w:rPr>
        <w:t xml:space="preserve">conflict.</w:t>
      </w:r>
      <w:r>
        <w:br/>
      </w:r>
      <w:r>
        <w:t xml:space="preserve">    (a) violent</w:t>
      </w:r>
      <w:r>
        <w:br/>
      </w:r>
      <w:r>
        <w:t xml:space="preserve">    (b) long</w:t>
      </w:r>
      <w:r>
        <w:br/>
      </w:r>
      <w:r>
        <w:t xml:space="preserve">    (c) needless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warm smile and friendly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salutation</w:t>
      </w:r>
      <w:r>
        <w:rPr>
          <w:b/>
          <w:bCs/>
        </w:rPr>
        <w:t xml:space="preserve"> </w:t>
      </w:r>
      <w:r>
        <w:rPr>
          <w:b/>
          <w:bCs/>
        </w:rPr>
        <w:t xml:space="preserve">set the tone for the entire meeting.</w:t>
      </w:r>
      <w:r>
        <w:br/>
      </w:r>
      <w:r>
        <w:t xml:space="preserve">    (a) smile</w:t>
      </w:r>
      <w:r>
        <w:br/>
      </w:r>
      <w:r>
        <w:t xml:space="preserve">    (b) introduction</w:t>
      </w:r>
      <w:r>
        <w:br/>
      </w:r>
      <w:r>
        <w:t xml:space="preserve">    (c) greeting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By the end of 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soliloquy</w:t>
      </w:r>
      <w:r>
        <w:rPr>
          <w:b/>
          <w:bCs/>
        </w:rPr>
        <w:t xml:space="preserve"> </w:t>
      </w:r>
      <w:r>
        <w:rPr>
          <w:b/>
          <w:bCs/>
        </w:rPr>
        <w:t xml:space="preserve">Hamlet concludes that he should not murder Duncan.</w:t>
      </w:r>
      <w:r>
        <w:br/>
      </w:r>
      <w:r>
        <w:t xml:space="preserve">    (a) scene</w:t>
      </w:r>
      <w:r>
        <w:br/>
      </w:r>
      <w:r>
        <w:t xml:space="preserve">    (b) speech</w:t>
      </w:r>
      <w:r>
        <w:br/>
      </w:r>
      <w:r>
        <w:t xml:space="preserve">    (c) dialogue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information contained in the second report is either corrective of 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supplementary</w:t>
      </w:r>
      <w:r>
        <w:rPr>
          <w:b/>
          <w:bCs/>
        </w:rPr>
        <w:t xml:space="preserve"> </w:t>
      </w:r>
      <w:r>
        <w:rPr>
          <w:b/>
          <w:bCs/>
        </w:rPr>
        <w:t xml:space="preserve">to the previous report.</w:t>
      </w:r>
      <w:r>
        <w:br/>
      </w:r>
      <w:r>
        <w:t xml:space="preserve">    (a) is a shorter version</w:t>
      </w:r>
      <w:r>
        <w:br/>
      </w:r>
      <w:r>
        <w:t xml:space="preserve">    (b) in addition</w:t>
      </w:r>
      <w:r>
        <w:br/>
      </w:r>
      <w:r>
        <w:t xml:space="preserve">    (c) is a replacement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uncouth</w:t>
      </w:r>
      <w:r>
        <w:rPr>
          <w:b/>
          <w:bCs/>
        </w:rPr>
        <w:t xml:space="preserve"> </w:t>
      </w:r>
      <w:r>
        <w:rPr>
          <w:b/>
          <w:bCs/>
        </w:rPr>
        <w:t xml:space="preserve">man's behavior at the dinner party was embarrassing to his guests.</w:t>
      </w:r>
      <w:r>
        <w:br/>
      </w:r>
      <w:r>
        <w:t xml:space="preserve">    (a) rude or unpleasant</w:t>
      </w:r>
      <w:r>
        <w:br/>
      </w:r>
      <w:r>
        <w:t xml:space="preserve">    (b) drunken</w:t>
      </w:r>
      <w:r>
        <w:br/>
      </w:r>
      <w:r>
        <w:t xml:space="preserve">    (c) not bathed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After losing everything, he lived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vagabond</w:t>
      </w:r>
      <w:r>
        <w:rPr>
          <w:b/>
          <w:bCs/>
        </w:rPr>
        <w:t xml:space="preserve"> </w:t>
      </w:r>
      <w:r>
        <w:rPr>
          <w:b/>
          <w:bCs/>
        </w:rPr>
        <w:t xml:space="preserve">for nearly five years.</w:t>
      </w:r>
      <w:r>
        <w:br/>
      </w:r>
      <w:r>
        <w:t xml:space="preserve">    (a) wandering drifter</w:t>
      </w:r>
      <w:r>
        <w:br/>
      </w:r>
      <w:r>
        <w:t xml:space="preserve">    (b) wealthy landowner</w:t>
      </w:r>
      <w:r>
        <w:br/>
      </w:r>
      <w:r>
        <w:t xml:space="preserve">    (c) settled farmer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weaned</w:t>
      </w:r>
      <w:r>
        <w:rPr>
          <w:b/>
          <w:bCs/>
        </w:rPr>
        <w:t xml:space="preserve"> </w:t>
      </w:r>
      <w:r>
        <w:rPr>
          <w:b/>
          <w:bCs/>
        </w:rPr>
        <w:t xml:space="preserve">her baby when he was three months old and started him on cow's milk.</w:t>
      </w:r>
      <w:r>
        <w:br/>
      </w:r>
      <w:r>
        <w:t xml:space="preserve">    (a) adapted to the removal of breastmilk</w:t>
      </w:r>
      <w:r>
        <w:br/>
      </w:r>
      <w:r>
        <w:t xml:space="preserve">    (b) to make fit for service to humans or home life -- by breeding or taming</w:t>
      </w:r>
      <w:r>
        <w:br/>
      </w:r>
      <w:r>
        <w:t xml:space="preserve">    (c) broke the law by telling lies after formally promising to tell the truth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2026-07-31T14:48:56Z</dcterms:created>
  <dcterms:modified xsi:type="dcterms:W3CDTF">2026-07-31T14:48:56Z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