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f7a3811011b28e0521e76bf0349950d88cc2ae"/>
    <w:p>
      <w:pPr>
        <w:pStyle w:val="Heading1"/>
      </w:pPr>
      <w:r>
        <w:rPr>
          <w:b/>
          <w:bCs/>
        </w:rPr>
        <w:t xml:space="preserve">News from Nowhere</w:t>
      </w:r>
      <w:r>
        <w:br/>
      </w:r>
      <w:r>
        <w:rPr>
          <w:i/>
          <w:iCs/>
        </w:rPr>
        <w:t xml:space="preserve">William Morris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know he thinks me rather a grinder, and despises me for not being very</w:t>
      </w:r>
      <w:r>
        <w:rPr>
          <w:b/>
          <w:bCs/>
        </w:rPr>
        <w:t xml:space="preserve"> </w:t>
      </w:r>
      <w:r>
        <w:rPr>
          <w:b/>
          <w:bCs/>
          <w:u w:val="single"/>
        </w:rPr>
        <w:t xml:space="preserve">deft</w:t>
      </w:r>
      <w:r>
        <w:rPr>
          <w:b/>
          <w:bCs/>
        </w:rPr>
        <w:t xml:space="preserve"> </w:t>
      </w:r>
      <w:r>
        <w:rPr>
          <w:b/>
          <w:bCs/>
        </w:rPr>
        <w:t xml:space="preserve">with my hands: that's the way nowadays.</w:t>
      </w:r>
      <w:r>
        <w:br/>
      </w:r>
      <w:r>
        <w:t xml:space="preserve">    (a) not representative</w:t>
      </w:r>
      <w:r>
        <w:br/>
      </w:r>
      <w:r>
        <w:t xml:space="preserve">    (b) good or beneficial</w:t>
      </w:r>
      <w:r>
        <w:br/>
      </w:r>
      <w:r>
        <w:t xml:space="preserve">    (c) quick and skillful</w:t>
      </w:r>
    </w:p>
    <w:p>
      <w:pPr>
        <w:pStyle w:val="Compact"/>
        <w:numPr>
          <w:ilvl w:val="0"/>
          <w:numId w:val="1001"/>
        </w:numPr>
      </w:pPr>
      <w:r>
        <w:rPr>
          <w:b/>
          <w:bCs/>
        </w:rPr>
        <w:t xml:space="preserve">This whole mass of architecture which we had come upon so suddenly from amidst the pleasant fields was not only exquisitely beautiful in itself, but it bore upon it the expression of such generosity and</w:t>
      </w:r>
      <w:r>
        <w:rPr>
          <w:b/>
          <w:bCs/>
        </w:rPr>
        <w:t xml:space="preserve"> </w:t>
      </w:r>
      <w:r>
        <w:rPr>
          <w:b/>
          <w:bCs/>
          <w:u w:val="single"/>
        </w:rPr>
        <w:t xml:space="preserve">abundance</w:t>
      </w:r>
      <w:r>
        <w:rPr>
          <w:b/>
          <w:bCs/>
        </w:rPr>
        <w:t xml:space="preserve"> </w:t>
      </w:r>
      <w:r>
        <w:rPr>
          <w:b/>
          <w:bCs/>
        </w:rPr>
        <w:t xml:space="preserve">of life that I was exhilarated to a pitch that I had never yet reached.</w:t>
      </w:r>
      <w:r>
        <w:br/>
      </w:r>
      <w:r>
        <w:t xml:space="preserve">    (a) sharpness or intenseness</w:t>
      </w:r>
      <w:r>
        <w:br/>
      </w:r>
      <w:r>
        <w:t xml:space="preserve">    (b) conflict or disagreement</w:t>
      </w:r>
      <w:r>
        <w:br/>
      </w:r>
      <w:r>
        <w:t xml:space="preserve">    (c) large amount or quantity</w:t>
      </w:r>
    </w:p>
    <w:p>
      <w:pPr>
        <w:pStyle w:val="Compact"/>
        <w:numPr>
          <w:ilvl w:val="0"/>
          <w:numId w:val="1001"/>
        </w:numPr>
      </w:pPr>
      <w:r>
        <w:rPr>
          <w:b/>
          <w:bCs/>
        </w:rPr>
        <w:t xml:space="preserve">Apart from the other pleasures of it, it gives them a little rough work, which I am sorry to say is getting somewhat</w:t>
      </w:r>
      <w:r>
        <w:rPr>
          <w:b/>
          <w:bCs/>
        </w:rPr>
        <w:t xml:space="preserve"> </w:t>
      </w:r>
      <w:r>
        <w:rPr>
          <w:b/>
          <w:bCs/>
          <w:u w:val="single"/>
        </w:rPr>
        <w:t xml:space="preserve">scarce</w:t>
      </w:r>
      <w:r>
        <w:rPr>
          <w:b/>
          <w:bCs/>
        </w:rPr>
        <w:t xml:space="preserve"> </w:t>
      </w:r>
      <w:r>
        <w:rPr>
          <w:b/>
          <w:bCs/>
        </w:rPr>
        <w:t xml:space="preserve">for these last fifty years.</w:t>
      </w:r>
      <w:r>
        <w:br/>
      </w:r>
      <w:r>
        <w:t xml:space="preserve">    (a) the state of not being aware or concerned about something</w:t>
      </w:r>
      <w:r>
        <w:br/>
      </w:r>
      <w:r>
        <w:t xml:space="preserve">    (b) in short supply  OR  barely or hardly (by a small margin)</w:t>
      </w:r>
      <w:r>
        <w:br/>
      </w:r>
      <w:r>
        <w:t xml:space="preserve">    (c) a state similar to sleep where one is unaware of anything</w:t>
      </w:r>
    </w:p>
    <w:p>
      <w:pPr>
        <w:pStyle w:val="Compact"/>
        <w:numPr>
          <w:ilvl w:val="0"/>
          <w:numId w:val="1001"/>
        </w:numPr>
      </w:pPr>
      <w:r>
        <w:rPr>
          <w:b/>
          <w:bCs/>
        </w:rPr>
        <w:t xml:space="preserve">I have heard my great-grandfather say that it is mostly in periods of turmoil and</w:t>
      </w:r>
      <w:r>
        <w:rPr>
          <w:b/>
          <w:bCs/>
        </w:rPr>
        <w:t xml:space="preserve"> </w:t>
      </w:r>
      <w:r>
        <w:rPr>
          <w:b/>
          <w:bCs/>
          <w:u w:val="single"/>
        </w:rPr>
        <w:t xml:space="preserve">strife</w:t>
      </w:r>
      <w:r>
        <w:rPr>
          <w:b/>
          <w:bCs/>
        </w:rPr>
        <w:t xml:space="preserve"> </w:t>
      </w:r>
      <w:r>
        <w:rPr>
          <w:b/>
          <w:bCs/>
        </w:rPr>
        <w:t xml:space="preserve">and confusion that people care much about history; and you know," said my friend, with an amiable smile, "we are not like that now.</w:t>
      </w:r>
      <w:r>
        <w:br/>
      </w:r>
      <w:r>
        <w:t xml:space="preserve">    (a) job, reservation, booking, or activity</w:t>
      </w:r>
      <w:r>
        <w:br/>
      </w:r>
      <w:r>
        <w:t xml:space="preserve">    (b) thing that affects a result or outcome</w:t>
      </w:r>
      <w:r>
        <w:br/>
      </w:r>
      <w:r>
        <w:t xml:space="preserve">    (c) violent conflict or angry disagreement</w:t>
      </w:r>
    </w:p>
    <w:p>
      <w:pPr>
        <w:pStyle w:val="Compact"/>
        <w:numPr>
          <w:ilvl w:val="0"/>
          <w:numId w:val="1001"/>
        </w:numPr>
      </w:pPr>
      <w:r>
        <w:rPr>
          <w:b/>
          <w:bCs/>
        </w:rPr>
        <w:t xml:space="preserve">"O, you are so very welcome," said the little lass, with an</w:t>
      </w:r>
      <w:r>
        <w:rPr>
          <w:b/>
          <w:bCs/>
        </w:rPr>
        <w:t xml:space="preserve"> </w:t>
      </w:r>
      <w:r>
        <w:rPr>
          <w:b/>
          <w:bCs/>
          <w:u w:val="single"/>
        </w:rPr>
        <w:t xml:space="preserve">affectation</w:t>
      </w:r>
      <w:r>
        <w:rPr>
          <w:b/>
          <w:bCs/>
        </w:rPr>
        <w:t xml:space="preserve"> </w:t>
      </w:r>
      <w:r>
        <w:rPr>
          <w:b/>
          <w:bCs/>
        </w:rPr>
        <w:t xml:space="preserve">of grown-up manners at their best which was very quaint.</w:t>
      </w:r>
      <w:r>
        <w:br/>
      </w:r>
      <w:r>
        <w:t xml:space="preserve">    (a) a particular way of seeing or thinking about things</w:t>
      </w:r>
      <w:r>
        <w:br/>
      </w:r>
      <w:r>
        <w:t xml:space="preserve">    (b) behaving in an artificial way to make an impression</w:t>
      </w:r>
      <w:r>
        <w:br/>
      </w:r>
      <w:r>
        <w:t xml:space="preserve">    (c) collection of star systems held together by gravity</w:t>
      </w:r>
    </w:p>
    <w:p>
      <w:pPr>
        <w:pStyle w:val="Compact"/>
        <w:numPr>
          <w:ilvl w:val="0"/>
          <w:numId w:val="1001"/>
        </w:numPr>
      </w:pPr>
      <w:r>
        <w:rPr>
          <w:b/>
          <w:bCs/>
        </w:rPr>
        <w:t xml:space="preserve">Each house stood in a garden carefully</w:t>
      </w:r>
      <w:r>
        <w:rPr>
          <w:b/>
          <w:bCs/>
        </w:rPr>
        <w:t xml:space="preserve"> </w:t>
      </w:r>
      <w:r>
        <w:rPr>
          <w:b/>
          <w:bCs/>
          <w:u w:val="single"/>
        </w:rPr>
        <w:t xml:space="preserve">cultivated</w:t>
      </w:r>
      <w:r>
        <w:rPr>
          <w:b/>
          <w:bCs/>
        </w:rPr>
        <w:t xml:space="preserve">, and running over with flowers.</w:t>
      </w:r>
      <w:r>
        <w:br/>
      </w:r>
      <w:r>
        <w:t xml:space="preserve">    (a) a non-doctor who assisted a women in childbirth</w:t>
      </w:r>
      <w:r>
        <w:br/>
      </w:r>
      <w:r>
        <w:t xml:space="preserve">    (b) not found guilty or forced into a bad situation</w:t>
      </w:r>
      <w:r>
        <w:br/>
      </w:r>
      <w:r>
        <w:t xml:space="preserve">    (c) developed, grown, or prepared for growing crops</w:t>
      </w:r>
    </w:p>
    <w:p>
      <w:pPr>
        <w:pStyle w:val="Compact"/>
        <w:numPr>
          <w:ilvl w:val="0"/>
          <w:numId w:val="1001"/>
        </w:numPr>
      </w:pPr>
      <w:r>
        <w:rPr>
          <w:b/>
          <w:bCs/>
        </w:rPr>
        <w:t xml:space="preserve">From the southern side of the said orchard ran a long road, chequered over with the shadow of tall old pear trees, at the end of which showed the high tower of the</w:t>
      </w:r>
      <w:r>
        <w:rPr>
          <w:b/>
          <w:bCs/>
        </w:rPr>
        <w:t xml:space="preserve"> </w:t>
      </w:r>
      <w:r>
        <w:rPr>
          <w:b/>
          <w:bCs/>
          <w:u w:val="single"/>
        </w:rPr>
        <w:t xml:space="preserve">Parliament</w:t>
      </w:r>
      <w:r>
        <w:rPr>
          <w:b/>
          <w:bCs/>
        </w:rPr>
        <w:t xml:space="preserve"> </w:t>
      </w:r>
      <w:r>
        <w:rPr>
          <w:b/>
          <w:bCs/>
        </w:rPr>
        <w:t xml:space="preserve">House, or Dung Market.</w:t>
      </w:r>
      <w:r>
        <w:br/>
      </w:r>
      <w:r>
        <w:t xml:space="preserve">    (a) legislative assembly that passes laws (existing in some countries)</w:t>
      </w:r>
      <w:r>
        <w:br/>
      </w:r>
      <w:r>
        <w:t xml:space="preserve">    (b) someone who believes that all knowledge is derived from experience</w:t>
      </w:r>
      <w:r>
        <w:br/>
      </w:r>
      <w:r>
        <w:t xml:space="preserve">    (c) a place where conditions are kept as they were to protect wildlife</w:t>
      </w:r>
    </w:p>
    <w:p>
      <w:pPr>
        <w:pStyle w:val="Compact"/>
        <w:numPr>
          <w:ilvl w:val="0"/>
          <w:numId w:val="1001"/>
        </w:numPr>
      </w:pPr>
      <w:r>
        <w:rPr>
          <w:b/>
          <w:bCs/>
        </w:rPr>
        <w:t xml:space="preserve">Have you not read of the</w:t>
      </w:r>
      <w:r>
        <w:rPr>
          <w:b/>
          <w:bCs/>
        </w:rPr>
        <w:t xml:space="preserve"> </w:t>
      </w:r>
      <w:r>
        <w:rPr>
          <w:b/>
          <w:bCs/>
          <w:u w:val="single"/>
        </w:rPr>
        <w:t xml:space="preserve">Mediaeval</w:t>
      </w:r>
      <w:r>
        <w:rPr>
          <w:b/>
          <w:bCs/>
        </w:rPr>
        <w:t xml:space="preserve"> </w:t>
      </w:r>
      <w:r>
        <w:rPr>
          <w:b/>
          <w:bCs/>
        </w:rPr>
        <w:t xml:space="preserve">period, and the ferocity of its criminal laws; and how in those days men fairly seemed to have enjoyed tormenting their fellow men?</w:t>
      </w:r>
      <w:r>
        <w:br/>
      </w:r>
      <w:r>
        <w:t xml:space="preserve">    (a) the degree to which a performance of or to someone else's work lends itself to the expression of personal artistic ideas or feelings by the performer</w:t>
      </w:r>
      <w:r>
        <w:br/>
      </w:r>
      <w:r>
        <w:t xml:space="preserve">    (b) relating to or belonging to the Middle Ages</w:t>
      </w:r>
      <w:r>
        <w:br/>
      </w:r>
      <w:r>
        <w:br/>
      </w:r>
      <w:r>
        <w:t xml:space="preserve">(the period of European history between the fall of the Roman Empire and the beginning of the Renaissance -- roughly 500–1500 AD)</w:t>
      </w:r>
      <w:r>
        <w:br/>
      </w:r>
      <w:r>
        <w:t xml:space="preserve">    (c) the quality or degree of being straightforward or clear (sometimes indicating that truth is not worded carefully to spare feelings or gain advantage)</w:t>
      </w:r>
    </w:p>
    <w:p>
      <w:pPr>
        <w:pStyle w:val="Compact"/>
        <w:numPr>
          <w:ilvl w:val="0"/>
          <w:numId w:val="1001"/>
        </w:numPr>
      </w:pPr>
      <w:r>
        <w:rPr>
          <w:b/>
          <w:bCs/>
        </w:rPr>
        <w:t xml:space="preserve">The government itself was but the necessary result of the careless, aimless</w:t>
      </w:r>
      <w:r>
        <w:rPr>
          <w:b/>
          <w:bCs/>
        </w:rPr>
        <w:t xml:space="preserve"> </w:t>
      </w:r>
      <w:r>
        <w:rPr>
          <w:b/>
          <w:bCs/>
          <w:u w:val="single"/>
        </w:rPr>
        <w:t xml:space="preserve">tyranny</w:t>
      </w:r>
      <w:r>
        <w:rPr>
          <w:b/>
          <w:bCs/>
        </w:rPr>
        <w:t xml:space="preserve"> </w:t>
      </w:r>
      <w:r>
        <w:rPr>
          <w:b/>
          <w:bCs/>
        </w:rPr>
        <w:t xml:space="preserve">of the times; it was but the machinery of tyranny.</w:t>
      </w:r>
      <w:r>
        <w:br/>
      </w:r>
      <w:r>
        <w:t xml:space="preserve">    (a) a nerve or brain cell</w:t>
      </w:r>
      <w:r>
        <w:br/>
      </w:r>
      <w:r>
        <w:t xml:space="preserve">    (b) long eventful journey</w:t>
      </w:r>
      <w:r>
        <w:br/>
      </w:r>
      <w:r>
        <w:t xml:space="preserve">    (c) harsh and unjust rule</w:t>
      </w:r>
    </w:p>
    <w:p>
      <w:pPr>
        <w:pStyle w:val="Compact"/>
        <w:numPr>
          <w:ilvl w:val="0"/>
          <w:numId w:val="1001"/>
        </w:numPr>
      </w:pPr>
      <w:r>
        <w:rPr>
          <w:b/>
          <w:bCs/>
          <w:u w:val="single"/>
        </w:rPr>
        <w:t xml:space="preserve">Moreover</w:t>
      </w:r>
      <w:r>
        <w:rPr>
          <w:b/>
          <w:bCs/>
        </w:rPr>
        <w:t xml:space="preserve">, I think that it is only in parts of Europe which are more advanced than the rest of the world that you will hear this talk of the fear of a work-famine.</w:t>
      </w:r>
      <w:r>
        <w:br/>
      </w:r>
      <w:r>
        <w:t xml:space="preserve">    (a) despite that (used to connect contrasting ideas)</w:t>
      </w:r>
      <w:r>
        <w:br/>
      </w:r>
      <w:r>
        <w:t xml:space="preserve">    (b) even though -- used to connect contrasting ideas</w:t>
      </w:r>
      <w:r>
        <w:br/>
      </w:r>
      <w:r>
        <w:t xml:space="preserve">    (c) in addition to what has just been said</w:t>
      </w:r>
    </w:p>
    <w:p>
      <w:pPr>
        <w:pStyle w:val="Compact"/>
        <w:numPr>
          <w:ilvl w:val="0"/>
          <w:numId w:val="1001"/>
        </w:numPr>
      </w:pPr>
      <w:r>
        <w:rPr>
          <w:b/>
          <w:bCs/>
        </w:rPr>
        <w:t xml:space="preserve">The glass, again, though elegant and quaint, and very</w:t>
      </w:r>
      <w:r>
        <w:rPr>
          <w:b/>
          <w:bCs/>
        </w:rPr>
        <w:t xml:space="preserve"> </w:t>
      </w:r>
      <w:r>
        <w:rPr>
          <w:b/>
          <w:bCs/>
          <w:u w:val="single"/>
        </w:rPr>
        <w:t xml:space="preserve">varied</w:t>
      </w:r>
      <w:r>
        <w:rPr>
          <w:b/>
          <w:bCs/>
        </w:rPr>
        <w:t xml:space="preserve"> </w:t>
      </w:r>
      <w:r>
        <w:rPr>
          <w:b/>
          <w:bCs/>
        </w:rPr>
        <w:t xml:space="preserve">in form, was somewhat bubbled and hornier in texture than the commercial articles of the nineteenth century.</w:t>
      </w:r>
      <w:r>
        <w:br/>
      </w:r>
      <w:r>
        <w:t xml:space="preserve">    (a) began fighting again</w:t>
      </w:r>
      <w:r>
        <w:br/>
      </w:r>
      <w:r>
        <w:t xml:space="preserve">    (b) differed; or changed</w:t>
      </w:r>
      <w:r>
        <w:br/>
      </w:r>
      <w:r>
        <w:t xml:space="preserve">    (c) took on as one's own</w:t>
      </w:r>
    </w:p>
    <w:p>
      <w:pPr>
        <w:pStyle w:val="Compact"/>
        <w:numPr>
          <w:ilvl w:val="0"/>
          <w:numId w:val="1001"/>
        </w:numPr>
      </w:pPr>
      <w:r>
        <w:rPr>
          <w:b/>
          <w:bCs/>
        </w:rPr>
        <w:t xml:space="preserve">Some again were steps on the path of 'State</w:t>
      </w:r>
      <w:r>
        <w:rPr>
          <w:b/>
          <w:bCs/>
        </w:rPr>
        <w:t xml:space="preserve"> </w:t>
      </w:r>
      <w:r>
        <w:rPr>
          <w:b/>
          <w:bCs/>
          <w:u w:val="single"/>
        </w:rPr>
        <w:t xml:space="preserve">Socialism</w:t>
      </w:r>
      <w:r>
        <w:rPr>
          <w:b/>
          <w:bCs/>
        </w:rPr>
        <w:t xml:space="preserve">'; the most important of which can be speedily summed up.</w:t>
      </w:r>
      <w:r>
        <w:br/>
      </w:r>
      <w:r>
        <w:t xml:space="preserve">    (a) history:  breaking of the law by a Catholic for refusing to attend services of the Church of England between the 16th and 18th centuries</w:t>
      </w:r>
      <w:r>
        <w:br/>
      </w:r>
      <w:r>
        <w:t xml:space="preserve">    (b) history:  the act of a Catholic breaking the law by refusing to attend services of the Church of England between the 16th and 18th centuries</w:t>
      </w:r>
      <w:r>
        <w:br/>
      </w:r>
      <w:r>
        <w:t xml:space="preserve">    (c) an economic system based on government ownership or control of all important companies -- with the ideal of equal benefits to all people</w:t>
      </w:r>
    </w:p>
    <w:p>
      <w:pPr>
        <w:pStyle w:val="Compact"/>
        <w:numPr>
          <w:ilvl w:val="0"/>
          <w:numId w:val="1001"/>
        </w:numPr>
      </w:pPr>
      <w:r>
        <w:rPr>
          <w:b/>
          <w:bCs/>
        </w:rPr>
        <w:t xml:space="preserve">At the end of the nineteenth century the cry arose for compelling the masters to employ their men a less number of hours in the day: this cry gathered volume quickly, and the masters had to</w:t>
      </w:r>
      <w:r>
        <w:rPr>
          <w:b/>
          <w:bCs/>
        </w:rPr>
        <w:t xml:space="preserve"> </w:t>
      </w:r>
      <w:r>
        <w:rPr>
          <w:b/>
          <w:bCs/>
          <w:u w:val="single"/>
        </w:rPr>
        <w:t xml:space="preserve">yield</w:t>
      </w:r>
      <w:r>
        <w:rPr>
          <w:b/>
          <w:bCs/>
        </w:rPr>
        <w:t xml:space="preserve"> </w:t>
      </w:r>
      <w:r>
        <w:rPr>
          <w:b/>
          <w:bCs/>
        </w:rPr>
        <w:t xml:space="preserve">to it.</w:t>
      </w:r>
      <w:r>
        <w:br/>
      </w:r>
      <w:r>
        <w:t xml:space="preserve">    (a) select (on a computer screen)</w:t>
      </w:r>
      <w:r>
        <w:br/>
      </w:r>
      <w:r>
        <w:t xml:space="preserve">    (b) an involuntary vomiting spasm</w:t>
      </w:r>
      <w:r>
        <w:br/>
      </w:r>
      <w:r>
        <w:t xml:space="preserve">    (c) give in, give way, or give up</w:t>
      </w:r>
    </w:p>
    <w:p>
      <w:pPr>
        <w:pStyle w:val="Compact"/>
        <w:numPr>
          <w:ilvl w:val="0"/>
          <w:numId w:val="1001"/>
        </w:numPr>
      </w:pPr>
      <w:r>
        <w:rPr>
          <w:b/>
          <w:bCs/>
        </w:rPr>
        <w:t xml:space="preserve">One claim, however, was of the utmost immediate importance, and this the Government tried hard to evade; but as they were not dealing with fools, they had to</w:t>
      </w:r>
      <w:r>
        <w:rPr>
          <w:b/>
          <w:bCs/>
        </w:rPr>
        <w:t xml:space="preserve"> </w:t>
      </w:r>
      <w:r>
        <w:rPr>
          <w:b/>
          <w:bCs/>
          <w:u w:val="single"/>
        </w:rPr>
        <w:t xml:space="preserve">yield</w:t>
      </w:r>
      <w:r>
        <w:rPr>
          <w:b/>
          <w:bCs/>
        </w:rPr>
        <w:t xml:space="preserve"> </w:t>
      </w:r>
      <w:r>
        <w:rPr>
          <w:b/>
          <w:bCs/>
        </w:rPr>
        <w:t xml:space="preserve">at last.</w:t>
      </w:r>
      <w:r>
        <w:br/>
      </w:r>
      <w:r>
        <w:t xml:space="preserve">    (a) stop (something from happening)</w:t>
      </w:r>
      <w:r>
        <w:br/>
      </w:r>
      <w:r>
        <w:t xml:space="preserve">    (b) produce or give</w:t>
      </w:r>
      <w:r>
        <w:br/>
      </w:r>
      <w:r>
        <w:t xml:space="preserve">    (c) think deeply or carefully about</w:t>
      </w:r>
    </w:p>
    <w:p>
      <w:pPr>
        <w:pStyle w:val="Compact"/>
        <w:numPr>
          <w:ilvl w:val="0"/>
          <w:numId w:val="1001"/>
        </w:numPr>
      </w:pPr>
      <w:r>
        <w:rPr>
          <w:b/>
          <w:bCs/>
        </w:rPr>
        <w:t xml:space="preserve">And I suppose that this</w:t>
      </w:r>
      <w:r>
        <w:rPr>
          <w:b/>
          <w:bCs/>
        </w:rPr>
        <w:t xml:space="preserve"> </w:t>
      </w:r>
      <w:r>
        <w:rPr>
          <w:b/>
          <w:bCs/>
          <w:u w:val="single"/>
        </w:rPr>
        <w:t xml:space="preserve">massacre</w:t>
      </w:r>
      <w:r>
        <w:rPr>
          <w:b/>
          <w:bCs/>
        </w:rPr>
        <w:t xml:space="preserve"> </w:t>
      </w:r>
      <w:r>
        <w:rPr>
          <w:b/>
          <w:bCs/>
        </w:rPr>
        <w:t xml:space="preserve">put an end to the whole revolution for that time?</w:t>
      </w:r>
      <w:r>
        <w:br/>
      </w:r>
      <w:r>
        <w:t xml:space="preserve">    (a) crushing defeat or brutal, overwhelming attack — used figuratively in competition and literally for violent killings</w:t>
      </w:r>
      <w:r>
        <w:br/>
      </w:r>
      <w:r>
        <w:t xml:space="preserve">    (b) a method of artistic painting on a wall by using watercolors on wet plaster; or the painting made in such a manner</w:t>
      </w:r>
      <w:r>
        <w:br/>
      </w:r>
      <w:r>
        <w:t xml:space="preserve">    (c) to put someone into a state of hypnosis (a trance-like state of focused concentration and heightened suggestibility)</w:t>
      </w:r>
    </w:p>
    <w:p>
      <w:pPr>
        <w:pStyle w:val="Compact"/>
        <w:numPr>
          <w:ilvl w:val="0"/>
          <w:numId w:val="1001"/>
        </w:numPr>
      </w:pPr>
      <w:r>
        <w:rPr>
          <w:b/>
          <w:bCs/>
        </w:rPr>
        <w:t xml:space="preserve">The Government, being at that hour in one of their yielding moods, thought this a fine opportunity for showing their</w:t>
      </w:r>
      <w:r>
        <w:rPr>
          <w:b/>
          <w:bCs/>
        </w:rPr>
        <w:t xml:space="preserve"> </w:t>
      </w:r>
      <w:r>
        <w:rPr>
          <w:b/>
          <w:bCs/>
          <w:u w:val="single"/>
        </w:rPr>
        <w:t xml:space="preserve">impartiality</w:t>
      </w:r>
      <w:r>
        <w:rPr>
          <w:b/>
          <w:bCs/>
        </w:rPr>
        <w:t xml:space="preserve"> </w:t>
      </w:r>
      <w:r>
        <w:rPr>
          <w:b/>
          <w:bCs/>
        </w:rPr>
        <w:t xml:space="preserve">in the maintenance of 'order,' and sent to arrest these hungry rich youths; who, however, surprised the police by a valiant resistance, so that all but three escaped.</w:t>
      </w:r>
      <w:r>
        <w:br/>
      </w:r>
      <w:r>
        <w:t xml:space="preserve">    (a) lack of favoritism or bias</w:t>
      </w:r>
      <w:r>
        <w:br/>
      </w:r>
      <w:r>
        <w:t xml:space="preserve">    (b) rain, snow, hail, or sleet</w:t>
      </w:r>
      <w:r>
        <w:br/>
      </w:r>
      <w:r>
        <w:t xml:space="preserve">    (c) requires (to do something)</w:t>
      </w:r>
    </w:p>
    <w:p>
      <w:pPr>
        <w:pStyle w:val="Compact"/>
        <w:numPr>
          <w:ilvl w:val="0"/>
          <w:numId w:val="1001"/>
        </w:numPr>
      </w:pPr>
      <w:r>
        <w:rPr>
          <w:b/>
          <w:bCs/>
        </w:rPr>
        <w:t xml:space="preserve">They sent a duly accredited</w:t>
      </w:r>
      <w:r>
        <w:rPr>
          <w:b/>
          <w:bCs/>
        </w:rPr>
        <w:t xml:space="preserve"> </w:t>
      </w:r>
      <w:r>
        <w:rPr>
          <w:b/>
          <w:bCs/>
          <w:u w:val="single"/>
        </w:rPr>
        <w:t xml:space="preserve">envoy</w:t>
      </w:r>
      <w:r>
        <w:rPr>
          <w:b/>
          <w:bCs/>
        </w:rPr>
        <w:t xml:space="preserve"> </w:t>
      </w:r>
      <w:r>
        <w:rPr>
          <w:b/>
          <w:bCs/>
        </w:rPr>
        <w:t xml:space="preserve">to treat with these men, who somehow had obtained dominion over people's minds, while the formal rulers had no hold except over their bodies.</w:t>
      </w:r>
      <w:r>
        <w:br/>
      </w:r>
      <w:r>
        <w:t xml:space="preserve">    (a) one who precedes another in time</w:t>
      </w:r>
      <w:r>
        <w:br/>
      </w:r>
      <w:r>
        <w:t xml:space="preserve">    (b) representative sent on a mission</w:t>
      </w:r>
      <w:r>
        <w:br/>
      </w:r>
      <w:r>
        <w:t xml:space="preserve">    (c) someone who approves or supports</w:t>
      </w:r>
    </w:p>
    <w:p>
      <w:pPr>
        <w:pStyle w:val="Compact"/>
        <w:numPr>
          <w:ilvl w:val="0"/>
          <w:numId w:val="1001"/>
        </w:numPr>
      </w:pPr>
      <w:r>
        <w:rPr>
          <w:b/>
          <w:bCs/>
        </w:rPr>
        <w:t xml:space="preserve">Here I could enjoy everything without an afterthought of the injustice and miserable toil which made my leisure; the ignorance and dulness of life which went to make my keen appreciation of history; the tyranny and the struggle full of fear and</w:t>
      </w:r>
      <w:r>
        <w:rPr>
          <w:b/>
          <w:bCs/>
        </w:rPr>
        <w:t xml:space="preserve"> </w:t>
      </w:r>
      <w:r>
        <w:rPr>
          <w:b/>
          <w:bCs/>
          <w:u w:val="single"/>
        </w:rPr>
        <w:t xml:space="preserve">mishap</w:t>
      </w:r>
      <w:r>
        <w:rPr>
          <w:b/>
          <w:bCs/>
        </w:rPr>
        <w:t xml:space="preserve"> </w:t>
      </w:r>
      <w:r>
        <w:rPr>
          <w:b/>
          <w:bCs/>
        </w:rPr>
        <w:t xml:space="preserve">which went to make my romance.</w:t>
      </w:r>
      <w:r>
        <w:br/>
      </w:r>
      <w:r>
        <w:t xml:space="preserve">    (a) unfortunate accident</w:t>
      </w:r>
      <w:r>
        <w:br/>
      </w:r>
      <w:r>
        <w:t xml:space="preserve">    (b) the act of forgiving</w:t>
      </w:r>
      <w:r>
        <w:br/>
      </w:r>
      <w:r>
        <w:t xml:space="preserve">    (c) basic rule or belief</w:t>
      </w:r>
    </w:p>
    <w:p>
      <w:pPr>
        <w:pStyle w:val="Compact"/>
        <w:numPr>
          <w:ilvl w:val="0"/>
          <w:numId w:val="1001"/>
        </w:numPr>
      </w:pPr>
      <w:r>
        <w:rPr>
          <w:b/>
          <w:bCs/>
        </w:rPr>
        <w:t xml:space="preserve">I noticed by the way that Clara must really rather have felt the</w:t>
      </w:r>
      <w:r>
        <w:rPr>
          <w:b/>
          <w:bCs/>
        </w:rPr>
        <w:t xml:space="preserve"> </w:t>
      </w:r>
      <w:r>
        <w:rPr>
          <w:b/>
          <w:bCs/>
          <w:u w:val="single"/>
        </w:rPr>
        <w:t xml:space="preserve">contrast</w:t>
      </w:r>
      <w:r>
        <w:rPr>
          <w:b/>
          <w:bCs/>
        </w:rPr>
        <w:t xml:space="preserve"> </w:t>
      </w:r>
      <w:r>
        <w:rPr>
          <w:b/>
          <w:bCs/>
        </w:rPr>
        <w:t xml:space="preserve">between herself as a town madam and this piece of the summer country that we all admired so, for she had rather dressed after Ellen that morning as to thinness and scantiness, and went barefoot also, except for light sandals.</w:t>
      </w:r>
      <w:r>
        <w:br/>
      </w:r>
      <w:r>
        <w:t xml:space="preserve">    (a) notable difference</w:t>
      </w:r>
      <w:r>
        <w:br/>
      </w:r>
      <w:r>
        <w:t xml:space="preserve">    (b) come to terms with</w:t>
      </w:r>
      <w:r>
        <w:br/>
      </w:r>
      <w:r>
        <w:t xml:space="preserve">    (c) block or interfere</w:t>
      </w:r>
    </w:p>
    <w:p>
      <w:pPr>
        <w:pStyle w:val="Compact"/>
        <w:numPr>
          <w:ilvl w:val="0"/>
          <w:numId w:val="1001"/>
        </w:numPr>
      </w:pPr>
      <w:r>
        <w:rPr>
          <w:b/>
          <w:bCs/>
        </w:rPr>
        <w:t xml:space="preserve">It (Pangbourne) was distinctly a village still—</w:t>
      </w:r>
      <w:r>
        <w:rPr>
          <w:b/>
          <w:bCs/>
          <w:i/>
          <w:iCs/>
          <w:u w:val="single"/>
        </w:rPr>
        <w:t xml:space="preserve">i.e.</w:t>
      </w:r>
      <w:r>
        <w:rPr>
          <w:b/>
          <w:bCs/>
        </w:rPr>
        <w:t xml:space="preserve">, a definite group of houses, and as pretty as might be.</w:t>
      </w:r>
      <w:r>
        <w:br/>
      </w:r>
      <w:r>
        <w:t xml:space="preserve">    (a) for example</w:t>
      </w:r>
      <w:r>
        <w:br/>
      </w:r>
      <w:r>
        <w:t xml:space="preserve">    (b) an expression used to intensify denial of an idea</w:t>
      </w:r>
      <w:r>
        <w:br/>
      </w:r>
      <w:r>
        <w:t xml:space="preserve">    (c)</w:t>
      </w:r>
      <w:r>
        <w:t xml:space="preserve"> </w:t>
      </w:r>
      <w:r>
        <w:rPr>
          <w:i/>
          <w:iCs/>
        </w:rPr>
        <w:t xml:space="preserve">that is to say</w:t>
      </w:r>
      <w:r>
        <w:t xml:space="preserve"> </w:t>
      </w:r>
      <w:r>
        <w:t xml:space="preserve">or</w:t>
      </w:r>
      <w:r>
        <w:t xml:space="preserve"> </w:t>
      </w:r>
      <w:r>
        <w:rPr>
          <w:i/>
          <w:iCs/>
        </w:rPr>
        <w:t xml:space="preserve">in other words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2026-07-31T19:03:50Z</dcterms:created>
  <dcterms:modified xsi:type="dcterms:W3CDTF">2026-07-31T19:03:50Z</dcterms:modified>
</cp:coreProperties>
</file>

<file path=docProps/custom.xml><?xml version="1.0" encoding="utf-8"?>
<Properties xmlns="http://schemas.openxmlformats.org/officeDocument/2006/custom-properties" xmlns:vt="http://schemas.openxmlformats.org/officeDocument/2006/docPropsVTypes"/>
</file>