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bd91bc4a3b740af93a563bac0a9469a6ae0fdce"/>
    <w:p>
      <w:pPr>
        <w:pStyle w:val="Heading1"/>
      </w:pPr>
      <w:r>
        <w:rPr>
          <w:b/>
          <w:bCs/>
        </w:rPr>
        <w:t xml:space="preserve">New Testament</w:t>
      </w:r>
      <w:r>
        <w:br/>
      </w:r>
      <w:r>
        <w:rPr>
          <w:i/>
          <w:iCs/>
        </w:rPr>
        <w:t xml:space="preserve">The Bible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2:7 Then Herod, when he had privily called the wise men, enquired of them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diligently</w:t>
      </w:r>
      <w:r>
        <w:rPr>
          <w:b/>
          <w:bCs/>
        </w:rPr>
        <w:t xml:space="preserve"> </w:t>
      </w:r>
      <w:r>
        <w:rPr>
          <w:b/>
          <w:bCs/>
        </w:rPr>
        <w:t xml:space="preserve">what time the star appeared.</w:t>
      </w:r>
      <w:r>
        <w:br/>
      </w:r>
      <w:r>
        <w:t xml:space="preserve">    (a) with hard work and care</w:t>
      </w:r>
      <w:r>
        <w:br/>
      </w:r>
      <w:r>
        <w:t xml:space="preserve">    (b) relating to the outside</w:t>
      </w:r>
      <w:r>
        <w:br/>
      </w:r>
      <w:r>
        <w:t xml:space="preserve">    (c) about (but not exactly)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3:1 In those days came John the Baptist, preaching in the wilderness of Judaea, 3:2 And saying,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Repent</w:t>
      </w:r>
      <w:r>
        <w:rPr>
          <w:b/>
          <w:bCs/>
        </w:rPr>
        <w:t xml:space="preserve"> </w:t>
      </w:r>
      <w:r>
        <w:rPr>
          <w:b/>
          <w:bCs/>
        </w:rPr>
        <w:t xml:space="preserve">ye: for the kingdom of heaven is at hand.</w:t>
      </w:r>
      <w:r>
        <w:br/>
      </w:r>
      <w:r>
        <w:t xml:space="preserve">    (a) to express or feel regret for having done wrong</w:t>
      </w:r>
      <w:r>
        <w:br/>
      </w:r>
      <w:r>
        <w:t xml:space="preserve">    (b) give an opinion of what is wrong with something</w:t>
      </w:r>
      <w:r>
        <w:br/>
      </w:r>
      <w:r>
        <w:t xml:space="preserve">    (c) mark important text; or the text that is marked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3:5 Then went out to him Jerusalem, and all Judaea, and all the region round about Jordan, 3:6 And were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baptized</w:t>
      </w:r>
      <w:r>
        <w:rPr>
          <w:b/>
          <w:bCs/>
        </w:rPr>
        <w:t xml:space="preserve"> </w:t>
      </w:r>
      <w:r>
        <w:rPr>
          <w:b/>
          <w:bCs/>
        </w:rPr>
        <w:t xml:space="preserve">of him in Jordan, confessing their sins.</w:t>
      </w:r>
      <w:r>
        <w:br/>
      </w:r>
      <w:r>
        <w:t xml:space="preserve">    (a) expressed personal artistic ideas or feelings while performing (or performing to) someone else's work</w:t>
      </w:r>
      <w:r>
        <w:br/>
      </w:r>
      <w:r>
        <w:t xml:space="preserve">    (b) directed energy from a negative (unacceptable) impulse or urge into a positive or acceptable action</w:t>
      </w:r>
      <w:r>
        <w:br/>
      </w:r>
      <w:r>
        <w:t xml:space="preserve">    (c) "spiritually renewed" in a Christian ceremony  OR  initiated or purified by a challenging experience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5:10 Blessed are they which are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persecuted</w:t>
      </w:r>
      <w:r>
        <w:rPr>
          <w:b/>
          <w:bCs/>
        </w:rPr>
        <w:t xml:space="preserve"> </w:t>
      </w:r>
      <w:r>
        <w:rPr>
          <w:b/>
          <w:bCs/>
        </w:rPr>
        <w:t xml:space="preserve">for righteousness' sake: for theirs is the kingdom of heaven.</w:t>
      </w:r>
      <w:r>
        <w:br/>
      </w:r>
      <w:r>
        <w:t xml:space="preserve">    (a) treated very badly and unfairly</w:t>
      </w:r>
      <w:r>
        <w:br/>
      </w:r>
      <w:r>
        <w:t xml:space="preserve">    (b) ignored (as though they don't exist)</w:t>
      </w:r>
      <w:r>
        <w:br/>
      </w:r>
      <w:r>
        <w:t xml:space="preserve">    (c) exiled (forced to leave the country)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6:1 Take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heed</w:t>
      </w:r>
      <w:r>
        <w:rPr>
          <w:b/>
          <w:bCs/>
        </w:rPr>
        <w:t xml:space="preserve"> </w:t>
      </w:r>
      <w:r>
        <w:rPr>
          <w:b/>
          <w:bCs/>
        </w:rPr>
        <w:t xml:space="preserve">that ye do not your alms before men, to be seen of them: otherwise ye have no reward of your Father which is in heaven.</w:t>
      </w:r>
      <w:r>
        <w:br/>
      </w:r>
      <w:r>
        <w:t xml:space="preserve">    (a) adjusted excessively or made up for excessively</w:t>
      </w:r>
      <w:r>
        <w:br/>
      </w:r>
      <w:r>
        <w:t xml:space="preserve">    (b) pay close attention to; or do what is suggested</w:t>
      </w:r>
      <w:r>
        <w:br/>
      </w:r>
      <w:r>
        <w:t xml:space="preserve">    (c) a non-doctor who assisted a women in childbirth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7:23 And then will I profess unto them, I never knew you: depart from me, ye that work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iniquity</w:t>
      </w:r>
      <w:r>
        <w:rPr>
          <w:b/>
          <w:bCs/>
        </w:rPr>
        <w:t xml:space="preserve">.</w:t>
      </w:r>
      <w:r>
        <w:br/>
      </w:r>
      <w:r>
        <w:t xml:space="preserve">    (a) immorality; or an immoral act</w:t>
      </w:r>
      <w:r>
        <w:br/>
      </w:r>
      <w:r>
        <w:t xml:space="preserve">    (b) long-accepted behavior</w:t>
      </w:r>
      <w:r>
        <w:br/>
      </w:r>
      <w:r>
        <w:t xml:space="preserve">    (c) set of laws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8:4 And Jesus saith unto him, See thou tell no man; but go thy way, shew thyself to the priest, and offer the gift that Moses commanded, for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testimony</w:t>
      </w:r>
      <w:r>
        <w:rPr>
          <w:b/>
          <w:bCs/>
        </w:rPr>
        <w:t xml:space="preserve"> </w:t>
      </w:r>
      <w:r>
        <w:rPr>
          <w:b/>
          <w:bCs/>
        </w:rPr>
        <w:t xml:space="preserve">unto them.</w:t>
      </w:r>
      <w:r>
        <w:br/>
      </w:r>
      <w:r>
        <w:t xml:space="preserve">    (a) something that serves as evidence -- especially a statement at a trial or hearing</w:t>
      </w:r>
      <w:r>
        <w:br/>
      </w:r>
      <w:r>
        <w:t xml:space="preserve">    (b) an atom that has acquired an electrical charge by the loss or gain of an electron</w:t>
      </w:r>
      <w:r>
        <w:br/>
      </w:r>
      <w:r>
        <w:t xml:space="preserve">    (c) an organ attached to the wall of the uterus to nourish the fetus during pregnancy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8:25 And his disciples came to him, and awoke him, saying, Lord, save us: we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perish</w:t>
      </w:r>
      <w:r>
        <w:rPr>
          <w:b/>
          <w:bCs/>
        </w:rPr>
        <w:t xml:space="preserve">.</w:t>
      </w:r>
      <w:r>
        <w:br/>
      </w:r>
      <w:r>
        <w:t xml:space="preserve">    (a) to spread to other parts of the body</w:t>
      </w:r>
      <w:r>
        <w:br/>
      </w:r>
      <w:r>
        <w:t xml:space="preserve">    (b) die, be destroyed, or cease to exist</w:t>
      </w:r>
      <w:r>
        <w:br/>
      </w:r>
      <w:r>
        <w:t xml:space="preserve">    (c) move into position to work; or start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8:31 So the devils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besought</w:t>
      </w:r>
      <w:r>
        <w:rPr>
          <w:b/>
          <w:bCs/>
        </w:rPr>
        <w:t xml:space="preserve"> </w:t>
      </w:r>
      <w:r>
        <w:rPr>
          <w:b/>
          <w:bCs/>
        </w:rPr>
        <w:t xml:space="preserve">him, saying, If thou cast us out, suffer us to go away into the herd of swine.</w:t>
      </w:r>
      <w:r>
        <w:br/>
      </w:r>
      <w:r>
        <w:t xml:space="preserve">    (a) asked strongly or begged for something</w:t>
      </w:r>
      <w:r>
        <w:br/>
      </w:r>
      <w:r>
        <w:t xml:space="preserve">    (b) adjusted a lens to make an image clear</w:t>
      </w:r>
      <w:r>
        <w:br/>
      </w:r>
      <w:r>
        <w:t xml:space="preserve">    (c) differed notably in brightness or tone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12:9 And when he was departed thence, he went into their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synagogue</w:t>
      </w:r>
      <w:r>
        <w:rPr>
          <w:b/>
          <w:bCs/>
        </w:rPr>
        <w:t xml:space="preserve">: 12:10 And, behold, there was a man which had his hand withered.</w:t>
      </w:r>
      <w:r>
        <w:br/>
      </w:r>
      <w:r>
        <w:t xml:space="preserve">    (a) a place of worship for a people of the Jewish faith</w:t>
      </w:r>
      <w:r>
        <w:br/>
      </w:r>
      <w:r>
        <w:t xml:space="preserve">    (b) a particular way of seeing or thinking about things</w:t>
      </w:r>
      <w:r>
        <w:br/>
      </w:r>
      <w:r>
        <w:t xml:space="preserve">    (c) collection of star systems held together by gravity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for out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abundance</w:t>
      </w:r>
      <w:r>
        <w:rPr>
          <w:b/>
          <w:bCs/>
        </w:rPr>
        <w:t xml:space="preserve"> </w:t>
      </w:r>
      <w:r>
        <w:rPr>
          <w:b/>
          <w:bCs/>
        </w:rPr>
        <w:t xml:space="preserve">of the heart the mouth speaketh.</w:t>
      </w:r>
      <w:r>
        <w:br/>
      </w:r>
      <w:r>
        <w:t xml:space="preserve">    (a) large amount or quantity</w:t>
      </w:r>
      <w:r>
        <w:br/>
      </w:r>
      <w:r>
        <w:t xml:space="preserve">    (b) sharpness or intenseness</w:t>
      </w:r>
      <w:r>
        <w:br/>
      </w:r>
      <w:r>
        <w:t xml:space="preserve">    (c) conflict or disagreement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13:18 Hear ye therefore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parable</w:t>
      </w:r>
      <w:r>
        <w:rPr>
          <w:b/>
          <w:bCs/>
        </w:rPr>
        <w:t xml:space="preserve"> </w:t>
      </w:r>
      <w:r>
        <w:rPr>
          <w:b/>
          <w:bCs/>
        </w:rPr>
        <w:t xml:space="preserve">of the sower.</w:t>
      </w:r>
      <w:r>
        <w:br/>
      </w:r>
      <w:r>
        <w:t xml:space="preserve">    (a) a short story told to teach a moral lesson</w:t>
      </w:r>
      <w:r>
        <w:br/>
      </w:r>
      <w:r>
        <w:t xml:space="preserve">    (b) something accepted as true (without proof)</w:t>
      </w:r>
      <w:r>
        <w:br/>
      </w:r>
      <w:r>
        <w:t xml:space="preserve">    (c) relating to properties of sound or hearing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15:9 But in vain they do worship me, teaching for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doctrines</w:t>
      </w:r>
      <w:r>
        <w:rPr>
          <w:b/>
          <w:bCs/>
        </w:rPr>
        <w:t xml:space="preserve"> </w:t>
      </w:r>
      <w:r>
        <w:rPr>
          <w:b/>
          <w:bCs/>
        </w:rPr>
        <w:t xml:space="preserve">the commandments of men.</w:t>
      </w:r>
      <w:r>
        <w:br/>
      </w:r>
      <w:r>
        <w:t xml:space="preserve">    (a) private, non-profit organizations working for member goals at the international level</w:t>
      </w:r>
      <w:r>
        <w:br/>
      </w:r>
      <w:r>
        <w:t xml:space="preserve">    (b) tries to obtain a result through gentle and careful effort -- often gently persuades</w:t>
      </w:r>
      <w:r>
        <w:br/>
      </w:r>
      <w:r>
        <w:t xml:space="preserve">    (c) a belief (or system of beliefs or principles) accepted as authoritative by some group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24:9 Then shall they deliver you up to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afflicted</w:t>
      </w:r>
      <w:r>
        <w:rPr>
          <w:b/>
          <w:bCs/>
        </w:rPr>
        <w:t xml:space="preserve">, and shall kill you: and ye shall be hated of all nations for my name's sake.</w:t>
      </w:r>
      <w:r>
        <w:br/>
      </w:r>
      <w:r>
        <w:t xml:space="preserve">    (a) told someone about something</w:t>
      </w:r>
      <w:r>
        <w:br/>
      </w:r>
      <w:r>
        <w:t xml:space="preserve">    (b) not judged in a negative way</w:t>
      </w:r>
      <w:r>
        <w:br/>
      </w:r>
      <w:r>
        <w:t xml:space="preserve">    (c) suffering; or made to suffer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26:49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forthwith</w:t>
      </w:r>
      <w:r>
        <w:rPr>
          <w:b/>
          <w:bCs/>
        </w:rPr>
        <w:t xml:space="preserve"> </w:t>
      </w:r>
      <w:r>
        <w:rPr>
          <w:b/>
          <w:bCs/>
        </w:rPr>
        <w:t xml:space="preserve">he came to Jesus, and said, Hail, master; and kissed him.</w:t>
      </w:r>
      <w:r>
        <w:br/>
      </w:r>
      <w:r>
        <w:t xml:space="preserve">    (a) immediately</w:t>
      </w:r>
      <w:r>
        <w:br/>
      </w:r>
      <w:r>
        <w:t xml:space="preserve">    (b) a last name</w:t>
      </w:r>
      <w:r>
        <w:br/>
      </w:r>
      <w:r>
        <w:t xml:space="preserve">    (c) well suited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3:7 Then said he to the multitude that came forth to be baptized of him, O generation of vipers, who hath warned you to flee from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wrath</w:t>
      </w:r>
      <w:r>
        <w:rPr>
          <w:b/>
          <w:bCs/>
        </w:rPr>
        <w:t xml:space="preserve"> </w:t>
      </w:r>
      <w:r>
        <w:rPr>
          <w:b/>
          <w:bCs/>
        </w:rPr>
        <w:t xml:space="preserve">to come?</w:t>
      </w:r>
      <w:r>
        <w:br/>
      </w:r>
      <w:r>
        <w:t xml:space="preserve">    (a) extreme anger</w:t>
      </w:r>
      <w:r>
        <w:br/>
      </w:r>
      <w:r>
        <w:t xml:space="preserve">    (b) determination</w:t>
      </w:r>
      <w:r>
        <w:br/>
      </w:r>
      <w:r>
        <w:t xml:space="preserve">    (c) use of reason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14:13 But when thou makest a feast, call the poor, the maimed, the lame, the blind: 14:14 And thou shalt be blessed; for they cannot recompense thee: for thou shalt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recompensed</w:t>
      </w:r>
      <w:r>
        <w:rPr>
          <w:b/>
          <w:bCs/>
        </w:rPr>
        <w:t xml:space="preserve"> </w:t>
      </w:r>
      <w:r>
        <w:rPr>
          <w:b/>
          <w:bCs/>
        </w:rPr>
        <w:t xml:space="preserve">at the resurrection of the just.</w:t>
      </w:r>
      <w:r>
        <w:br/>
      </w:r>
      <w:r>
        <w:t xml:space="preserve">    (a) moved from more general to more specific</w:t>
      </w:r>
      <w:r>
        <w:br/>
      </w:r>
      <w:r>
        <w:t xml:space="preserve">    (b) not having taken power or responsibility</w:t>
      </w:r>
      <w:r>
        <w:br/>
      </w:r>
      <w:r>
        <w:t xml:space="preserve">    (c) compensated for a loss; or paid a reward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2:4 Or despisest thou the riches of his goodness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forbearance</w:t>
      </w:r>
      <w:r>
        <w:rPr>
          <w:b/>
          <w:bCs/>
        </w:rPr>
        <w:t xml:space="preserve"> </w:t>
      </w:r>
      <w:r>
        <w:rPr>
          <w:b/>
          <w:bCs/>
        </w:rPr>
        <w:t xml:space="preserve">and longsuffering; not knowing that the goodness of God leadeth thee to repentance?</w:t>
      </w:r>
      <w:r>
        <w:br/>
      </w:r>
      <w:r>
        <w:t xml:space="preserve">    (a) something suggested indirectly; or something that can be concluded; or a result</w:t>
      </w:r>
      <w:r>
        <w:br/>
      </w:r>
      <w:r>
        <w:t xml:space="preserve">    (b) refraining (holding back) from acting  OR  patience, tolerance, or self-control</w:t>
      </w:r>
      <w:r>
        <w:br/>
      </w:r>
      <w:r>
        <w:t xml:space="preserve">    (c) a right that is naturally due because of human nature and the natural condition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8:6 For to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carnally</w:t>
      </w:r>
      <w:r>
        <w:rPr>
          <w:b/>
          <w:bCs/>
        </w:rPr>
        <w:t xml:space="preserve"> </w:t>
      </w:r>
      <w:r>
        <w:rPr>
          <w:b/>
          <w:bCs/>
        </w:rPr>
        <w:t xml:space="preserve">minded is death; but to be spiritually minded is life and peace.</w:t>
      </w:r>
      <w:r>
        <w:br/>
      </w:r>
      <w:r>
        <w:t xml:space="preserve">    (a) in a straightforward manner (uncomplicated or simple -- perhaps also indicating openness and honesty)</w:t>
      </w:r>
      <w:r>
        <w:br/>
      </w:r>
      <w:r>
        <w:t xml:space="preserve">    (b) in an extremely negative manner -- often implying extreme hopelessness, misery, shame, or desperation</w:t>
      </w:r>
      <w:r>
        <w:br/>
      </w:r>
      <w:r>
        <w:t xml:space="preserve">    (c) sexual, or related to the body or physical desire (in contrast to spiritual desires or higher ideals)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15:2 Let every one of us please his neighbour for his good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edification</w:t>
      </w:r>
      <w:r>
        <w:rPr>
          <w:b/>
          <w:bCs/>
        </w:rPr>
        <w:t xml:space="preserve">.</w:t>
      </w:r>
      <w:r>
        <w:br/>
      </w:r>
      <w:r>
        <w:t xml:space="preserve">    (a) well suited</w:t>
      </w:r>
      <w:r>
        <w:br/>
      </w:r>
      <w:r>
        <w:t xml:space="preserve">    (b) a last name</w:t>
      </w:r>
      <w:r>
        <w:br/>
      </w:r>
      <w:r>
        <w:t xml:space="preserve">    (c) instruction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2026-07-31T16:56:47Z</dcterms:created>
  <dcterms:modified xsi:type="dcterms:W3CDTF">2026-07-31T16:56:47Z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