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0c58370e9024d1bc4b6a71d2d966ec76c4eac2"/>
    <w:p>
      <w:pPr>
        <w:pStyle w:val="Heading1"/>
      </w:pPr>
      <w:r>
        <w:rPr>
          <w:b/>
          <w:bCs/>
        </w:rPr>
        <w:t xml:space="preserve">New Moon</w:t>
      </w:r>
      <w:r>
        <w:br/>
      </w:r>
      <w:r>
        <w:rPr>
          <w:i/>
          <w:iCs/>
        </w:rPr>
        <w:t xml:space="preserve">Stephenie Meyer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all those years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indecision</w:t>
      </w:r>
      <w:r>
        <w:rPr>
          <w:b/>
          <w:bCs/>
        </w:rPr>
        <w:t xml:space="preserve">, I simply acted on a whim.</w:t>
      </w:r>
      <w:r>
        <w:br/>
      </w:r>
      <w:r>
        <w:t xml:space="preserve">    (a) of the philosophical &amp; religious system based on the teachings of Laozi (also spelled Taoist)</w:t>
      </w:r>
      <w:r>
        <w:br/>
      </w:r>
      <w:r>
        <w:t xml:space="preserve">    (b) a response to an offer that proposes a different agreement while rejecting the previous offer</w:t>
      </w:r>
      <w:r>
        <w:br/>
      </w:r>
      <w:r>
        <w:t xml:space="preserve">    (c) leaving a decision unmade due to uncertainty; or a general tendency to leave decisions unmade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 spoke, I could hear the distinctive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theme</w:t>
      </w:r>
      <w:r>
        <w:rPr>
          <w:b/>
          <w:bCs/>
        </w:rPr>
        <w:t xml:space="preserve"> </w:t>
      </w:r>
      <w:r>
        <w:rPr>
          <w:b/>
          <w:bCs/>
        </w:rPr>
        <w:t xml:space="preserve">music from ESPN's SportsCenter coming from the living room.</w:t>
      </w:r>
      <w:r>
        <w:br/>
      </w:r>
      <w:r>
        <w:t xml:space="preserve">    (a) associated with a program</w:t>
      </w:r>
      <w:r>
        <w:br/>
      </w:r>
      <w:r>
        <w:t xml:space="preserve">    (b) treat in a manner that demonstrates a sense of superiority, but is supposed to seem kind  OR  the actions of a patron (to support someone or something; or to be a customer)</w:t>
      </w:r>
      <w:r>
        <w:br/>
      </w:r>
      <w:r>
        <w:t xml:space="preserve">    (c) (verb) to intentionally anger, challenge, or upset someone -- especially by mocking them or hurling insults  OR  (noun) an insult or other action intended to anger, challenge, or upset someone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wondered if there was some pirate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theme</w:t>
      </w:r>
      <w:r>
        <w:rPr>
          <w:b/>
          <w:bCs/>
        </w:rPr>
        <w:t xml:space="preserve"> </w:t>
      </w:r>
      <w:r>
        <w:rPr>
          <w:b/>
          <w:bCs/>
        </w:rPr>
        <w:t xml:space="preserve">not visible from outside.</w:t>
      </w:r>
      <w:r>
        <w:br/>
      </w:r>
      <w:r>
        <w:t xml:space="preserve">    (a) to understand or explain something in a particular way</w:t>
      </w:r>
      <w:r>
        <w:br/>
      </w:r>
      <w:r>
        <w:t xml:space="preserve">    (b) unifying idea</w:t>
      </w:r>
      <w:r>
        <w:br/>
      </w:r>
      <w:r>
        <w:t xml:space="preserve">    (c) excessively examine in an attempt to better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two of us was painful.</w:t>
      </w:r>
      <w:r>
        <w:br/>
      </w:r>
      <w:r>
        <w:t xml:space="preserve">    (a) block or interfere</w:t>
      </w:r>
      <w:r>
        <w:br/>
      </w:r>
      <w:r>
        <w:t xml:space="preserve">    (b) come to terms with</w:t>
      </w:r>
      <w:r>
        <w:br/>
      </w:r>
      <w:r>
        <w:t xml:space="preserve">    (c) notable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I'd been careful to avoid all forms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moroseness</w:t>
      </w:r>
      <w:r>
        <w:rPr>
          <w:b/>
          <w:bCs/>
        </w:rPr>
        <w:t xml:space="preserve">, moping included.</w:t>
      </w:r>
      <w:r>
        <w:br/>
      </w:r>
      <w:r>
        <w:t xml:space="preserve">    (a) the quality of not being sensible and careful</w:t>
      </w:r>
      <w:r>
        <w:br/>
      </w:r>
      <w:r>
        <w:t xml:space="preserve">    (b) unhappiness</w:t>
      </w:r>
      <w:r>
        <w:br/>
      </w:r>
      <w:r>
        <w:t xml:space="preserve">    (c) the trait of being easy to meet and talk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Triggered, no doubt, by the memory—the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deja vu</w:t>
      </w:r>
      <w:r>
        <w:rPr>
          <w:b/>
          <w:bCs/>
        </w:rPr>
        <w:t xml:space="preserve">, the strange familiarity of the situation.</w:t>
      </w:r>
      <w:r>
        <w:br/>
      </w:r>
      <w:r>
        <w:t xml:space="preserve">    (a) the strange feeling of having lived the current moment before; or referring to something as similar to what has happened before</w:t>
      </w:r>
      <w:r>
        <w:br/>
      </w:r>
      <w:r>
        <w:t xml:space="preserve">    (b) not high blood pressure; or pressure that is clinically low (systolic pressure less than 90 or diastolic pressure less than 60)</w:t>
      </w:r>
      <w:r>
        <w:br/>
      </w:r>
      <w:r>
        <w:t xml:space="preserve">    (c) easily makes profit  OR  (from Greek mythology) referring to the story of everthing turning to gold when touched by King Midas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sighed impatiently—this was something I'd already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inferred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sign.</w:t>
      </w:r>
      <w:r>
        <w:br/>
      </w:r>
      <w:r>
        <w:t xml:space="preserve">    (a) not limited or without boundaries</w:t>
      </w:r>
      <w:r>
        <w:br/>
      </w:r>
      <w:r>
        <w:t xml:space="preserve">    (b) was overly unhappy and unsociable</w:t>
      </w:r>
      <w:r>
        <w:br/>
      </w:r>
      <w:r>
        <w:t xml:space="preserve">    (c) concluded or guessed by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sure he wouldn't notice the faint hint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hysteria</w:t>
      </w:r>
      <w:r>
        <w:rPr>
          <w:b/>
          <w:bCs/>
        </w:rPr>
        <w:t xml:space="preserve">.</w:t>
      </w:r>
      <w:r>
        <w:br/>
      </w:r>
      <w:r>
        <w:t xml:space="preserve">    (a) Nazi organization for children aged 10 to 18</w:t>
      </w:r>
      <w:r>
        <w:br/>
      </w:r>
      <w:r>
        <w:t xml:space="preserve">    (b) a state of excessive, uncontrollable emotion</w:t>
      </w:r>
      <w:r>
        <w:br/>
      </w:r>
      <w:r>
        <w:t xml:space="preserve">    (c) found a condition or substance to be 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Charlie watched me, trying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inconspicuous</w:t>
      </w:r>
      <w:r>
        <w:rPr>
          <w:b/>
          <w:bCs/>
        </w:rPr>
        <w:t xml:space="preserve"> </w:t>
      </w:r>
      <w:r>
        <w:rPr>
          <w:b/>
          <w:bCs/>
        </w:rPr>
        <w:t xml:space="preserve">about it, with pleased but cautious eyes.</w:t>
      </w:r>
      <w:r>
        <w:br/>
      </w:r>
      <w:r>
        <w:t xml:space="preserve">    (a) not very noticeable</w:t>
      </w:r>
      <w:r>
        <w:br/>
      </w:r>
      <w:r>
        <w:t xml:space="preserve">    (b) not straightforward</w:t>
      </w:r>
      <w:r>
        <w:br/>
      </w:r>
      <w:r>
        <w:t xml:space="preserve">    (c) not done on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panicked, worried that Charlie was about to lay down some kind of edict that would prohibit La Push,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consequently</w:t>
      </w:r>
      <w:r>
        <w:rPr>
          <w:b/>
          <w:bCs/>
        </w:rPr>
        <w:t xml:space="preserve"> </w:t>
      </w:r>
      <w:r>
        <w:rPr>
          <w:b/>
          <w:bCs/>
        </w:rPr>
        <w:t xml:space="preserve">my motorcycle.</w:t>
      </w:r>
      <w:r>
        <w:br/>
      </w:r>
      <w:r>
        <w:t xml:space="preserve">    (a) even though -- used to connect contrasting ideas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resultantly (as a result)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Nothing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.</w:t>
      </w:r>
      <w:r>
        <w:br/>
      </w:r>
      <w:r>
        <w:t xml:space="preserve">    (a) sticks out</w:t>
      </w:r>
      <w:r>
        <w:br/>
      </w:r>
      <w:r>
        <w:t xml:space="preserve">    (b) importance</w:t>
      </w:r>
      <w:r>
        <w:br/>
      </w:r>
      <w:r>
        <w:t xml:space="preserve">    (c) translates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adrenaline</w:t>
      </w:r>
      <w:r>
        <w:rPr>
          <w:b/>
          <w:bCs/>
        </w:rPr>
        <w:t xml:space="preserve">, no danger.</w:t>
      </w:r>
      <w:r>
        <w:br/>
      </w:r>
      <w:r>
        <w:t xml:space="preserve">    (a) declaration of invalidity; or cancelation</w:t>
      </w:r>
      <w:r>
        <w:br/>
      </w:r>
      <w:r>
        <w:t xml:space="preserve">    (b) hormone released to help the body prepare for action ("fight or flight")</w:t>
      </w:r>
      <w:r>
        <w:br/>
      </w:r>
      <w:r>
        <w:t xml:space="preserve">    (c) the branch of geology that studies rocks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struggled to conceal the tension behind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serene</w:t>
      </w:r>
      <w:r>
        <w:rPr>
          <w:b/>
          <w:bCs/>
        </w:rPr>
        <w:t xml:space="preserve"> </w:t>
      </w:r>
      <w:r>
        <w:rPr>
          <w:b/>
          <w:bCs/>
        </w:rPr>
        <w:t xml:space="preserve">expression.</w:t>
      </w:r>
      <w:r>
        <w:br/>
      </w:r>
      <w:r>
        <w:t xml:space="preserve">    (a) not done on purpose</w:t>
      </w:r>
      <w:r>
        <w:br/>
      </w:r>
      <w:r>
        <w:t xml:space="preserve">    (b) not straightforward</w:t>
      </w:r>
      <w:r>
        <w:br/>
      </w:r>
      <w:r>
        <w:t xml:space="preserve">    (c) calm and untroubled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would appreciate it very much,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if you would send my thanks to your masters.</w:t>
      </w:r>
      <w:r>
        <w:br/>
      </w:r>
      <w:r>
        <w:t xml:space="preserve">    (a) therefore (for that reason)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 stared at his too beautiful face, trying to understand the change, it suddenly struck me that I was really here, in Edward's arms,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fleetingly, and that we were not—at this exact moment—about to be killed.</w:t>
      </w:r>
      <w:r>
        <w:br/>
      </w:r>
      <w:r>
        <w:t xml:space="preserve">    (a) regardless of how</w:t>
      </w:r>
      <w:r>
        <w:br/>
      </w:r>
      <w:r>
        <w:t xml:space="preserve">    (b) aka analysis -- psychiatric treatment; or a theory of psychiatric treatment</w:t>
      </w:r>
      <w:r>
        <w:br/>
      </w:r>
      <w:r>
        <w:t xml:space="preserve">    (c) people who are good at or spend much time studying, thinking, and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comprehend</w:t>
      </w:r>
      <w:r>
        <w:rPr>
          <w:b/>
          <w:bCs/>
        </w:rPr>
        <w:t xml:space="preserve"> </w:t>
      </w:r>
      <w:r>
        <w:rPr>
          <w:b/>
          <w:bCs/>
        </w:rPr>
        <w:t xml:space="preserve">what this human woman was doing here, totally at ease, surrounded by vampires.</w:t>
      </w:r>
      <w:r>
        <w:br/>
      </w:r>
      <w:r>
        <w:t xml:space="preserve">    (a) rug-like artwork -- often hung on a wall for display</w:t>
      </w:r>
      <w:r>
        <w:br/>
      </w:r>
      <w:r>
        <w:t xml:space="preserve">    (b) to concentrate, look at; or the act of concentration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"It's just so difficult to understand, even now," Aro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mused</w:t>
      </w:r>
      <w:r>
        <w:rPr>
          <w:b/>
          <w:bCs/>
        </w:rPr>
        <w:t xml:space="preserve">,</w:t>
      </w:r>
      <w:r>
        <w:br/>
      </w:r>
      <w:r>
        <w:t xml:space="preserve">    (a) was abundant or plentiful</w:t>
      </w:r>
      <w:r>
        <w:br/>
      </w:r>
      <w:r>
        <w:t xml:space="preserve">    (b) thought</w:t>
      </w:r>
      <w:r>
        <w:br/>
      </w:r>
      <w:r>
        <w:t xml:space="preserve">    (c) expelled or gotten rid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long as I was truly insane now, I might as well enjoy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delusions</w:t>
      </w:r>
      <w:r>
        <w:rPr>
          <w:b/>
          <w:bCs/>
        </w:rPr>
        <w:t xml:space="preserve"> </w:t>
      </w:r>
      <w:r>
        <w:rPr>
          <w:b/>
          <w:bCs/>
        </w:rPr>
        <w:t xml:space="preserve">while they were pleasant.</w:t>
      </w:r>
      <w:r>
        <w:br/>
      </w:r>
      <w:r>
        <w:t xml:space="preserve">    (a) possibilities</w:t>
      </w:r>
      <w:r>
        <w:br/>
      </w:r>
      <w:r>
        <w:t xml:space="preserve">    (b) psychiatrists</w:t>
      </w:r>
      <w:r>
        <w:br/>
      </w:r>
      <w:r>
        <w:t xml:space="preserve">    (c) false beliefs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didn't say anything, and he seemed to hear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skepticism</w:t>
      </w:r>
      <w:r>
        <w:rPr>
          <w:b/>
          <w:bCs/>
        </w:rPr>
        <w:t xml:space="preserve"> </w:t>
      </w:r>
      <w:r>
        <w:rPr>
          <w:b/>
          <w:bCs/>
        </w:rPr>
        <w:t xml:space="preserve">in my silence.</w:t>
      </w:r>
      <w:r>
        <w:br/>
      </w:r>
      <w:r>
        <w:t xml:space="preserve">    (a) concern with practical matters</w:t>
      </w:r>
      <w:r>
        <w:br/>
      </w:r>
      <w:r>
        <w:t xml:space="preserve">    (b) doubt (that something is true)</w:t>
      </w:r>
      <w:r>
        <w:br/>
      </w:r>
      <w:r>
        <w:t xml:space="preserve">    (c) between daylight and darkness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Jacob's eyes sparked with hate as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glowered</w:t>
      </w:r>
      <w:r>
        <w:rPr>
          <w:b/>
          <w:bCs/>
        </w:rPr>
        <w:t xml:space="preserve"> </w:t>
      </w:r>
      <w:r>
        <w:rPr>
          <w:b/>
          <w:bCs/>
        </w:rPr>
        <w:t xml:space="preserve">at Edward again.</w:t>
      </w:r>
      <w:r>
        <w:br/>
      </w:r>
      <w:r>
        <w:t xml:space="preserve">    (a) stared angrily</w:t>
      </w:r>
      <w:r>
        <w:br/>
      </w:r>
      <w:r>
        <w:t xml:space="preserve">    (b) not controlled</w:t>
      </w:r>
      <w:r>
        <w:br/>
      </w:r>
      <w:r>
        <w:t xml:space="preserve">    (c) told (a story)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2026-07-31T16:34:24Z</dcterms:created>
  <dcterms:modified xsi:type="dcterms:W3CDTF">2026-07-31T16:34:24Z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