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54e348ca313c7f69af9d7d857187d2fd88f31b"/>
    <w:p>
      <w:pPr>
        <w:pStyle w:val="Heading1"/>
      </w:pPr>
      <w:r>
        <w:rPr>
          <w:b/>
          <w:bCs/>
        </w:rPr>
        <w:t xml:space="preserve">Nectar in a Sieve</w:t>
      </w:r>
      <w:r>
        <w:br/>
      </w:r>
      <w:r>
        <w:rPr>
          <w:i/>
          <w:iCs/>
        </w:rPr>
        <w:t xml:space="preserve">Kamala Markandaya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relatives, I know, murmured that the match was below me; my mother herself was not happy, but I was without beauty and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dowry</w:t>
      </w:r>
      <w:r>
        <w:rPr>
          <w:b/>
          <w:bCs/>
        </w:rPr>
        <w:t xml:space="preserve"> </w:t>
      </w:r>
      <w:r>
        <w:rPr>
          <w:b/>
          <w:bCs/>
        </w:rPr>
        <w:t xml:space="preserve">and it was the best she could do.</w:t>
      </w:r>
      <w:r>
        <w:br/>
      </w:r>
      <w:r>
        <w:t xml:space="preserve">    (a) a powered mechanical device, typically used to fabricate metal components of machines by the selective removal of metal such as cutting, grinding or drilling</w:t>
      </w:r>
      <w:r>
        <w:br/>
      </w:r>
      <w:r>
        <w:t xml:space="preserve">    (b) someone who believes in the teaching of Buddha -- that aims to end suffering by ending selfish desire and following a path of wisdom, ethics, and meditation</w:t>
      </w:r>
      <w:r>
        <w:br/>
      </w:r>
      <w:r>
        <w:t xml:space="preserve">    (c) in some societies, money or property given by a woman's family to the husband at marriage</w:t>
      </w:r>
      <w:r>
        <w:br/>
      </w:r>
      <w:r>
        <w:br/>
      </w:r>
      <w:r>
        <w:t xml:space="preserve">or less formally: money or property a bride brings to a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animals, refreshed, began stepping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jauntily</w:t>
      </w:r>
      <w:r>
        <w:rPr>
          <w:b/>
          <w:bCs/>
        </w:rPr>
        <w:t xml:space="preserve"> </w:t>
      </w:r>
      <w:r>
        <w:rPr>
          <w:b/>
          <w:bCs/>
        </w:rPr>
        <w:t xml:space="preserve">again, tossing their heads and jangling the bells that hung from their red-painted horns.</w:t>
      </w:r>
      <w:r>
        <w:br/>
      </w:r>
      <w:r>
        <w:t xml:space="preserve">    (a) in a manner where a clear decision is not made</w:t>
      </w:r>
      <w:r>
        <w:br/>
      </w:r>
      <w:r>
        <w:t xml:space="preserve">    (b) in a manner that is exceedingly odd or unusual</w:t>
      </w:r>
      <w:r>
        <w:br/>
      </w:r>
      <w:r>
        <w:t xml:space="preserve">    (c) appearing cheerful, lively, and self-confident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Janaki, recovered from her sickness, came to see me, she marvelled that I could write; but Kali, who had come too,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scornful</w:t>
      </w:r>
      <w:r>
        <w:rPr>
          <w:b/>
          <w:bCs/>
        </w:rPr>
        <w:t xml:space="preserve"> </w:t>
      </w:r>
      <w:r>
        <w:rPr>
          <w:b/>
          <w:bCs/>
        </w:rPr>
        <w:t xml:space="preserve">of the strange symbols which had no meaning for her and dismissed it as a foible of pregnancy.</w:t>
      </w:r>
      <w:r>
        <w:br/>
      </w:r>
      <w:r>
        <w:t xml:space="preserve">    (a) able to accept as true (without proof)</w:t>
      </w:r>
      <w:r>
        <w:br/>
      </w:r>
      <w:r>
        <w:t xml:space="preserve">    (b) full of strong disrespect or rejection</w:t>
      </w:r>
      <w:r>
        <w:br/>
      </w:r>
      <w:r>
        <w:t xml:space="preserve">    (c) able to be protected or kept unchanged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it cost him a good deal to say what he did, and he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his attitude once.</w:t>
      </w:r>
      <w:r>
        <w:br/>
      </w:r>
      <w:r>
        <w:t xml:space="preserve">    (a) began fighting again</w:t>
      </w:r>
      <w:r>
        <w:br/>
      </w:r>
      <w:r>
        <w:t xml:space="preserve">    (b) took on as one's own</w:t>
      </w:r>
      <w:r>
        <w:br/>
      </w:r>
      <w:r>
        <w:t xml:space="preserve">    (c) differed; or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 snake," I whispered,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voice and breath.</w:t>
      </w:r>
      <w:r>
        <w:br/>
      </w:r>
      <w:r>
        <w:t xml:space="preserve">    (a) not having something, or greatly saddened by the loss of something</w:t>
      </w:r>
      <w:r>
        <w:br/>
      </w:r>
      <w:r>
        <w:t xml:space="preserve">    (b) in a manner that is not a careful, systematic, logical examination</w:t>
      </w:r>
      <w:r>
        <w:br/>
      </w:r>
      <w:r>
        <w:t xml:space="preserve">    (c) not appropriate or not properly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"She is a fool," Nathan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contemptuously</w:t>
      </w:r>
      <w:r>
        <w:rPr>
          <w:b/>
          <w:bCs/>
        </w:rPr>
        <w:t xml:space="preserve"> </w:t>
      </w:r>
      <w:r>
        <w:rPr>
          <w:b/>
          <w:bCs/>
        </w:rPr>
        <w:t xml:space="preserve">when I told him.</w:t>
      </w:r>
      <w:r>
        <w:br/>
      </w:r>
      <w:r>
        <w:t xml:space="preserve">    (a) in a sad manner</w:t>
      </w:r>
      <w:r>
        <w:br/>
      </w:r>
      <w:r>
        <w:t xml:space="preserve">    (b) with disrespect</w:t>
      </w:r>
      <w:r>
        <w:br/>
      </w:r>
      <w:r>
        <w:t xml:space="preserve">    (c)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Sometimes I would go to see my parents, but seldom, since there was so much to be done in my own home; and my mother, knowing this,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me for the long intervals between my visits.</w:t>
      </w:r>
      <w:r>
        <w:br/>
      </w:r>
      <w:r>
        <w:t xml:space="preserve">    (a) criticize</w:t>
      </w:r>
      <w:r>
        <w:br/>
      </w:r>
      <w:r>
        <w:t xml:space="preserve">    (b) move into position to work; or start</w:t>
      </w:r>
      <w:r>
        <w:br/>
      </w:r>
      <w:r>
        <w:t xml:space="preserve">    (c) to spread to other parts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baby, who had slept through 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clamour</w:t>
      </w:r>
      <w:r>
        <w:rPr>
          <w:b/>
          <w:bCs/>
        </w:rPr>
        <w:t xml:space="preserve">, woke up now in the sudden hush and began squalling.</w:t>
      </w:r>
      <w:r>
        <w:br/>
      </w:r>
      <w:r>
        <w:t xml:space="preserve">    (a) the gain of advantage from something</w:t>
      </w:r>
      <w:r>
        <w:br/>
      </w:r>
      <w:r>
        <w:t xml:space="preserve">    (b) the quality of exactness or accuracy</w:t>
      </w:r>
      <w:r>
        <w:br/>
      </w:r>
      <w:r>
        <w:t xml:space="preserve">    (c) loud noise and/or persistent demands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"My lord,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," I cried.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someone who helps a person or organization -- especially financially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he had made provision for the morrow: I saw in his lap a bundle bulging with food; sugar syrup and butter had soaked through the cloth patchily.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 are young," I attempted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dissuade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persuade someone not to do something</w:t>
      </w:r>
      <w:r>
        <w:br/>
      </w:r>
      <w:r>
        <w:t xml:space="preserve">    (b) to spread to other parts of the body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stared at the cruel sky, calm, blue,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our need.</w:t>
      </w:r>
      <w:r>
        <w:br/>
      </w:r>
      <w:r>
        <w:t xml:space="preserve">    (a) unsympathetic</w:t>
      </w:r>
      <w:r>
        <w:br/>
      </w:r>
      <w:r>
        <w:t xml:space="preserve">    (b) likely to change</w:t>
      </w:r>
      <w:r>
        <w:br/>
      </w:r>
      <w:r>
        <w:t xml:space="preserve">    (c) able to be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last no option but to draw upon my secret hoard: a small stock of rice, ten ollocks in all, shielded from every temptation to sell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barter</w:t>
      </w:r>
      <w:r>
        <w:rPr>
          <w:b/>
          <w:bCs/>
        </w:rPr>
        <w:t xml:space="preserve">, kept even when the need to hold our land had squeezed us dry of everything else.</w:t>
      </w:r>
      <w:r>
        <w:br/>
      </w:r>
      <w:r>
        <w:t xml:space="preserve">    (a) delay</w:t>
      </w:r>
      <w:r>
        <w:br/>
      </w:r>
      <w:r>
        <w:t xml:space="preserve">    (b) trade</w:t>
      </w:r>
      <w:r>
        <w:br/>
      </w:r>
      <w:r>
        <w:t xml:space="preserve">    (c) adapt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...who knows what fears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tormented</w:t>
      </w:r>
      <w:r>
        <w:rPr>
          <w:b/>
          <w:bCs/>
        </w:rPr>
        <w:t xml:space="preserve"> </w:t>
      </w:r>
      <w:r>
        <w:rPr>
          <w:b/>
          <w:bCs/>
        </w:rPr>
        <w:t xml:space="preserve">his child's mind?</w:t>
      </w:r>
      <w:r>
        <w:br/>
      </w:r>
      <w:r>
        <w:t xml:space="preserve">    (a) not altered in an unnatural or untrue way</w:t>
      </w:r>
      <w:r>
        <w:br/>
      </w:r>
      <w:r>
        <w:t xml:space="preserve">    (b) consented reluctantly; or suffered defeat</w:t>
      </w:r>
      <w:r>
        <w:br/>
      </w:r>
      <w:r>
        <w:t xml:space="preserve">    (c) caused great mental or physical suffering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his brothers, he was hardworking and conscientious, but he had no love for it and in return it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to him.</w:t>
      </w:r>
      <w:r>
        <w:br/>
      </w:r>
      <w:r>
        <w:t xml:space="preserve">    (a) select (on a computer screen)</w:t>
      </w:r>
      <w:r>
        <w:br/>
      </w:r>
      <w:r>
        <w:t xml:space="preserve">    (b) an involuntary vomiting spasm</w:t>
      </w:r>
      <w:r>
        <w:br/>
      </w:r>
      <w:r>
        <w:t xml:space="preserve">    (c) give in, give way, or give 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"Those can only come our way when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is rich," I said.</w:t>
      </w:r>
      <w:r>
        <w:br/>
      </w:r>
      <w:r>
        <w:t xml:space="preserve">    (a) stop (something from happening)</w:t>
      </w:r>
      <w:r>
        <w:br/>
      </w:r>
      <w:r>
        <w:t xml:space="preserve">    (b) think deeply or carefully about</w:t>
      </w:r>
      <w:r>
        <w:br/>
      </w:r>
      <w:r>
        <w:t xml:space="preserve">    (c) production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Several times work stopped altogether ... while Kenny and Selvam strode about the deserted site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exasperation</w:t>
      </w:r>
      <w:r>
        <w:rPr>
          <w:b/>
          <w:bCs/>
        </w:rPr>
        <w:t xml:space="preserve">,</w:t>
      </w:r>
      <w:r>
        <w:br/>
      </w:r>
      <w:r>
        <w:t xml:space="preserve">    (a) relative amount</w:t>
      </w:r>
      <w:r>
        <w:br/>
      </w:r>
      <w:r>
        <w:t xml:space="preserve">    (b) in disagreement</w:t>
      </w:r>
      <w:r>
        <w:br/>
      </w:r>
      <w:r>
        <w:t xml:space="preserve">    (c)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would be meals to cook on the journey,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since we were travelling by bullock cart and expected to be on the road at least two days, and for these I took the hand-made bellows and six cakes of dung.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much they played and were children, still their faces were scored with the knowledge and cares that children should not have, their eyes were knowing and guileful beyond their years.</w:t>
      </w:r>
      <w:r>
        <w:br/>
      </w:r>
      <w:r>
        <w:t xml:space="preserve">    (a) aka analysis -- psychiatric treatment; or a theory of psychiatric treatment</w:t>
      </w:r>
      <w:r>
        <w:br/>
      </w:r>
      <w:r>
        <w:t xml:space="preserve">    (b) people who are good at or spend much time studying, thinking, and reasoning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Nathan turned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eyes on me.</w:t>
      </w:r>
      <w:r>
        <w:br/>
      </w:r>
      <w:r>
        <w:t xml:space="preserve">    (a) confused</w:t>
      </w:r>
      <w:r>
        <w:br/>
      </w:r>
      <w:r>
        <w:t xml:space="preserve">    (b) restored</w:t>
      </w:r>
      <w:r>
        <w:br/>
      </w:r>
      <w:r>
        <w:t xml:space="preserve">    (c) collided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2026-07-31T18:27:59Z</dcterms:created>
  <dcterms:modified xsi:type="dcterms:W3CDTF">2026-07-31T18:27:59Z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