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b3ffa0b65e46ecd544f6a5cde61a4c98d70a92c"/>
    <w:p>
      <w:pPr>
        <w:pStyle w:val="Heading1"/>
      </w:pPr>
      <w:r>
        <w:rPr>
          <w:b/>
          <w:bCs/>
        </w:rPr>
        <w:t xml:space="preserve">Nature</w:t>
      </w:r>
      <w:r>
        <w:br/>
      </w:r>
      <w:r>
        <w:rPr>
          <w:i/>
          <w:iCs/>
        </w:rPr>
        <w:t xml:space="preserve">Ralph Waldo Emerson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Here is sanctity which shames our religions, and reality which</w:t>
      </w:r>
      <w:r>
        <w:rPr>
          <w:b/>
          <w:bCs/>
        </w:rPr>
        <w:t xml:space="preserve"> </w:t>
      </w:r>
      <w:r>
        <w:rPr>
          <w:b/>
          <w:bCs/>
          <w:u w:val="single"/>
        </w:rPr>
        <w:t xml:space="preserve">discredits</w:t>
      </w:r>
      <w:r>
        <w:rPr>
          <w:b/>
          <w:bCs/>
        </w:rPr>
        <w:t xml:space="preserve"> </w:t>
      </w:r>
      <w:r>
        <w:rPr>
          <w:b/>
          <w:bCs/>
        </w:rPr>
        <w:t xml:space="preserve">our heroes.</w:t>
      </w:r>
      <w:r>
        <w:br/>
      </w:r>
      <w:r>
        <w:t xml:space="preserve">    (a) damages the reputation of</w:t>
      </w:r>
      <w:r>
        <w:br/>
      </w:r>
      <w:r>
        <w:t xml:space="preserve">    (b) gradually adds or removes</w:t>
      </w:r>
      <w:r>
        <w:br/>
      </w:r>
      <w:r>
        <w:t xml:space="preserve">    (c) changes through evolution</w:t>
      </w:r>
    </w:p>
    <w:p>
      <w:pPr>
        <w:pStyle w:val="Compact"/>
        <w:numPr>
          <w:ilvl w:val="0"/>
          <w:numId w:val="1001"/>
        </w:numPr>
      </w:pPr>
      <w:r>
        <w:rPr>
          <w:b/>
          <w:bCs/>
        </w:rPr>
        <w:t xml:space="preserve">Here no history, or church, or state, is interpolated on the divine sky and the</w:t>
      </w:r>
      <w:r>
        <w:rPr>
          <w:b/>
          <w:bCs/>
        </w:rPr>
        <w:t xml:space="preserve"> </w:t>
      </w:r>
      <w:r>
        <w:rPr>
          <w:b/>
          <w:bCs/>
          <w:u w:val="single"/>
        </w:rPr>
        <w:t xml:space="preserve">immortal</w:t>
      </w:r>
      <w:r>
        <w:rPr>
          <w:b/>
          <w:bCs/>
        </w:rPr>
        <w:t xml:space="preserve"> </w:t>
      </w:r>
      <w:r>
        <w:rPr>
          <w:b/>
          <w:bCs/>
        </w:rPr>
        <w:t xml:space="preserve">year.</w:t>
      </w:r>
      <w:r>
        <w:br/>
      </w:r>
      <w:r>
        <w:t xml:space="preserve">    (a) living or existing forever</w:t>
      </w:r>
      <w:r>
        <w:br/>
      </w:r>
      <w:r>
        <w:br/>
      </w:r>
      <w:r>
        <w:t xml:space="preserve">or:</w:t>
      </w:r>
      <w:r>
        <w:br/>
      </w:r>
      <w:r>
        <w:br/>
      </w:r>
      <w:r>
        <w:t xml:space="preserve">someone famous throughout history</w:t>
      </w:r>
      <w:r>
        <w:br/>
      </w:r>
      <w:r>
        <w:br/>
      </w:r>
      <w:r>
        <w:t xml:space="preserve">or:</w:t>
      </w:r>
      <w:r>
        <w:br/>
      </w:r>
      <w:r>
        <w:br/>
      </w:r>
      <w:r>
        <w:t xml:space="preserve">someone who will never die -- such as a mythological god</w:t>
      </w:r>
      <w:r>
        <w:br/>
      </w:r>
      <w:r>
        <w:t xml:space="preserve">    (b) (adjective) of low quality, or of lower quality or rank than something else  OR  (more rarely as a noun) a person of lower rank or status</w:t>
      </w:r>
      <w:r>
        <w:br/>
      </w:r>
      <w:r>
        <w:t xml:space="preserve">    (c) relating to existentialism -- a philosophical movement that assumes each person is free to determine what is essential in their existence</w:t>
      </w:r>
    </w:p>
    <w:p>
      <w:pPr>
        <w:pStyle w:val="Compact"/>
        <w:numPr>
          <w:ilvl w:val="0"/>
          <w:numId w:val="1001"/>
        </w:numPr>
      </w:pPr>
      <w:r>
        <w:rPr>
          <w:b/>
          <w:bCs/>
        </w:rPr>
        <w:t xml:space="preserve">Art and luxury have early learned that they must work as</w:t>
      </w:r>
      <w:r>
        <w:rPr>
          <w:b/>
          <w:bCs/>
        </w:rPr>
        <w:t xml:space="preserve"> </w:t>
      </w:r>
      <w:r>
        <w:rPr>
          <w:b/>
          <w:bCs/>
          <w:u w:val="single"/>
        </w:rPr>
        <w:t xml:space="preserve">enhancement</w:t>
      </w:r>
      <w:r>
        <w:rPr>
          <w:b/>
          <w:bCs/>
        </w:rPr>
        <w:t xml:space="preserve"> </w:t>
      </w:r>
      <w:r>
        <w:rPr>
          <w:b/>
          <w:bCs/>
        </w:rPr>
        <w:t xml:space="preserve">and sequel to this original beauty.</w:t>
      </w:r>
      <w:r>
        <w:br/>
      </w:r>
      <w:r>
        <w:t xml:space="preserve">    (a) quiet voice</w:t>
      </w:r>
      <w:r>
        <w:br/>
      </w:r>
      <w:r>
        <w:t xml:space="preserve">    (b) storyteller</w:t>
      </w:r>
      <w:r>
        <w:br/>
      </w:r>
      <w:r>
        <w:t xml:space="preserve">    (c) improvement</w:t>
      </w:r>
    </w:p>
    <w:p>
      <w:pPr>
        <w:pStyle w:val="Compact"/>
        <w:numPr>
          <w:ilvl w:val="0"/>
          <w:numId w:val="1001"/>
        </w:numPr>
      </w:pPr>
      <w:r>
        <w:rPr>
          <w:b/>
          <w:bCs/>
        </w:rPr>
        <w:t xml:space="preserve">Can a musical note be so lofty, so</w:t>
      </w:r>
      <w:r>
        <w:rPr>
          <w:b/>
          <w:bCs/>
        </w:rPr>
        <w:t xml:space="preserve"> </w:t>
      </w:r>
      <w:r>
        <w:rPr>
          <w:b/>
          <w:bCs/>
          <w:u w:val="single"/>
        </w:rPr>
        <w:t xml:space="preserve">haughtily</w:t>
      </w:r>
      <w:r>
        <w:rPr>
          <w:b/>
          <w:bCs/>
        </w:rPr>
        <w:t xml:space="preserve"> </w:t>
      </w:r>
      <w:r>
        <w:rPr>
          <w:b/>
          <w:bCs/>
        </w:rPr>
        <w:t xml:space="preserve">beautiful!</w:t>
      </w:r>
      <w:r>
        <w:br/>
      </w:r>
      <w:r>
        <w:t xml:space="preserve">    (a) in a manner that is clear, so it is easily understood</w:t>
      </w:r>
      <w:r>
        <w:br/>
      </w:r>
      <w:r>
        <w:t xml:space="preserve">    (b) condescendingly (in a superior or self-important way)</w:t>
      </w:r>
      <w:r>
        <w:br/>
      </w:r>
      <w:r>
        <w:t xml:space="preserve">    (c) in a manner that is able to be promised or guaranteed</w:t>
      </w:r>
    </w:p>
    <w:p>
      <w:pPr>
        <w:pStyle w:val="Compact"/>
        <w:numPr>
          <w:ilvl w:val="0"/>
          <w:numId w:val="1001"/>
        </w:numPr>
      </w:pPr>
      <w:r>
        <w:rPr>
          <w:b/>
          <w:bCs/>
        </w:rPr>
        <w:t xml:space="preserve">A susceptible person does not like to</w:t>
      </w:r>
      <w:r>
        <w:rPr>
          <w:b/>
          <w:bCs/>
        </w:rPr>
        <w:t xml:space="preserve"> </w:t>
      </w:r>
      <w:r>
        <w:rPr>
          <w:b/>
          <w:bCs/>
          <w:u w:val="single"/>
        </w:rPr>
        <w:t xml:space="preserve">indulge</w:t>
      </w:r>
      <w:r>
        <w:rPr>
          <w:b/>
          <w:bCs/>
        </w:rPr>
        <w:t xml:space="preserve"> </w:t>
      </w:r>
      <w:r>
        <w:rPr>
          <w:b/>
          <w:bCs/>
        </w:rPr>
        <w:t xml:space="preserve">his tastes in this kind, without the apology of some trivial necessity: he goes to see a wood-lot, or to look at the crops, or to fetch a plant or a mineral from a remote locality, or he carries a fowling-piece, or a fishing-rod.</w:t>
      </w:r>
      <w:r>
        <w:br/>
      </w:r>
      <w:r>
        <w:t xml:space="preserve">    (a) work or operate</w:t>
      </w:r>
      <w:r>
        <w:br/>
      </w:r>
      <w:r>
        <w:t xml:space="preserve">    (b) think carefully</w:t>
      </w:r>
      <w:r>
        <w:br/>
      </w:r>
      <w:r>
        <w:t xml:space="preserve">    (c) enjoy to excess</w:t>
      </w:r>
    </w:p>
    <w:p>
      <w:pPr>
        <w:pStyle w:val="Compact"/>
        <w:numPr>
          <w:ilvl w:val="0"/>
          <w:numId w:val="1001"/>
        </w:numPr>
      </w:pPr>
      <w:r>
        <w:rPr>
          <w:b/>
          <w:bCs/>
        </w:rPr>
        <w:t xml:space="preserve">Men are naturally hunters and inquisitive of woodcraft and I suppose that such a gazetteer as wood-cutters and Indians should furnish facts for would take place in the most</w:t>
      </w:r>
      <w:r>
        <w:rPr>
          <w:b/>
          <w:bCs/>
        </w:rPr>
        <w:t xml:space="preserve"> </w:t>
      </w:r>
      <w:r>
        <w:rPr>
          <w:b/>
          <w:bCs/>
          <w:u w:val="single"/>
        </w:rPr>
        <w:t xml:space="preserve">sumptuous</w:t>
      </w:r>
      <w:r>
        <w:rPr>
          <w:b/>
          <w:bCs/>
        </w:rPr>
        <w:t xml:space="preserve"> </w:t>
      </w:r>
      <w:r>
        <w:rPr>
          <w:b/>
          <w:bCs/>
        </w:rPr>
        <w:t xml:space="preserve">drawing-rooms of all the "Wreaths" and "Flora's chaplets"[497] of the book-shops; yet ordinarily, whether we are too clumsy for so subtle a topic, or from whatever cause, as soon as men begin to write on nature, they fall into euphuism.</w:t>
      </w:r>
      <w:r>
        <w:br/>
      </w:r>
      <w:r>
        <w:t xml:space="preserve">    (a) the quality of behaving in an instinctive, uninhibited, and unplanned manner</w:t>
      </w:r>
      <w:r>
        <w:br/>
      </w:r>
      <w:r>
        <w:t xml:space="preserve">    (b) the state or degree of having the ability to change for different situations</w:t>
      </w:r>
      <w:r>
        <w:br/>
      </w:r>
      <w:r>
        <w:t xml:space="preserve">    (c) magnificent (impressively wonderful) -- often indicating something expensive</w:t>
      </w:r>
    </w:p>
    <w:p>
      <w:pPr>
        <w:pStyle w:val="Compact"/>
        <w:numPr>
          <w:ilvl w:val="0"/>
          <w:numId w:val="1001"/>
        </w:numPr>
      </w:pPr>
      <w:r>
        <w:rPr>
          <w:b/>
          <w:bCs/>
        </w:rPr>
        <w:t xml:space="preserve">I would not be frivolous before the admirable reserve and</w:t>
      </w:r>
      <w:r>
        <w:rPr>
          <w:b/>
          <w:bCs/>
        </w:rPr>
        <w:t xml:space="preserve"> </w:t>
      </w:r>
      <w:r>
        <w:rPr>
          <w:b/>
          <w:bCs/>
          <w:u w:val="single"/>
        </w:rPr>
        <w:t xml:space="preserve">prudence</w:t>
      </w:r>
      <w:r>
        <w:rPr>
          <w:b/>
          <w:bCs/>
        </w:rPr>
        <w:t xml:space="preserve"> </w:t>
      </w:r>
      <w:r>
        <w:rPr>
          <w:b/>
          <w:bCs/>
        </w:rPr>
        <w:t xml:space="preserve">of time, yet I cannot renounce the right of returning often to this old topic.</w:t>
      </w:r>
      <w:r>
        <w:br/>
      </w:r>
      <w:r>
        <w:t xml:space="preserve">    (a) surrounding conditions</w:t>
      </w:r>
      <w:r>
        <w:br/>
      </w:r>
      <w:r>
        <w:t xml:space="preserve">    (b) not easily set on fire</w:t>
      </w:r>
      <w:r>
        <w:br/>
      </w:r>
      <w:r>
        <w:t xml:space="preserve">    (c) good sense and caution</w:t>
      </w:r>
    </w:p>
    <w:p>
      <w:pPr>
        <w:pStyle w:val="Compact"/>
        <w:numPr>
          <w:ilvl w:val="0"/>
          <w:numId w:val="1001"/>
        </w:numPr>
      </w:pPr>
      <w:r>
        <w:rPr>
          <w:b/>
          <w:bCs/>
        </w:rPr>
        <w:t xml:space="preserve">Literature, poetry, science, are the</w:t>
      </w:r>
      <w:r>
        <w:rPr>
          <w:b/>
          <w:bCs/>
        </w:rPr>
        <w:t xml:space="preserve"> </w:t>
      </w:r>
      <w:r>
        <w:rPr>
          <w:b/>
          <w:bCs/>
          <w:u w:val="single"/>
        </w:rPr>
        <w:t xml:space="preserve">homage</w:t>
      </w:r>
      <w:r>
        <w:rPr>
          <w:b/>
          <w:bCs/>
        </w:rPr>
        <w:t xml:space="preserve"> </w:t>
      </w:r>
      <w:r>
        <w:rPr>
          <w:b/>
          <w:bCs/>
        </w:rPr>
        <w:t xml:space="preserve">of man to this unfathomed secret, concerning which no sane man can affect an indifference or incuriosity.</w:t>
      </w:r>
      <w:r>
        <w:br/>
      </w:r>
      <w:r>
        <w:t xml:space="preserve">    (a) easily set on fire</w:t>
      </w:r>
      <w:r>
        <w:br/>
      </w:r>
      <w:r>
        <w:t xml:space="preserve">    (b) respect or loyalty</w:t>
      </w:r>
      <w:r>
        <w:br/>
      </w:r>
      <w:r>
        <w:t xml:space="preserve">    (c) untied or released</w:t>
      </w:r>
    </w:p>
    <w:p>
      <w:pPr>
        <w:pStyle w:val="Compact"/>
        <w:numPr>
          <w:ilvl w:val="0"/>
          <w:numId w:val="1001"/>
        </w:numPr>
      </w:pPr>
      <w:r>
        <w:rPr>
          <w:b/>
          <w:bCs/>
        </w:rPr>
        <w:t xml:space="preserve">Literature, poetry, science, are the homage of man to this</w:t>
      </w:r>
      <w:r>
        <w:rPr>
          <w:b/>
          <w:bCs/>
        </w:rPr>
        <w:t xml:space="preserve"> </w:t>
      </w:r>
      <w:r>
        <w:rPr>
          <w:b/>
          <w:bCs/>
          <w:u w:val="single"/>
        </w:rPr>
        <w:t xml:space="preserve">unfathomed</w:t>
      </w:r>
      <w:r>
        <w:rPr>
          <w:b/>
          <w:bCs/>
        </w:rPr>
        <w:t xml:space="preserve"> </w:t>
      </w:r>
      <w:r>
        <w:rPr>
          <w:b/>
          <w:bCs/>
        </w:rPr>
        <w:t xml:space="preserve">secret, concerning which no sane man can affect an indifference or incuriosity.</w:t>
      </w:r>
      <w:r>
        <w:br/>
      </w:r>
      <w:r>
        <w:t xml:space="preserve">    (a) not understood</w:t>
      </w:r>
      <w:r>
        <w:br/>
      </w:r>
      <w:r>
        <w:t xml:space="preserve">    (b) lied or misled</w:t>
      </w:r>
      <w:r>
        <w:br/>
      </w:r>
      <w:r>
        <w:t xml:space="preserve">    (c) not controlled</w:t>
      </w:r>
    </w:p>
    <w:p>
      <w:pPr>
        <w:pStyle w:val="Compact"/>
        <w:numPr>
          <w:ilvl w:val="0"/>
          <w:numId w:val="1001"/>
        </w:numPr>
      </w:pPr>
      <w:r>
        <w:rPr>
          <w:b/>
          <w:bCs/>
        </w:rPr>
        <w:t xml:space="preserve">The stream of</w:t>
      </w:r>
      <w:r>
        <w:rPr>
          <w:b/>
          <w:bCs/>
        </w:rPr>
        <w:t xml:space="preserve"> </w:t>
      </w:r>
      <w:r>
        <w:rPr>
          <w:b/>
          <w:bCs/>
          <w:u w:val="single"/>
        </w:rPr>
        <w:t xml:space="preserve">zeal</w:t>
      </w:r>
      <w:r>
        <w:rPr>
          <w:b/>
          <w:bCs/>
        </w:rPr>
        <w:t xml:space="preserve"> </w:t>
      </w:r>
      <w:r>
        <w:rPr>
          <w:b/>
          <w:bCs/>
        </w:rPr>
        <w:t xml:space="preserve">sparkles with real fire, and not with reflex rays of sun and moon.</w:t>
      </w:r>
      <w:r>
        <w:br/>
      </w:r>
      <w:r>
        <w:t xml:space="preserve">    (a) made by taking on as one's own</w:t>
      </w:r>
      <w:r>
        <w:br/>
      </w:r>
      <w:r>
        <w:t xml:space="preserve">    (b) relating to the chest (thorax)</w:t>
      </w:r>
      <w:r>
        <w:br/>
      </w:r>
      <w:r>
        <w:t xml:space="preserve">    (c) active interest and enthusiasm</w:t>
      </w:r>
    </w:p>
    <w:p>
      <w:pPr>
        <w:pStyle w:val="Compact"/>
        <w:numPr>
          <w:ilvl w:val="0"/>
          <w:numId w:val="1001"/>
        </w:numPr>
      </w:pPr>
      <w:r>
        <w:rPr>
          <w:b/>
          <w:bCs/>
        </w:rPr>
        <w:t xml:space="preserve">But taking timely warning, and leaving many things unsaid on this topic, but not longer</w:t>
      </w:r>
      <w:r>
        <w:rPr>
          <w:b/>
          <w:bCs/>
        </w:rPr>
        <w:t xml:space="preserve"> </w:t>
      </w:r>
      <w:r>
        <w:rPr>
          <w:b/>
          <w:bCs/>
          <w:u w:val="single"/>
        </w:rPr>
        <w:t xml:space="preserve">omit</w:t>
      </w:r>
      <w:r>
        <w:rPr>
          <w:b/>
          <w:bCs/>
        </w:rPr>
        <w:t xml:space="preserve"> </w:t>
      </w:r>
      <w:r>
        <w:rPr>
          <w:b/>
          <w:bCs/>
        </w:rPr>
        <w:t xml:space="preserve">our homage to the Efficient Nature,</w:t>
      </w:r>
      <w:r>
        <w:rPr>
          <w:b/>
          <w:bCs/>
        </w:rPr>
        <w:t xml:space="preserve"> </w:t>
      </w:r>
      <w:r>
        <w:rPr>
          <w:b/>
          <w:bCs/>
          <w:i/>
          <w:iCs/>
        </w:rPr>
        <w:t xml:space="preserve">natura naturans</w:t>
      </w:r>
      <w:r>
        <w:rPr>
          <w:b/>
          <w:bCs/>
        </w:rPr>
        <w:t xml:space="preserve">, the quick cause, before which all forms flee as the driven snows, itself secret, its works driven before it in flocks and multitudes, (as the ancient represented nature by Proteus,[500] a shepherd), and in undescribable variety.</w:t>
      </w:r>
      <w:r>
        <w:br/>
      </w:r>
      <w:r>
        <w:t xml:space="preserve">    (a) to exclude or neglect something</w:t>
      </w:r>
      <w:r>
        <w:br/>
      </w:r>
      <w:r>
        <w:t xml:space="preserve">    (b) fulfill one's highest potential</w:t>
      </w:r>
      <w:r>
        <w:br/>
      </w:r>
      <w:r>
        <w:t xml:space="preserve">    (c) stop (something from happening)</w:t>
      </w:r>
    </w:p>
    <w:p>
      <w:pPr>
        <w:pStyle w:val="Compact"/>
        <w:numPr>
          <w:ilvl w:val="0"/>
          <w:numId w:val="1001"/>
        </w:numPr>
      </w:pPr>
      <w:r>
        <w:rPr>
          <w:b/>
          <w:bCs/>
        </w:rPr>
        <w:t xml:space="preserve">A little heat, that is, a little motion, is all that differences the bald, dazzling white, and deadly cold poles of the earth from the</w:t>
      </w:r>
      <w:r>
        <w:rPr>
          <w:b/>
          <w:bCs/>
        </w:rPr>
        <w:t xml:space="preserve"> </w:t>
      </w:r>
      <w:r>
        <w:rPr>
          <w:b/>
          <w:bCs/>
          <w:u w:val="single"/>
        </w:rPr>
        <w:t xml:space="preserve">prolific</w:t>
      </w:r>
      <w:r>
        <w:rPr>
          <w:b/>
          <w:bCs/>
        </w:rPr>
        <w:t xml:space="preserve"> </w:t>
      </w:r>
      <w:r>
        <w:rPr>
          <w:b/>
          <w:bCs/>
        </w:rPr>
        <w:t xml:space="preserve">tropical climates.</w:t>
      </w:r>
      <w:r>
        <w:br/>
      </w:r>
      <w:r>
        <w:t xml:space="preserve">    (a) sensible and careful</w:t>
      </w:r>
      <w:r>
        <w:br/>
      </w:r>
      <w:r>
        <w:t xml:space="preserve">    (b) producing abundantly</w:t>
      </w:r>
      <w:r>
        <w:br/>
      </w:r>
      <w:r>
        <w:t xml:space="preserve">    (c) sincerity (realness)</w:t>
      </w:r>
    </w:p>
    <w:p>
      <w:pPr>
        <w:pStyle w:val="Compact"/>
        <w:numPr>
          <w:ilvl w:val="0"/>
          <w:numId w:val="1001"/>
        </w:numPr>
      </w:pPr>
      <w:r>
        <w:rPr>
          <w:b/>
          <w:bCs/>
        </w:rPr>
        <w:t xml:space="preserve">Now we learn what patient periods must round themselves before the rock is formed, then before the rock is broken, and the first lichen race has disintegrated the thinnest external plate into soil, and opened the door for the remote</w:t>
      </w:r>
      <w:r>
        <w:rPr>
          <w:b/>
          <w:bCs/>
        </w:rPr>
        <w:t xml:space="preserve"> </w:t>
      </w:r>
      <w:r>
        <w:rPr>
          <w:b/>
          <w:bCs/>
          <w:u w:val="single"/>
        </w:rPr>
        <w:t xml:space="preserve">Flora</w:t>
      </w:r>
      <w:r>
        <w:rPr>
          <w:b/>
          <w:bCs/>
        </w:rPr>
        <w:t xml:space="preserve">,[503] Fauna,[504] Ceres,[505] and Pomona,[506] to come in.</w:t>
      </w:r>
      <w:r>
        <w:br/>
      </w:r>
      <w:r>
        <w:t xml:space="preserve">    (a) difference</w:t>
      </w:r>
      <w:r>
        <w:br/>
      </w:r>
      <w:r>
        <w:t xml:space="preserve">    (b) plant life</w:t>
      </w:r>
      <w:r>
        <w:br/>
      </w:r>
      <w:r>
        <w:t xml:space="preserve">    (c) thigh bone</w:t>
      </w:r>
    </w:p>
    <w:p>
      <w:pPr>
        <w:pStyle w:val="Compact"/>
        <w:numPr>
          <w:ilvl w:val="0"/>
          <w:numId w:val="1001"/>
        </w:numPr>
      </w:pPr>
      <w:r>
        <w:rPr>
          <w:b/>
          <w:bCs/>
        </w:rPr>
        <w:t xml:space="preserve">Space exists to divide creatures; but by clothing the sides of a bird with a few feathers, she gives him a petty</w:t>
      </w:r>
      <w:r>
        <w:rPr>
          <w:b/>
          <w:bCs/>
        </w:rPr>
        <w:t xml:space="preserve"> </w:t>
      </w:r>
      <w:r>
        <w:rPr>
          <w:b/>
          <w:bCs/>
          <w:u w:val="single"/>
        </w:rPr>
        <w:t xml:space="preserve">omnipresence</w:t>
      </w:r>
      <w:r>
        <w:rPr>
          <w:b/>
          <w:bCs/>
        </w:rPr>
        <w:t xml:space="preserve">.</w:t>
      </w:r>
      <w:r>
        <w:br/>
      </w:r>
      <w:r>
        <w:t xml:space="preserve">    (a) the state of being significantly overweight (due to the accumulation of body fat)</w:t>
      </w:r>
      <w:r>
        <w:br/>
      </w:r>
      <w:r>
        <w:t xml:space="preserve">    (b) widespread (seemingly everywhere)</w:t>
      </w:r>
      <w:r>
        <w:br/>
      </w:r>
      <w:r>
        <w:br/>
      </w:r>
      <w:r>
        <w:t xml:space="preserve">or:</w:t>
      </w:r>
      <w:r>
        <w:br/>
      </w:r>
      <w:r>
        <w:br/>
      </w:r>
      <w:r>
        <w:t xml:space="preserve">of God:  being present everywhere at once</w:t>
      </w:r>
      <w:r>
        <w:br/>
      </w:r>
      <w:r>
        <w:t xml:space="preserve">    (c) thinks of something as true or likely, even though it is not known with certainty</w:t>
      </w:r>
    </w:p>
    <w:p>
      <w:pPr>
        <w:pStyle w:val="Compact"/>
        <w:numPr>
          <w:ilvl w:val="0"/>
          <w:numId w:val="1001"/>
        </w:numPr>
      </w:pPr>
      <w:r>
        <w:rPr>
          <w:b/>
          <w:bCs/>
        </w:rPr>
        <w:t xml:space="preserve">The smoothest curled courtier in the boudoirs of a palace has an animal nature, rude and aboriginal as a white bear,</w:t>
      </w:r>
      <w:r>
        <w:rPr>
          <w:b/>
          <w:bCs/>
        </w:rPr>
        <w:t xml:space="preserve"> </w:t>
      </w:r>
      <w:r>
        <w:rPr>
          <w:b/>
          <w:bCs/>
          <w:u w:val="single"/>
        </w:rPr>
        <w:t xml:space="preserve">omnipotent</w:t>
      </w:r>
      <w:r>
        <w:rPr>
          <w:b/>
          <w:bCs/>
        </w:rPr>
        <w:t xml:space="preserve"> </w:t>
      </w:r>
      <w:r>
        <w:rPr>
          <w:b/>
          <w:bCs/>
        </w:rPr>
        <w:t xml:space="preserve">to its own ends, and is directly related, there amid essences and billets-doux, to Himalaya mountain-chains[509] and the axis of the globe.</w:t>
      </w:r>
      <w:r>
        <w:br/>
      </w:r>
      <w:r>
        <w:t xml:space="preserve">    (a) all powerful</w:t>
      </w:r>
      <w:r>
        <w:br/>
      </w:r>
      <w:r>
        <w:t xml:space="preserve">    (b) not pleasing</w:t>
      </w:r>
      <w:r>
        <w:br/>
      </w:r>
      <w:r>
        <w:t xml:space="preserve">    (c) sticking out</w:t>
      </w:r>
    </w:p>
    <w:p>
      <w:pPr>
        <w:pStyle w:val="Compact"/>
        <w:numPr>
          <w:ilvl w:val="0"/>
          <w:numId w:val="1001"/>
        </w:numPr>
      </w:pPr>
      <w:r>
        <w:rPr>
          <w:b/>
          <w:bCs/>
        </w:rPr>
        <w:t xml:space="preserve">However this may discredit such persons with the judicious, it helps them with the people, as it gives heat,</w:t>
      </w:r>
      <w:r>
        <w:rPr>
          <w:b/>
          <w:bCs/>
        </w:rPr>
        <w:t xml:space="preserve"> </w:t>
      </w:r>
      <w:r>
        <w:rPr>
          <w:b/>
          <w:bCs/>
          <w:u w:val="single"/>
        </w:rPr>
        <w:t xml:space="preserve">pungency</w:t>
      </w:r>
      <w:r>
        <w:rPr>
          <w:b/>
          <w:bCs/>
        </w:rPr>
        <w:t xml:space="preserve">, and publicity to their words.</w:t>
      </w:r>
      <w:r>
        <w:br/>
      </w:r>
      <w:r>
        <w:t xml:space="preserve">    (a) a highly educated person interested in learning and exploring ideas -- sometimes while ignoring practical considerations</w:t>
      </w:r>
      <w:r>
        <w:br/>
      </w:r>
      <w:r>
        <w:t xml:space="preserve">    (b) strong smelling or tasting</w:t>
      </w:r>
      <w:r>
        <w:br/>
      </w:r>
      <w:r>
        <w:br/>
      </w:r>
      <w:r>
        <w:t xml:space="preserve">or much more rarely: anything sharp, painful, or penetrating -- physically or emotionally</w:t>
      </w:r>
      <w:r>
        <w:br/>
      </w:r>
      <w:r>
        <w:t xml:space="preserve">    (c) a small hole or a series of small holes such as are used to make it easy to tear a piece of paper along a specific line</w:t>
      </w:r>
    </w:p>
    <w:p>
      <w:pPr>
        <w:pStyle w:val="Compact"/>
        <w:numPr>
          <w:ilvl w:val="0"/>
          <w:numId w:val="1001"/>
        </w:numPr>
      </w:pPr>
      <w:r>
        <w:rPr>
          <w:b/>
          <w:bCs/>
        </w:rPr>
        <w:t xml:space="preserve">That is the</w:t>
      </w:r>
      <w:r>
        <w:rPr>
          <w:b/>
          <w:bCs/>
        </w:rPr>
        <w:t xml:space="preserve"> </w:t>
      </w:r>
      <w:r>
        <w:rPr>
          <w:b/>
          <w:bCs/>
          <w:u w:val="single"/>
        </w:rPr>
        <w:t xml:space="preserve">ridicule</w:t>
      </w:r>
      <w:r>
        <w:rPr>
          <w:b/>
          <w:bCs/>
        </w:rPr>
        <w:t xml:space="preserve"> </w:t>
      </w:r>
      <w:r>
        <w:rPr>
          <w:b/>
          <w:bCs/>
        </w:rPr>
        <w:t xml:space="preserve">of rich men, and Boston, London, Vienna, and now the governments generally of the world, are cities and governments of the rich, and the masses are not men, but</w:t>
      </w:r>
      <w:r>
        <w:rPr>
          <w:b/>
          <w:bCs/>
        </w:rPr>
        <w:t xml:space="preserve"> </w:t>
      </w:r>
      <w:r>
        <w:rPr>
          <w:b/>
          <w:bCs/>
          <w:i/>
          <w:iCs/>
        </w:rPr>
        <w:t xml:space="preserve">poor men</w:t>
      </w:r>
      <w:r>
        <w:rPr>
          <w:b/>
          <w:bCs/>
        </w:rPr>
        <w:t xml:space="preserve">, that is, men who would be rich; this is the ridicule of the class, that they arrive with pains and sweat and fury nowhere; when all is done, it is for nothing.</w:t>
      </w:r>
      <w:r>
        <w:br/>
      </w:r>
      <w:r>
        <w:t xml:space="preserve">    (a) ignore someone's wishes or cause inconvenience or discomfort</w:t>
      </w:r>
      <w:r>
        <w:br/>
      </w:r>
      <w:r>
        <w:t xml:space="preserve">    (b) mock (make fun of); or the language or behavior that does so</w:t>
      </w:r>
      <w:r>
        <w:br/>
      </w:r>
      <w:r>
        <w:t xml:space="preserve">    (c) provide investment funds for something -- such as a business</w:t>
      </w:r>
    </w:p>
    <w:p>
      <w:pPr>
        <w:pStyle w:val="Compact"/>
        <w:numPr>
          <w:ilvl w:val="0"/>
          <w:numId w:val="1001"/>
        </w:numPr>
      </w:pPr>
      <w:r>
        <w:rPr>
          <w:b/>
          <w:bCs/>
        </w:rPr>
        <w:t xml:space="preserve">Quite analogous to the deceits in life, there is, as might be expected, a similar effect on the eye from the face of</w:t>
      </w:r>
      <w:r>
        <w:rPr>
          <w:b/>
          <w:bCs/>
        </w:rPr>
        <w:t xml:space="preserve"> </w:t>
      </w:r>
      <w:r>
        <w:rPr>
          <w:b/>
          <w:bCs/>
          <w:u w:val="single"/>
        </w:rPr>
        <w:t xml:space="preserve">external</w:t>
      </w:r>
      <w:r>
        <w:rPr>
          <w:b/>
          <w:bCs/>
        </w:rPr>
        <w:t xml:space="preserve"> </w:t>
      </w:r>
      <w:r>
        <w:rPr>
          <w:b/>
          <w:bCs/>
        </w:rPr>
        <w:t xml:space="preserve">nature.</w:t>
      </w:r>
      <w:r>
        <w:br/>
      </w:r>
      <w:r>
        <w:t xml:space="preserve">    (a) various</w:t>
      </w:r>
      <w:r>
        <w:br/>
      </w:r>
      <w:r>
        <w:t xml:space="preserve">    (b) outside</w:t>
      </w:r>
      <w:r>
        <w:br/>
      </w:r>
      <w:r>
        <w:t xml:space="preserve">    (c) certain</w:t>
      </w:r>
    </w:p>
    <w:p>
      <w:pPr>
        <w:pStyle w:val="Compact"/>
        <w:numPr>
          <w:ilvl w:val="0"/>
          <w:numId w:val="1001"/>
        </w:numPr>
      </w:pPr>
      <w:r>
        <w:rPr>
          <w:b/>
          <w:bCs/>
        </w:rPr>
        <w:t xml:space="preserve">There is in woods and waters a certain enticement and flattery, together with a failure to</w:t>
      </w:r>
      <w:r>
        <w:rPr>
          <w:b/>
          <w:bCs/>
        </w:rPr>
        <w:t xml:space="preserve"> </w:t>
      </w:r>
      <w:r>
        <w:rPr>
          <w:b/>
          <w:bCs/>
          <w:u w:val="single"/>
        </w:rPr>
        <w:t xml:space="preserve">yield</w:t>
      </w:r>
      <w:r>
        <w:rPr>
          <w:b/>
          <w:bCs/>
        </w:rPr>
        <w:t xml:space="preserve"> </w:t>
      </w:r>
      <w:r>
        <w:rPr>
          <w:b/>
          <w:bCs/>
        </w:rPr>
        <w:t xml:space="preserve">a present satisfaction.</w:t>
      </w:r>
      <w:r>
        <w:br/>
      </w:r>
      <w:r>
        <w:t xml:space="preserve">    (a) stop (something from happening)</w:t>
      </w:r>
      <w:r>
        <w:br/>
      </w:r>
      <w:r>
        <w:t xml:space="preserve">    (b) produce or give</w:t>
      </w:r>
      <w:r>
        <w:br/>
      </w:r>
      <w:r>
        <w:t xml:space="preserve">    (c) think deeply or carefully about</w:t>
      </w:r>
    </w:p>
    <w:p>
      <w:pPr>
        <w:pStyle w:val="Compact"/>
        <w:numPr>
          <w:ilvl w:val="0"/>
          <w:numId w:val="1001"/>
        </w:numPr>
      </w:pPr>
      <w:r>
        <w:rPr>
          <w:b/>
          <w:bCs/>
        </w:rPr>
        <w:t xml:space="preserve">The world is mind precipitated, and the volatile</w:t>
      </w:r>
      <w:r>
        <w:rPr>
          <w:b/>
          <w:bCs/>
        </w:rPr>
        <w:t xml:space="preserve"> </w:t>
      </w:r>
      <w:r>
        <w:rPr>
          <w:b/>
          <w:bCs/>
          <w:u w:val="single"/>
        </w:rPr>
        <w:t xml:space="preserve">essence</w:t>
      </w:r>
      <w:r>
        <w:rPr>
          <w:b/>
          <w:bCs/>
        </w:rPr>
        <w:t xml:space="preserve"> </w:t>
      </w:r>
      <w:r>
        <w:rPr>
          <w:b/>
          <w:bCs/>
        </w:rPr>
        <w:t xml:space="preserve">is forever escaping again into the state of free thought.</w:t>
      </w:r>
      <w:r>
        <w:br/>
      </w:r>
      <w:r>
        <w:t xml:space="preserve">    (a) the defining or most important quality of something</w:t>
      </w:r>
      <w:r>
        <w:br/>
      </w:r>
      <w:r>
        <w:br/>
      </w:r>
      <w:r>
        <w:t xml:space="preserve">or:</w:t>
      </w:r>
      <w:r>
        <w:br/>
      </w:r>
      <w:r>
        <w:br/>
      </w:r>
      <w:r>
        <w:t xml:space="preserve">a extract that concentrates important qualities of something such as smell or taste</w:t>
      </w:r>
      <w:r>
        <w:br/>
      </w:r>
      <w:r>
        <w:t xml:space="preserve">    (b) any of the military expeditions in the 11th to 13th centuries when Christian powers of Europe invaded Muslims in the Holy Land in the Middle East</w:t>
      </w:r>
      <w:r>
        <w:br/>
      </w:r>
      <w:r>
        <w:t xml:space="preserve">    (c) one who believes in an economic system based on voluntary exchange in a competitive environment with private ownership of property and businesses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2026-07-31T19:14:44Z</dcterms:created>
  <dcterms:modified xsi:type="dcterms:W3CDTF">2026-07-31T19:14:44Z</dcterms:modified>
</cp:coreProperties>
</file>

<file path=docProps/custom.xml><?xml version="1.0" encoding="utf-8"?>
<Properties xmlns="http://schemas.openxmlformats.org/officeDocument/2006/custom-properties" xmlns:vt="http://schemas.openxmlformats.org/officeDocument/2006/docPropsVTypes"/>
</file>