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c8ad0f152af1dec8c760e63a92d6ded0cd3ecd"/>
    <w:p>
      <w:pPr>
        <w:pStyle w:val="Heading1"/>
      </w:pPr>
      <w:r>
        <w:rPr>
          <w:b/>
          <w:bCs/>
        </w:rPr>
        <w:t xml:space="preserve">Native Speaker</w:t>
      </w:r>
      <w:r>
        <w:br/>
      </w:r>
      <w:r>
        <w:rPr>
          <w:i/>
          <w:iCs/>
        </w:rPr>
        <w:t xml:space="preserve">Chang-rae Lee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drawing up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idioms</w:t>
      </w:r>
      <w:r>
        <w:rPr>
          <w:b/>
          <w:bCs/>
        </w:rPr>
        <w:t xml:space="preserve"> </w:t>
      </w:r>
      <w:r>
        <w:rPr>
          <w:b/>
          <w:bCs/>
        </w:rPr>
        <w:t xml:space="preserve">in the list, visions of me in the whitest raw light, instant snapshots of the difficult truths native to our time together.</w:t>
      </w:r>
      <w:r>
        <w:br/>
      </w:r>
      <w:r>
        <w:t xml:space="preserve">    (a) a way of putting things that is characteristic of a specific group of people</w:t>
      </w:r>
      <w:r>
        <w:br/>
      </w:r>
      <w:r>
        <w:t xml:space="preserve">    (b) world's premier bicycle races - run annually for 3 weeks primarily in France</w:t>
      </w:r>
      <w:r>
        <w:br/>
      </w:r>
      <w:r>
        <w:t xml:space="preserve">    (c) different ways of doing something; or routes that lead to a particular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"My good friend Henry," 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stridently</w:t>
      </w:r>
      <w:r>
        <w:rPr>
          <w:b/>
          <w:bCs/>
        </w:rPr>
        <w:t xml:space="preserve">, the strangeness of that notion hanging there for us.</w:t>
      </w:r>
      <w:r>
        <w:br/>
      </w:r>
      <w:r>
        <w:t xml:space="preserve">    (a) not the manner in which things have generally been done in the past</w:t>
      </w:r>
      <w:r>
        <w:br/>
      </w:r>
      <w:r>
        <w:t xml:space="preserve">    (b) not straight; or done in a way that involves other people or things</w:t>
      </w:r>
      <w:r>
        <w:br/>
      </w:r>
      <w:r>
        <w:t xml:space="preserve">    (c) unpleasantly forceful when expressing opinions; or loud and harsh</w:t>
      </w:r>
      <w:r>
        <w:br/>
      </w:r>
      <w:r>
        <w:br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left us she bid him goodbye using his surname, with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nor derision.</w:t>
      </w:r>
      <w:r>
        <w:br/>
      </w:r>
      <w:r>
        <w:t xml:space="preserve">    (a) belief or opinion formed by viewing things a certain way</w:t>
      </w:r>
      <w:r>
        <w:br/>
      </w:r>
      <w:r>
        <w:t xml:space="preserve">    (b) indicating one thing while meaning something else</w:t>
      </w:r>
      <w:r>
        <w:br/>
      </w:r>
      <w:r>
        <w:t xml:space="preserve">    (c) soft leather shoe traditionally worn by Native Americans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these were all the things that my father forever wanted me to consider, and to what as a teenager I had disingenuously cried, "What about love?"</w:t>
      </w:r>
      <w:r>
        <w:br/>
      </w:r>
      <w:r>
        <w:t xml:space="preserve">    (a) in a manner that accepts as true (without proof)</w:t>
      </w:r>
      <w:r>
        <w:br/>
      </w:r>
      <w:r>
        <w:t xml:space="preserve">    (b) meticulously (with great care for small details)</w:t>
      </w:r>
      <w:r>
        <w:br/>
      </w:r>
      <w:r>
        <w:t xml:space="preserve">    (c) when what happens is very different than what might be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pressed him on it and learned only that the emperor Diocletian had built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palace on the shores of the Adriatic, for his retirement, of all things, as if he might escape the snarls of his Rome.</w:t>
      </w:r>
      <w:r>
        <w:br/>
      </w:r>
      <w:r>
        <w:t xml:space="preserve">    (a) exactness or accuracy</w:t>
      </w:r>
      <w:r>
        <w:br/>
      </w:r>
      <w:r>
        <w:t xml:space="preserve">    (b) beautiful or splendid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made him feel like an old-timer,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respected (worthy of respect) -- typically because of age or position</w:t>
      </w:r>
      <w:r>
        <w:br/>
      </w:r>
      <w:r>
        <w:t xml:space="preserve">    (c) [of food] able to be prepared in a manner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Normally I would have ceased matters temporarily, retreated to Westchester to reiterate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revise</w:t>
      </w:r>
      <w:r>
        <w:rPr>
          <w:b/>
          <w:bCs/>
        </w:rPr>
        <w:t xml:space="preserve">.</w:t>
      </w:r>
      <w:r>
        <w:br/>
      </w:r>
      <w:r>
        <w:t xml:space="preserve">    (a) follow</w:t>
      </w:r>
      <w:r>
        <w:br/>
      </w:r>
      <w:r>
        <w:t xml:space="preserve">    (b) change</w:t>
      </w:r>
      <w:r>
        <w:br/>
      </w:r>
      <w:r>
        <w:t xml:space="preserve">    (c) unwrap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Hoagland, the human black cloud, had noticed this too, mentioned it sometimes as indicative of our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.</w:t>
      </w:r>
      <w:r>
        <w:br/>
      </w:r>
      <w:r>
        <w:t xml:space="preserve">    (a) the degree of not being easily set on fire</w:t>
      </w:r>
      <w:r>
        <w:br/>
      </w:r>
      <w:r>
        <w:t xml:space="preserve">    (b) close friendship amongst a group of people</w:t>
      </w:r>
      <w:r>
        <w:br/>
      </w:r>
      <w:r>
        <w:t xml:space="preserve">    (c) not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spoke in veiled attacks about his mediation of talks surrounding the 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boycotts</w:t>
      </w:r>
      <w:r>
        <w:rPr>
          <w:b/>
          <w:bCs/>
        </w:rPr>
        <w:t xml:space="preserve"> </w:t>
      </w:r>
      <w:r>
        <w:rPr>
          <w:b/>
          <w:bCs/>
        </w:rPr>
        <w:t xml:space="preserve">of Korean businesses across the city.</w:t>
      </w:r>
      <w:r>
        <w:br/>
      </w:r>
      <w:r>
        <w:t xml:space="preserve">    (a) to refuse to buy things (from someone); or to refuse to participate in an activity (with someone) in order to express disapproval</w:t>
      </w:r>
      <w:r>
        <w:br/>
      </w:r>
      <w:r>
        <w:t xml:space="preserve">    (b) enthusiastic expressions of feelings or thoughts  OR  squirts or gives off (typically under pressure such as blood or leaking gas)</w:t>
      </w:r>
      <w:r>
        <w:br/>
      </w:r>
      <w:r>
        <w:t xml:space="preserve">    (c) presents something to treat as true in order to advance a discussion or to further investigation even though it might not be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we met him at one of his stores he always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basket of treats for her, trifles from his shelves, bars of dark chocolate, exotic tropical fruits, tissue-wrapped biscotti.</w:t>
      </w:r>
      <w:r>
        <w:br/>
      </w:r>
      <w:r>
        <w:t xml:space="preserve">    (a) certain</w:t>
      </w:r>
      <w:r>
        <w:br/>
      </w:r>
      <w:r>
        <w:t xml:space="preserve">    (b) various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imagined that something deeply horrible had happened to her when she was young, some nameless pain, something brutal,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 had taught her fear and sadness and she had had to leave her life and family because of it.</w:t>
      </w:r>
      <w:r>
        <w:br/>
      </w:r>
      <w:r>
        <w:t xml:space="preserve">    (a) exceedingly important, serious, or dangerous</w:t>
      </w:r>
      <w:r>
        <w:br/>
      </w:r>
      <w:r>
        <w:t xml:space="preserve">    (b) the intention or desire to see others suffer</w:t>
      </w:r>
      <w:r>
        <w:br/>
      </w:r>
      <w:r>
        <w:t xml:space="preserve">    (c) designed to be useful; or capable of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.</w:t>
      </w:r>
      <w:r>
        <w:br/>
      </w:r>
      <w:r>
        <w:t xml:space="preserve">    (a) related to the change of a light wave (or other wave) when it passes an opaque edge or narrow opening</w:t>
      </w:r>
      <w:r>
        <w:br/>
      </w:r>
      <w:r>
        <w:t xml:space="preserve">    (b) someone who expects the worst -- especially of people (such as expecting them to be selfish and lie)</w:t>
      </w:r>
      <w:r>
        <w:br/>
      </w:r>
      <w:r>
        <w:t xml:space="preserve">    (c) characterized by recurrent and persistent thoughts and feelings and repetitive, ritualized behaviors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heeding</w:t>
      </w:r>
      <w:r>
        <w:rPr>
          <w:b/>
          <w:bCs/>
        </w:rPr>
        <w:t xml:space="preserve"> </w:t>
      </w:r>
      <w:r>
        <w:rPr>
          <w:b/>
          <w:bCs/>
        </w:rPr>
        <w:t xml:space="preserve">you.</w:t>
      </w:r>
      <w:r>
        <w:br/>
      </w:r>
      <w:r>
        <w:t xml:space="preserve">    (a) paying close attention to; or doing what is suggested</w:t>
      </w:r>
      <w:r>
        <w:br/>
      </w:r>
      <w:r>
        <w:t xml:space="preserve">    (b) moving again into position to work; or starting again</w:t>
      </w:r>
      <w:r>
        <w:br/>
      </w:r>
      <w:r>
        <w:t xml:space="preserve">    (c) spreading one-sided information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adherents know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hubris</w:t>
      </w:r>
      <w:r>
        <w:rPr>
          <w:b/>
          <w:bCs/>
        </w:rPr>
        <w:t xml:space="preserve">.</w:t>
      </w:r>
      <w:r>
        <w:br/>
      </w:r>
      <w:r>
        <w:t xml:space="preserve">    (a) characterized by having multiple purposes</w:t>
      </w:r>
      <w:r>
        <w:br/>
      </w:r>
      <w:r>
        <w:t xml:space="preserve">    (b) excessive pride, arrogance, or confidence</w:t>
      </w:r>
      <w:r>
        <w:br/>
      </w:r>
      <w:r>
        <w:t xml:space="preserve">    (c) ability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Inconsistencies began to arise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details, all of which I inexplicably confused and alternated.</w:t>
      </w:r>
      <w:r>
        <w:br/>
      </w:r>
      <w:r>
        <w:t xml:space="preserve">    (a) natural</w:t>
      </w:r>
      <w:r>
        <w:br/>
      </w:r>
      <w:r>
        <w:t xml:space="preserve">    (b) very important</w:t>
      </w:r>
      <w:r>
        <w:br/>
      </w:r>
      <w:r>
        <w:t xml:space="preserve">    (c)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Eminently</w:t>
      </w:r>
      <w:r>
        <w:rPr>
          <w:b/>
          <w:bCs/>
        </w:rPr>
        <w:t xml:space="preserve">," he answered, smiling.</w:t>
      </w:r>
      <w:r>
        <w:br/>
      </w:r>
      <w:r>
        <w:t xml:space="preserve">    (a) with strong desire</w:t>
      </w:r>
      <w:r>
        <w:br/>
      </w:r>
      <w:r>
        <w:t xml:space="preserve">    (b) with high standing</w:t>
      </w:r>
      <w:r>
        <w:br/>
      </w:r>
      <w:r>
        <w:t xml:space="preserve">    (c) in a sloped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Hoagland would have wanted me to continue pushing him, to extend the evening's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to its logical and fitting end.</w:t>
      </w:r>
      <w:r>
        <w:br/>
      </w:r>
      <w:r>
        <w:t xml:space="preserve">    (a) story</w:t>
      </w:r>
      <w:r>
        <w:br/>
      </w:r>
      <w:r>
        <w:t xml:space="preserve">    (b) snake</w:t>
      </w:r>
      <w:r>
        <w:br/>
      </w:r>
      <w:r>
        <w:t xml:space="preserve">    (c) skill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leaving right then would also serve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quell</w:t>
      </w:r>
      <w:r>
        <w:rPr>
          <w:b/>
          <w:bCs/>
        </w:rPr>
        <w:t xml:space="preserve"> </w:t>
      </w:r>
      <w:r>
        <w:rPr>
          <w:b/>
          <w:bCs/>
        </w:rPr>
        <w:t xml:space="preserve">any suspicions, at least at the level we were working.</w:t>
      </w:r>
      <w:r>
        <w:br/>
      </w:r>
      <w:r>
        <w:t xml:space="preserve">    (a) pessimistic or disagreeable</w:t>
      </w:r>
      <w:r>
        <w:br/>
      </w:r>
      <w:r>
        <w:t xml:space="preserve">    (b) develop or change gradually</w:t>
      </w:r>
      <w:r>
        <w:br/>
      </w:r>
      <w:r>
        <w:t xml:space="preserve">    (c) suppress or stop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 </w:t>
      </w:r>
      <w:r>
        <w:rPr>
          <w:b/>
          <w:bCs/>
        </w:rPr>
        <w:t xml:space="preserve">or phrase book.</w:t>
      </w:r>
      <w:r>
        <w:br/>
      </w:r>
      <w:r>
        <w:t xml:space="preserve">    (a) someone who translates language</w:t>
      </w:r>
      <w:r>
        <w:br/>
      </w:r>
      <w:r>
        <w:t xml:space="preserve">    (b) someone who extensively damages</w:t>
      </w:r>
      <w:r>
        <w:br/>
      </w:r>
      <w:r>
        <w:t xml:space="preserve">    (c) people who criticize or condemn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mask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serenity</w:t>
      </w:r>
      <w:r>
        <w:rPr>
          <w:b/>
          <w:bCs/>
        </w:rPr>
        <w:t xml:space="preserve"> </w:t>
      </w:r>
      <w:r>
        <w:rPr>
          <w:b/>
          <w:bCs/>
        </w:rPr>
        <w:t xml:space="preserve">and...</w:t>
      </w:r>
      <w:r>
        <w:br/>
      </w:r>
      <w:r>
        <w:t xml:space="preserve">    (a) in disagreement</w:t>
      </w:r>
      <w:r>
        <w:br/>
      </w:r>
      <w:r>
        <w:t xml:space="preserve">    (b) untroubled calmness</w:t>
      </w:r>
      <w:r>
        <w:br/>
      </w:r>
      <w:r>
        <w:t xml:space="preserve">    (c) relative amount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2026-07-31T18:06:54Z</dcterms:created>
  <dcterms:modified xsi:type="dcterms:W3CDTF">2026-07-31T18:06:54Z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