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36546a911abb88a258405ed889659654d73e48"/>
    <w:p>
      <w:pPr>
        <w:pStyle w:val="Heading1"/>
      </w:pPr>
      <w:r>
        <w:rPr>
          <w:b/>
          <w:bCs/>
        </w:rPr>
        <w:t xml:space="preserve">Native Son</w:t>
      </w:r>
      <w:r>
        <w:br/>
      </w:r>
      <w:r>
        <w:rPr>
          <w:i/>
          <w:iCs/>
        </w:rPr>
        <w:t xml:space="preserve">Richard Wright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aspiration</w:t>
      </w:r>
      <w:r>
        <w:rPr>
          <w:b/>
          <w:bCs/>
        </w:rPr>
        <w:t xml:space="preserve"> </w:t>
      </w:r>
      <w:r>
        <w:rPr>
          <w:b/>
          <w:bCs/>
        </w:rPr>
        <w:t xml:space="preserve">to travel the world was finally realized when she received a job offer from an international company.</w:t>
      </w:r>
      <w:r>
        <w:br/>
      </w:r>
      <w:r>
        <w:t xml:space="preserve">    (a) payment</w:t>
      </w:r>
      <w:r>
        <w:br/>
      </w:r>
      <w:r>
        <w:t xml:space="preserve">    (b) reason</w:t>
      </w:r>
      <w:r>
        <w:br/>
      </w:r>
      <w:r>
        <w:t xml:space="preserve">    (c) desire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trying to understand her, but I am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bewildered</w:t>
      </w:r>
      <w:r>
        <w:rPr>
          <w:b/>
          <w:bCs/>
        </w:rPr>
        <w:t xml:space="preserve">.</w:t>
      </w:r>
      <w:r>
        <w:br/>
      </w:r>
      <w:r>
        <w:t xml:space="preserve">    (a) bored</w:t>
      </w:r>
      <w:r>
        <w:br/>
      </w:r>
      <w:r>
        <w:t xml:space="preserve">    (b) distracted</w:t>
      </w:r>
      <w:r>
        <w:br/>
      </w:r>
      <w:r>
        <w:t xml:space="preserve">    (c) confused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Marx's writings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communism</w:t>
      </w:r>
      <w:r>
        <w:rPr>
          <w:b/>
          <w:bCs/>
        </w:rPr>
        <w:t xml:space="preserve"> </w:t>
      </w:r>
      <w:r>
        <w:rPr>
          <w:b/>
          <w:bCs/>
        </w:rPr>
        <w:t xml:space="preserve">inspired revolutions across many countries in the 1900s.</w:t>
      </w:r>
      <w:r>
        <w:br/>
      </w:r>
      <w:r>
        <w:t xml:space="preserve">    (a) collective ownership</w:t>
      </w:r>
      <w:r>
        <w:br/>
      </w:r>
      <w:r>
        <w:t xml:space="preserve">    (b) religious reform</w:t>
      </w:r>
      <w:r>
        <w:br/>
      </w:r>
      <w:r>
        <w:t xml:space="preserve">    (c) free market trade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jury did not know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defendant</w:t>
      </w:r>
      <w:r>
        <w:rPr>
          <w:b/>
          <w:bCs/>
        </w:rPr>
        <w:t xml:space="preserve"> </w:t>
      </w:r>
      <w:r>
        <w:rPr>
          <w:b/>
          <w:bCs/>
        </w:rPr>
        <w:t xml:space="preserve">had a long criminal history.</w:t>
      </w:r>
      <w:r>
        <w:br/>
      </w:r>
      <w:r>
        <w:t xml:space="preserve">    (a) person who is a witness</w:t>
      </w:r>
      <w:r>
        <w:br/>
      </w:r>
      <w:r>
        <w:t xml:space="preserve">    (b) person filing a complaint</w:t>
      </w:r>
      <w:r>
        <w:br/>
      </w:r>
      <w:r>
        <w:t xml:space="preserve">    (c) person who is on trial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elated</w:t>
      </w:r>
      <w:r>
        <w:rPr>
          <w:b/>
          <w:bCs/>
        </w:rPr>
        <w:t xml:space="preserve"> </w:t>
      </w:r>
      <w:r>
        <w:rPr>
          <w:b/>
          <w:bCs/>
        </w:rPr>
        <w:t xml:space="preserve">winner couldn't stop smiling.</w:t>
      </w:r>
      <w:r>
        <w:br/>
      </w:r>
      <w:r>
        <w:t xml:space="preserve">    (a) exhausted or tired</w:t>
      </w:r>
      <w:r>
        <w:br/>
      </w:r>
      <w:r>
        <w:t xml:space="preserve">    (b) newly created</w:t>
      </w:r>
      <w:r>
        <w:br/>
      </w:r>
      <w:r>
        <w:t xml:space="preserve">    (c) extremely happy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Modern smartphones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enable</w:t>
      </w:r>
      <w:r>
        <w:rPr>
          <w:b/>
          <w:bCs/>
        </w:rPr>
        <w:t xml:space="preserve"> </w:t>
      </w:r>
      <w:r>
        <w:rPr>
          <w:b/>
          <w:bCs/>
        </w:rPr>
        <w:t xml:space="preserve">people to work from almost anywhere.</w:t>
      </w:r>
      <w:r>
        <w:br/>
      </w:r>
      <w:r>
        <w:t xml:space="preserve">    (a) remind</w:t>
      </w:r>
      <w:r>
        <w:br/>
      </w:r>
      <w:r>
        <w:t xml:space="preserve">    (b) allow</w:t>
      </w:r>
      <w:r>
        <w:br/>
      </w:r>
      <w:r>
        <w:t xml:space="preserve">    (c) require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remark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evoked</w:t>
      </w:r>
      <w:r>
        <w:rPr>
          <w:b/>
          <w:bCs/>
        </w:rPr>
        <w:t xml:space="preserve"> </w:t>
      </w:r>
      <w:r>
        <w:rPr>
          <w:b/>
          <w:bCs/>
        </w:rPr>
        <w:t xml:space="preserve">sadness.</w:t>
      </w:r>
      <w:r>
        <w:br/>
      </w:r>
      <w:r>
        <w:t xml:space="preserve">    (a) eased</w:t>
      </w:r>
      <w:r>
        <w:br/>
      </w:r>
      <w:r>
        <w:t xml:space="preserve">    (b) relieved</w:t>
      </w:r>
      <w:r>
        <w:br/>
      </w:r>
      <w:r>
        <w:t xml:space="preserve">    (c) caused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number of people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grand jury</w:t>
      </w:r>
      <w:r>
        <w:rPr>
          <w:b/>
          <w:bCs/>
        </w:rPr>
        <w:t xml:space="preserve"> </w:t>
      </w:r>
      <w:r>
        <w:rPr>
          <w:b/>
          <w:bCs/>
        </w:rPr>
        <w:t xml:space="preserve">ranges from 6 to 23, depending on the state.</w:t>
      </w:r>
      <w:r>
        <w:br/>
      </w:r>
      <w:r>
        <w:t xml:space="preserve">    (a) jury that decides if there is enough evidence to formally accuse someone of a crime</w:t>
      </w:r>
      <w:r>
        <w:br/>
      </w:r>
      <w:r>
        <w:t xml:space="preserve">    (b) jury that decides a criminal case that is appealed to a higher court</w:t>
      </w:r>
      <w:r>
        <w:br/>
      </w:r>
      <w:r>
        <w:t xml:space="preserve">    (c) jury that decides major crimes cases such as murder or kidnapping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worst legislation is passed when voters are whipped into a state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hysteria</w:t>
      </w:r>
      <w:r>
        <w:rPr>
          <w:b/>
          <w:bCs/>
        </w:rPr>
        <w:t xml:space="preserve">.</w:t>
      </w:r>
      <w:r>
        <w:br/>
      </w:r>
      <w:r>
        <w:t xml:space="preserve">    (a) complete confusion</w:t>
      </w:r>
      <w:r>
        <w:br/>
      </w:r>
      <w:r>
        <w:t xml:space="preserve">    (b) extreme anger</w:t>
      </w:r>
      <w:r>
        <w:br/>
      </w:r>
      <w:r>
        <w:t xml:space="preserve">    (c) uncontrollable emotion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latent</w:t>
      </w:r>
      <w:r>
        <w:rPr>
          <w:b/>
          <w:bCs/>
        </w:rPr>
        <w:t xml:space="preserve"> </w:t>
      </w:r>
      <w:r>
        <w:rPr>
          <w:b/>
          <w:bCs/>
        </w:rPr>
        <w:t xml:space="preserve">HPV infection reactivated when her immune system weakened with age.</w:t>
      </w:r>
      <w:r>
        <w:br/>
      </w:r>
      <w:r>
        <w:t xml:space="preserve">    (a) severe</w:t>
      </w:r>
      <w:r>
        <w:br/>
      </w:r>
      <w:r>
        <w:t xml:space="preserve">    (b) inactive</w:t>
      </w:r>
      <w:r>
        <w:br/>
      </w:r>
      <w:r>
        <w:t xml:space="preserve">    (c) common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new factory is building privacy walls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mitigate</w:t>
      </w:r>
      <w:r>
        <w:rPr>
          <w:b/>
          <w:bCs/>
        </w:rPr>
        <w:t xml:space="preserve"> </w:t>
      </w:r>
      <w:r>
        <w:rPr>
          <w:b/>
          <w:bCs/>
        </w:rPr>
        <w:t xml:space="preserve">its impact on neighbors.</w:t>
      </w:r>
      <w:r>
        <w:br/>
      </w:r>
      <w:r>
        <w:t xml:space="preserve">    (a) make a bad situation worse</w:t>
      </w:r>
      <w:r>
        <w:br/>
      </w:r>
      <w:r>
        <w:t xml:space="preserve">    (b) make less harmful or unpleasant</w:t>
      </w:r>
      <w:r>
        <w:br/>
      </w:r>
      <w:r>
        <w:t xml:space="preserve">    (c) change the subject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desire for religious freedom was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motive</w:t>
      </w:r>
      <w:r>
        <w:rPr>
          <w:b/>
          <w:bCs/>
        </w:rPr>
        <w:t xml:space="preserve"> </w:t>
      </w:r>
      <w:r>
        <w:rPr>
          <w:b/>
          <w:bCs/>
        </w:rPr>
        <w:t xml:space="preserve">for leaving England.</w:t>
      </w:r>
      <w:r>
        <w:br/>
      </w:r>
      <w:r>
        <w:t xml:space="preserve">    (a) technique</w:t>
      </w:r>
      <w:r>
        <w:br/>
      </w:r>
      <w:r>
        <w:t xml:space="preserve">    (b) reason</w:t>
      </w:r>
      <w:r>
        <w:br/>
      </w:r>
      <w:r>
        <w:t xml:space="preserve">    (c) excuse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table is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oblong</w:t>
      </w:r>
      <w:r>
        <w:rPr>
          <w:b/>
          <w:bCs/>
        </w:rPr>
        <w:t xml:space="preserve"> </w:t>
      </w:r>
      <w:r>
        <w:rPr>
          <w:b/>
          <w:bCs/>
        </w:rPr>
        <w:t xml:space="preserve">shape, with curved edges.</w:t>
      </w:r>
      <w:r>
        <w:br/>
      </w:r>
      <w:r>
        <w:t xml:space="preserve">    (a) square</w:t>
      </w:r>
      <w:r>
        <w:br/>
      </w:r>
      <w:r>
        <w:t xml:space="preserve">    (b) elongated</w:t>
      </w:r>
      <w:r>
        <w:br/>
      </w:r>
      <w:r>
        <w:t xml:space="preserve">    (c) circular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omitted</w:t>
      </w:r>
      <w:r>
        <w:rPr>
          <w:b/>
          <w:bCs/>
        </w:rPr>
        <w:t xml:space="preserve"> </w:t>
      </w:r>
      <w:r>
        <w:rPr>
          <w:b/>
          <w:bCs/>
        </w:rPr>
        <w:t xml:space="preserve">a few details to place herself in a more favorable light.</w:t>
      </w:r>
      <w:r>
        <w:br/>
      </w:r>
      <w:r>
        <w:t xml:space="preserve">    (a) exaggerated</w:t>
      </w:r>
      <w:r>
        <w:br/>
      </w:r>
      <w:r>
        <w:t xml:space="preserve">    (b) made up</w:t>
      </w:r>
      <w:r>
        <w:br/>
      </w:r>
      <w:r>
        <w:t xml:space="preserve">    (c) left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hands began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quiver</w:t>
      </w:r>
      <w:r>
        <w:rPr>
          <w:b/>
          <w:bCs/>
        </w:rPr>
        <w:t xml:space="preserve"> </w:t>
      </w:r>
      <w:r>
        <w:rPr>
          <w:b/>
          <w:bCs/>
        </w:rPr>
        <w:t xml:space="preserve">as she opened the envelope.</w:t>
      </w:r>
      <w:r>
        <w:br/>
      </w:r>
      <w:r>
        <w:t xml:space="preserve">    (a) slightly shake</w:t>
      </w:r>
      <w:r>
        <w:br/>
      </w:r>
      <w:r>
        <w:t xml:space="preserve">    (b) quickly move</w:t>
      </w:r>
      <w:r>
        <w:br/>
      </w:r>
      <w:r>
        <w:t xml:space="preserve">    (c) tightly grip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said that if I 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</w:t>
      </w:r>
      <w:r>
        <w:rPr>
          <w:b/>
          <w:bCs/>
        </w:rPr>
        <w:t xml:space="preserve">, I will be fired.</w:t>
      </w:r>
      <w:r>
        <w:br/>
      </w:r>
      <w:r>
        <w:t xml:space="preserve">    (a) do better</w:t>
      </w:r>
      <w:r>
        <w:br/>
      </w:r>
      <w:r>
        <w:t xml:space="preserve">    (b) quit</w:t>
      </w:r>
      <w:r>
        <w:br/>
      </w:r>
      <w:r>
        <w:t xml:space="preserve">    (c) renew an 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resigned</w:t>
      </w:r>
      <w:r>
        <w:rPr>
          <w:b/>
          <w:bCs/>
        </w:rPr>
        <w:t xml:space="preserve"> </w:t>
      </w:r>
      <w:r>
        <w:rPr>
          <w:b/>
          <w:bCs/>
        </w:rPr>
        <w:t xml:space="preserve">to being embarrassed by her younger brother.</w:t>
      </w:r>
      <w:r>
        <w:br/>
      </w:r>
      <w:r>
        <w:t xml:space="preserve">    (a) resistant</w:t>
      </w:r>
      <w:r>
        <w:br/>
      </w:r>
      <w:r>
        <w:t xml:space="preserve">    (b) putting a stop</w:t>
      </w:r>
      <w:r>
        <w:br/>
      </w:r>
      <w:r>
        <w:t xml:space="preserve">    (c) with acceptance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clothesline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taut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two trees in the yard.</w:t>
      </w:r>
      <w:r>
        <w:br/>
      </w:r>
      <w:r>
        <w:t xml:space="preserve">    (a) shiny</w:t>
      </w:r>
      <w:r>
        <w:br/>
      </w:r>
      <w:r>
        <w:t xml:space="preserve">    (b) tight</w:t>
      </w:r>
      <w:r>
        <w:br/>
      </w:r>
      <w:r>
        <w:t xml:space="preserve">    (c) noisy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wistful</w:t>
      </w:r>
      <w:r>
        <w:rPr>
          <w:b/>
          <w:bCs/>
        </w:rPr>
        <w:t xml:space="preserve">, dreamy look as she thought about how life would change if she could get a good job.</w:t>
      </w:r>
      <w:r>
        <w:br/>
      </w:r>
      <w:r>
        <w:t xml:space="preserve">    (a) showing longing</w:t>
      </w:r>
      <w:r>
        <w:br/>
      </w:r>
      <w:r>
        <w:t xml:space="preserve">    (b) showing determination</w:t>
      </w:r>
      <w:r>
        <w:br/>
      </w:r>
      <w:r>
        <w:t xml:space="preserve">    (c) showing optimism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yearn</w:t>
      </w:r>
      <w:r>
        <w:rPr>
          <w:b/>
          <w:bCs/>
        </w:rPr>
        <w:t xml:space="preserve"> </w:t>
      </w:r>
      <w:r>
        <w:rPr>
          <w:b/>
          <w:bCs/>
        </w:rPr>
        <w:t xml:space="preserve">for more independence.</w:t>
      </w:r>
      <w:r>
        <w:br/>
      </w:r>
      <w:r>
        <w:t xml:space="preserve">    (a) desire</w:t>
      </w:r>
      <w:r>
        <w:br/>
      </w:r>
      <w:r>
        <w:t xml:space="preserve">    (b) fear</w:t>
      </w:r>
      <w:r>
        <w:br/>
      </w:r>
      <w:r>
        <w:t xml:space="preserve">    (c) work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2026-07-31T17:16:16Z</dcterms:created>
  <dcterms:modified xsi:type="dcterms:W3CDTF">2026-07-31T17:16:16Z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