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e3bca8652478c200fb9645a82da930ce57c0802"/>
    <w:p>
      <w:pPr>
        <w:pStyle w:val="Heading1"/>
      </w:pPr>
      <w:r>
        <w:rPr>
          <w:b/>
          <w:bCs/>
        </w:rPr>
        <w:t xml:space="preserve">Native Son</w:t>
      </w:r>
      <w:r>
        <w:br/>
      </w:r>
      <w:r>
        <w:rPr>
          <w:i/>
          <w:iCs/>
        </w:rPr>
        <w:t xml:space="preserve">Richard Wright</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Every slight movement in the street</w:t>
      </w:r>
      <w:r>
        <w:rPr>
          <w:b/>
          <w:bCs/>
        </w:rPr>
        <w:t xml:space="preserve"> </w:t>
      </w:r>
      <w:r>
        <w:rPr>
          <w:b/>
          <w:bCs/>
          <w:u w:val="single"/>
        </w:rPr>
        <w:t xml:space="preserve">evoked</w:t>
      </w:r>
      <w:r>
        <w:rPr>
          <w:b/>
          <w:bCs/>
        </w:rPr>
        <w:t xml:space="preserve"> </w:t>
      </w:r>
      <w:r>
        <w:rPr>
          <w:b/>
          <w:bCs/>
        </w:rPr>
        <w:t xml:space="preserve">a casual curiosity in him.</w:t>
      </w:r>
      <w:r>
        <w:br/>
      </w:r>
      <w:r>
        <w:t xml:space="preserve">    (a) consistent or the same</w:t>
      </w:r>
      <w:r>
        <w:br/>
      </w:r>
      <w:r>
        <w:t xml:space="preserve">    (b) not roughly calculated</w:t>
      </w:r>
      <w:r>
        <w:br/>
      </w:r>
      <w:r>
        <w:t xml:space="preserve">    (c) called forth or caused</w:t>
      </w:r>
    </w:p>
    <w:p>
      <w:pPr>
        <w:pStyle w:val="Compact"/>
        <w:numPr>
          <w:ilvl w:val="0"/>
          <w:numId w:val="1001"/>
        </w:numPr>
      </w:pPr>
      <w:r>
        <w:rPr>
          <w:b/>
          <w:bCs/>
        </w:rPr>
        <w:t xml:space="preserve">"Yeah," Bigger said,</w:t>
      </w:r>
      <w:r>
        <w:rPr>
          <w:b/>
          <w:bCs/>
        </w:rPr>
        <w:t xml:space="preserve"> </w:t>
      </w:r>
      <w:r>
        <w:rPr>
          <w:b/>
          <w:bCs/>
          <w:u w:val="single"/>
        </w:rPr>
        <w:t xml:space="preserve">wistfully</w:t>
      </w:r>
      <w:r>
        <w:rPr>
          <w:b/>
          <w:bCs/>
        </w:rPr>
        <w:t xml:space="preserve">.</w:t>
      </w:r>
      <w:r>
        <w:br/>
      </w:r>
      <w:r>
        <w:t xml:space="preserve">    (a) in a manner that involves betrayal</w:t>
      </w:r>
      <w:r>
        <w:br/>
      </w:r>
      <w:r>
        <w:t xml:space="preserve">    (b) with longing or unfulfilled desire</w:t>
      </w:r>
      <w:r>
        <w:br/>
      </w:r>
      <w:r>
        <w:t xml:space="preserve">    (c) following as a result of something</w:t>
      </w:r>
    </w:p>
    <w:p>
      <w:pPr>
        <w:pStyle w:val="Compact"/>
        <w:numPr>
          <w:ilvl w:val="0"/>
          <w:numId w:val="1001"/>
        </w:numPr>
      </w:pPr>
      <w:r>
        <w:rPr>
          <w:b/>
          <w:bCs/>
        </w:rPr>
        <w:t xml:space="preserve">He frowned in the darkened movie, hearing the roll of tom-toms and the screams of black men and women dancing free and wild, men and women who were adjusted to their soil and at home in their world, secure from fear and</w:t>
      </w:r>
      <w:r>
        <w:rPr>
          <w:b/>
          <w:bCs/>
        </w:rPr>
        <w:t xml:space="preserve"> </w:t>
      </w:r>
      <w:r>
        <w:rPr>
          <w:b/>
          <w:bCs/>
          <w:u w:val="single"/>
        </w:rPr>
        <w:t xml:space="preserve">hysteria</w:t>
      </w:r>
      <w:r>
        <w:rPr>
          <w:b/>
          <w:bCs/>
        </w:rPr>
        <w:t xml:space="preserve">.</w:t>
      </w:r>
      <w:r>
        <w:br/>
      </w:r>
      <w:r>
        <w:t xml:space="preserve">    (a) Nazi organization for children aged 10 to 18</w:t>
      </w:r>
      <w:r>
        <w:br/>
      </w:r>
      <w:r>
        <w:t xml:space="preserve">    (b) a state of excessive, uncontrollable emotion</w:t>
      </w:r>
      <w:r>
        <w:br/>
      </w:r>
      <w:r>
        <w:t xml:space="preserve">    (c) found a condition or substance to be present</w:t>
      </w:r>
    </w:p>
    <w:p>
      <w:pPr>
        <w:pStyle w:val="Compact"/>
        <w:numPr>
          <w:ilvl w:val="0"/>
          <w:numId w:val="1001"/>
        </w:numPr>
      </w:pPr>
      <w:r>
        <w:rPr>
          <w:b/>
          <w:bCs/>
        </w:rPr>
        <w:t xml:space="preserve">His entire body hungered for keen sensation, something exciting and violent to relieve the</w:t>
      </w:r>
      <w:r>
        <w:rPr>
          <w:b/>
          <w:bCs/>
        </w:rPr>
        <w:t xml:space="preserve"> </w:t>
      </w:r>
      <w:r>
        <w:rPr>
          <w:b/>
          <w:bCs/>
          <w:u w:val="single"/>
        </w:rPr>
        <w:t xml:space="preserve">tautness</w:t>
      </w:r>
      <w:r>
        <w:rPr>
          <w:b/>
          <w:bCs/>
        </w:rPr>
        <w:t xml:space="preserve">.</w:t>
      </w:r>
      <w:r>
        <w:br/>
      </w:r>
      <w:r>
        <w:t xml:space="preserve">    (a) pulled or drawn tight;</w:t>
      </w:r>
      <w:r>
        <w:br/>
      </w:r>
      <w:r>
        <w:t xml:space="preserve">or: subjected to great tension</w:t>
      </w:r>
      <w:r>
        <w:br/>
      </w:r>
      <w:r>
        <w:t xml:space="preserve">    (b) relating to logical examination to improve understanding</w:t>
      </w:r>
      <w:r>
        <w:br/>
      </w:r>
      <w:r>
        <w:t xml:space="preserve">    (c) the state or degree of being pessimistic or disagreeable</w:t>
      </w:r>
    </w:p>
    <w:p>
      <w:pPr>
        <w:pStyle w:val="Compact"/>
        <w:numPr>
          <w:ilvl w:val="0"/>
          <w:numId w:val="1001"/>
        </w:numPr>
      </w:pPr>
      <w:r>
        <w:rPr>
          <w:b/>
          <w:bCs/>
        </w:rPr>
        <w:t xml:space="preserve">He had heard about unions; in his mind unions and</w:t>
      </w:r>
      <w:r>
        <w:rPr>
          <w:b/>
          <w:bCs/>
        </w:rPr>
        <w:t xml:space="preserve"> </w:t>
      </w:r>
      <w:r>
        <w:rPr>
          <w:b/>
          <w:bCs/>
          <w:u w:val="single"/>
        </w:rPr>
        <w:t xml:space="preserve">Communists</w:t>
      </w:r>
      <w:r>
        <w:rPr>
          <w:b/>
          <w:bCs/>
        </w:rPr>
        <w:t xml:space="preserve"> </w:t>
      </w:r>
      <w:r>
        <w:rPr>
          <w:b/>
          <w:bCs/>
        </w:rPr>
        <w:t xml:space="preserve">were linked.</w:t>
      </w:r>
      <w:r>
        <w:br/>
      </w:r>
      <w:r>
        <w:t xml:space="preserve">    (a) people who suffer from psychosis (any severe mental disorder in which contact with reality is lost or highly distorted)</w:t>
      </w:r>
      <w:r>
        <w:br/>
      </w:r>
      <w:r>
        <w:t xml:space="preserve">    (b) people who support an economic system that abolishes private ownership of property</w:t>
      </w:r>
      <w:r>
        <w:br/>
      </w:r>
      <w:r>
        <w:t xml:space="preserve">    (c) subatomic particles with negative charge that are found in all atoms and that act as the primary carrier of electricity</w:t>
      </w:r>
    </w:p>
    <w:p>
      <w:pPr>
        <w:pStyle w:val="Compact"/>
        <w:numPr>
          <w:ilvl w:val="0"/>
          <w:numId w:val="1001"/>
        </w:numPr>
      </w:pPr>
      <w:r>
        <w:rPr>
          <w:b/>
          <w:bCs/>
        </w:rPr>
        <w:t xml:space="preserve">To Bigger it was plainly a</w:t>
      </w:r>
      <w:r>
        <w:rPr>
          <w:b/>
          <w:bCs/>
        </w:rPr>
        <w:t xml:space="preserve"> </w:t>
      </w:r>
      <w:r>
        <w:rPr>
          <w:b/>
          <w:bCs/>
          <w:u w:val="single"/>
        </w:rPr>
        <w:t xml:space="preserve">bewildered</w:t>
      </w:r>
      <w:r>
        <w:rPr>
          <w:b/>
          <w:bCs/>
        </w:rPr>
        <w:t xml:space="preserve"> </w:t>
      </w:r>
      <w:r>
        <w:rPr>
          <w:b/>
          <w:bCs/>
        </w:rPr>
        <w:t xml:space="preserve">and questioning look, a look that asked: What on earth is wrong with him?</w:t>
      </w:r>
      <w:r>
        <w:br/>
      </w:r>
      <w:r>
        <w:t xml:space="preserve">    (a) collided</w:t>
      </w:r>
      <w:r>
        <w:br/>
      </w:r>
      <w:r>
        <w:t xml:space="preserve">    (b) restored</w:t>
      </w:r>
      <w:r>
        <w:br/>
      </w:r>
      <w:r>
        <w:t xml:space="preserve">    (c) confused</w:t>
      </w:r>
    </w:p>
    <w:p>
      <w:pPr>
        <w:pStyle w:val="Compact"/>
        <w:numPr>
          <w:ilvl w:val="0"/>
          <w:numId w:val="1001"/>
        </w:numPr>
      </w:pPr>
      <w:r>
        <w:rPr>
          <w:b/>
          <w:bCs/>
        </w:rPr>
        <w:t xml:space="preserve">He held his hand over her mouth and his head was cocked at an angle that</w:t>
      </w:r>
      <w:r>
        <w:rPr>
          <w:b/>
          <w:bCs/>
        </w:rPr>
        <w:t xml:space="preserve"> </w:t>
      </w:r>
      <w:r>
        <w:rPr>
          <w:b/>
          <w:bCs/>
          <w:u w:val="single"/>
        </w:rPr>
        <w:t xml:space="preserve">enabled</w:t>
      </w:r>
      <w:r>
        <w:rPr>
          <w:b/>
          <w:bCs/>
        </w:rPr>
        <w:t xml:space="preserve"> </w:t>
      </w:r>
      <w:r>
        <w:rPr>
          <w:b/>
          <w:bCs/>
        </w:rPr>
        <w:t xml:space="preserve">him to see Mary and Mrs. Dalton by merely shifting his eyes.</w:t>
      </w:r>
      <w:r>
        <w:br/>
      </w:r>
      <w:r>
        <w:t xml:space="preserve">    (a) made possible</w:t>
      </w:r>
      <w:r>
        <w:br/>
      </w:r>
      <w:r>
        <w:t xml:space="preserve">    (b) got closer to</w:t>
      </w:r>
      <w:r>
        <w:br/>
      </w:r>
      <w:r>
        <w:t xml:space="preserve">    (c) not satisfied</w:t>
      </w:r>
    </w:p>
    <w:p>
      <w:pPr>
        <w:pStyle w:val="Compact"/>
        <w:numPr>
          <w:ilvl w:val="0"/>
          <w:numId w:val="1001"/>
        </w:numPr>
      </w:pPr>
      <w:r>
        <w:rPr>
          <w:b/>
          <w:bCs/>
        </w:rPr>
        <w:t xml:space="preserve">He walked over the snow, feeling giddy and</w:t>
      </w:r>
      <w:r>
        <w:rPr>
          <w:b/>
          <w:bCs/>
        </w:rPr>
        <w:t xml:space="preserve"> </w:t>
      </w:r>
      <w:r>
        <w:rPr>
          <w:b/>
          <w:bCs/>
          <w:u w:val="single"/>
        </w:rPr>
        <w:t xml:space="preserve">elated</w:t>
      </w:r>
      <w:r>
        <w:rPr>
          <w:b/>
          <w:bCs/>
        </w:rPr>
        <w:t xml:space="preserve">.</w:t>
      </w:r>
      <w:r>
        <w:br/>
      </w:r>
      <w:r>
        <w:t xml:space="preserve">    (a) caused great mental or physical suffering</w:t>
      </w:r>
      <w:r>
        <w:br/>
      </w:r>
      <w:r>
        <w:t xml:space="preserve">    (b) consented reluctantly; or suffered defeat</w:t>
      </w:r>
      <w:r>
        <w:br/>
      </w:r>
      <w:r>
        <w:t xml:space="preserve">    (c) had a feeling of happiness and excitement</w:t>
      </w:r>
    </w:p>
    <w:p>
      <w:pPr>
        <w:pStyle w:val="Compact"/>
        <w:numPr>
          <w:ilvl w:val="0"/>
          <w:numId w:val="1001"/>
        </w:numPr>
      </w:pPr>
      <w:r>
        <w:rPr>
          <w:b/>
          <w:bCs/>
        </w:rPr>
        <w:t xml:space="preserve">Dimly, he felt that there should be one direction in which he and all other black people could go whole-heartedly" that there should be a way in which gnawing hunger and restless</w:t>
      </w:r>
      <w:r>
        <w:rPr>
          <w:b/>
          <w:bCs/>
        </w:rPr>
        <w:t xml:space="preserve"> </w:t>
      </w:r>
      <w:r>
        <w:rPr>
          <w:b/>
          <w:bCs/>
          <w:u w:val="single"/>
        </w:rPr>
        <w:t xml:space="preserve">aspiration</w:t>
      </w:r>
      <w:r>
        <w:rPr>
          <w:b/>
          <w:bCs/>
        </w:rPr>
        <w:t xml:space="preserve"> </w:t>
      </w:r>
      <w:r>
        <w:rPr>
          <w:b/>
          <w:bCs/>
        </w:rPr>
        <w:t xml:space="preserve">could be fused" that there should be a manner of acting that caught the mind and body in certainty and faith.</w:t>
      </w:r>
      <w:r>
        <w:br/>
      </w:r>
      <w:r>
        <w:t xml:space="preserve">    (a) memory</w:t>
      </w:r>
      <w:r>
        <w:br/>
      </w:r>
      <w:r>
        <w:t xml:space="preserve">    (b) desire</w:t>
      </w:r>
      <w:r>
        <w:br/>
      </w:r>
      <w:r>
        <w:t xml:space="preserve">    (c) battle</w:t>
      </w:r>
    </w:p>
    <w:p>
      <w:pPr>
        <w:pStyle w:val="Compact"/>
        <w:numPr>
          <w:ilvl w:val="0"/>
          <w:numId w:val="1001"/>
        </w:numPr>
      </w:pPr>
      <w:r>
        <w:rPr>
          <w:b/>
          <w:bCs/>
        </w:rPr>
        <w:t xml:space="preserve">The rattling of the tiny lumps against the tin sides of the chute came loudly to his ears as the</w:t>
      </w:r>
      <w:r>
        <w:rPr>
          <w:b/>
          <w:bCs/>
        </w:rPr>
        <w:t xml:space="preserve"> </w:t>
      </w:r>
      <w:r>
        <w:rPr>
          <w:b/>
          <w:bCs/>
          <w:u w:val="single"/>
        </w:rPr>
        <w:t xml:space="preserve">oblong</w:t>
      </w:r>
      <w:r>
        <w:rPr>
          <w:b/>
          <w:bCs/>
        </w:rPr>
        <w:t xml:space="preserve"> </w:t>
      </w:r>
      <w:r>
        <w:rPr>
          <w:b/>
          <w:bCs/>
        </w:rPr>
        <w:t xml:space="preserve">mound of red fire turned gradually black and blazed from the fanwise spreading of coal whirling into the furnace.</w:t>
      </w:r>
      <w:r>
        <w:br/>
      </w:r>
      <w:r>
        <w:t xml:space="preserve">    (a) soccer:  a foul kick taken from 12 yards in front of the goal and defended only by the goalkeeper who cannot advance beyond the goal line until the shot is taken</w:t>
      </w:r>
      <w:r>
        <w:br/>
      </w:r>
      <w:r>
        <w:t xml:space="preserve">    (b) a workplace where people do scientific or medical research, or produce drugs or chemicals (also used figuratively)  OR  (as an adjective) related to such a place</w:t>
      </w:r>
      <w:r>
        <w:br/>
      </w:r>
      <w:r>
        <w:t xml:space="preserve">    (c) an elongated shape (having more length than width) -- typically of a stretched circle that is longer than an oval, but occasionally used to describe a rectangle</w:t>
      </w:r>
    </w:p>
    <w:p>
      <w:pPr>
        <w:pStyle w:val="Compact"/>
        <w:numPr>
          <w:ilvl w:val="0"/>
          <w:numId w:val="1001"/>
        </w:numPr>
      </w:pPr>
      <w:r>
        <w:rPr>
          <w:b/>
          <w:bCs/>
        </w:rPr>
        <w:t xml:space="preserve">He pulled the lever, hearing the rattle of coal against tin and seeing the</w:t>
      </w:r>
      <w:r>
        <w:rPr>
          <w:b/>
          <w:bCs/>
        </w:rPr>
        <w:t xml:space="preserve"> </w:t>
      </w:r>
      <w:r>
        <w:rPr>
          <w:b/>
          <w:bCs/>
          <w:u w:val="single"/>
        </w:rPr>
        <w:t xml:space="preserve">quivering</w:t>
      </w:r>
      <w:r>
        <w:rPr>
          <w:b/>
          <w:bCs/>
        </w:rPr>
        <w:t xml:space="preserve"> </w:t>
      </w:r>
      <w:r>
        <w:rPr>
          <w:b/>
          <w:bCs/>
        </w:rPr>
        <w:t xml:space="preserve">embers grow black.</w:t>
      </w:r>
      <w:r>
        <w:br/>
      </w:r>
      <w:r>
        <w:t xml:space="preserve">    (a) to shake or tremble slightly</w:t>
      </w:r>
      <w:r>
        <w:br/>
      </w:r>
      <w:r>
        <w:t xml:space="preserve">    (b) calculates or judges too low</w:t>
      </w:r>
      <w:r>
        <w:br/>
      </w:r>
      <w:r>
        <w:t xml:space="preserve">    (c) not working or not operating</w:t>
      </w:r>
    </w:p>
    <w:p>
      <w:pPr>
        <w:pStyle w:val="Compact"/>
        <w:numPr>
          <w:ilvl w:val="0"/>
          <w:numId w:val="1001"/>
        </w:numPr>
      </w:pPr>
      <w:r>
        <w:rPr>
          <w:b/>
          <w:bCs/>
        </w:rPr>
        <w:t xml:space="preserve">He knew that whites thought that all Negroes</w:t>
      </w:r>
      <w:r>
        <w:rPr>
          <w:b/>
          <w:bCs/>
        </w:rPr>
        <w:t xml:space="preserve"> </w:t>
      </w:r>
      <w:r>
        <w:rPr>
          <w:b/>
          <w:bCs/>
          <w:u w:val="single"/>
        </w:rPr>
        <w:t xml:space="preserve">yearned</w:t>
      </w:r>
      <w:r>
        <w:rPr>
          <w:b/>
          <w:bCs/>
        </w:rPr>
        <w:t xml:space="preserve"> </w:t>
      </w:r>
      <w:r>
        <w:rPr>
          <w:b/>
          <w:bCs/>
        </w:rPr>
        <w:t xml:space="preserve">for white women, therefore he wanted to show a certain fearful deference even when one's name was mentioned in his presence.</w:t>
      </w:r>
      <w:r>
        <w:br/>
      </w:r>
      <w:r>
        <w:t xml:space="preserve">    (a) not concentrated</w:t>
      </w:r>
      <w:r>
        <w:br/>
      </w:r>
      <w:r>
        <w:t xml:space="preserve">    (b) strongly desired</w:t>
      </w:r>
      <w:r>
        <w:br/>
      </w:r>
      <w:r>
        <w:t xml:space="preserve">    (c) stopped fighting</w:t>
      </w:r>
    </w:p>
    <w:p>
      <w:pPr>
        <w:pStyle w:val="Compact"/>
        <w:numPr>
          <w:ilvl w:val="0"/>
          <w:numId w:val="1001"/>
        </w:numPr>
      </w:pPr>
      <w:r>
        <w:rPr>
          <w:b/>
          <w:bCs/>
        </w:rPr>
        <w:t xml:space="preserve">...a sigh of</w:t>
      </w:r>
      <w:r>
        <w:rPr>
          <w:b/>
          <w:bCs/>
        </w:rPr>
        <w:t xml:space="preserve"> </w:t>
      </w:r>
      <w:r>
        <w:rPr>
          <w:b/>
          <w:bCs/>
          <w:u w:val="single"/>
        </w:rPr>
        <w:t xml:space="preserve">resignation</w:t>
      </w:r>
      <w:r>
        <w:rPr>
          <w:b/>
          <w:bCs/>
        </w:rPr>
        <w:t xml:space="preserve">, a giving up, a surrender of something more than her body.</w:t>
      </w:r>
      <w:r>
        <w:br/>
      </w:r>
      <w:r>
        <w:t xml:space="preserve">    (a) acceptance of something undesired as unavoidable</w:t>
      </w:r>
      <w:r>
        <w:br/>
      </w:r>
      <w:r>
        <w:t xml:space="preserve">    (b) the process of thinking carefully and making a judgment about something</w:t>
      </w:r>
      <w:r>
        <w:br/>
      </w:r>
      <w:r>
        <w:t xml:space="preserve">    (c) the act of finding fault and telling others; or a description of faults</w:t>
      </w:r>
    </w:p>
    <w:p>
      <w:pPr>
        <w:pStyle w:val="Compact"/>
        <w:numPr>
          <w:ilvl w:val="0"/>
          <w:numId w:val="1001"/>
        </w:numPr>
      </w:pPr>
      <w:r>
        <w:rPr>
          <w:b/>
          <w:bCs/>
        </w:rPr>
        <w:t xml:space="preserve">I shall</w:t>
      </w:r>
      <w:r>
        <w:rPr>
          <w:b/>
          <w:bCs/>
        </w:rPr>
        <w:t xml:space="preserve"> </w:t>
      </w:r>
      <w:r>
        <w:rPr>
          <w:b/>
          <w:bCs/>
          <w:u w:val="single"/>
        </w:rPr>
        <w:t xml:space="preserve">resign</w:t>
      </w:r>
      <w:r>
        <w:rPr>
          <w:b/>
          <w:bCs/>
        </w:rPr>
        <w:t xml:space="preserve"> </w:t>
      </w:r>
      <w:r>
        <w:rPr>
          <w:b/>
          <w:bCs/>
        </w:rPr>
        <w:t xml:space="preserve">my office...</w:t>
      </w:r>
      <w:r>
        <w:br/>
      </w:r>
      <w:r>
        <w:t xml:space="preserve">    (a) rule</w:t>
      </w:r>
      <w:r>
        <w:br/>
      </w:r>
      <w:r>
        <w:t xml:space="preserve">    (b) draw</w:t>
      </w:r>
      <w:r>
        <w:br/>
      </w:r>
      <w:r>
        <w:t xml:space="preserve">    (c) quit from</w:t>
      </w:r>
    </w:p>
    <w:p>
      <w:pPr>
        <w:pStyle w:val="Compact"/>
        <w:numPr>
          <w:ilvl w:val="0"/>
          <w:numId w:val="1001"/>
        </w:numPr>
      </w:pPr>
      <w:r>
        <w:rPr>
          <w:b/>
          <w:bCs/>
        </w:rPr>
        <w:t xml:space="preserve">But he had to stand here until that picture came back, that</w:t>
      </w:r>
      <w:r>
        <w:rPr>
          <w:b/>
          <w:bCs/>
        </w:rPr>
        <w:t xml:space="preserve"> </w:t>
      </w:r>
      <w:r>
        <w:rPr>
          <w:b/>
          <w:bCs/>
          <w:u w:val="single"/>
        </w:rPr>
        <w:t xml:space="preserve">motive</w:t>
      </w:r>
      <w:r>
        <w:rPr>
          <w:b/>
          <w:bCs/>
        </w:rPr>
        <w:t xml:space="preserve">, that driving desire to escape the law.</w:t>
      </w:r>
      <w:r>
        <w:br/>
      </w:r>
      <w:r>
        <w:t xml:space="preserve">    (a) reason (for doing something)</w:t>
      </w:r>
      <w:r>
        <w:br/>
      </w:r>
      <w:r>
        <w:t xml:space="preserve">    (b) the sacred writings of Islam</w:t>
      </w:r>
      <w:r>
        <w:br/>
      </w:r>
      <w:r>
        <w:t xml:space="preserve">    (c) small quantity or indication</w:t>
      </w:r>
    </w:p>
    <w:p>
      <w:pPr>
        <w:pStyle w:val="Compact"/>
        <w:numPr>
          <w:ilvl w:val="0"/>
          <w:numId w:val="1001"/>
        </w:numPr>
      </w:pPr>
      <w:r>
        <w:rPr>
          <w:b/>
          <w:bCs/>
        </w:rPr>
        <w:t xml:space="preserve">The</w:t>
      </w:r>
      <w:r>
        <w:rPr>
          <w:b/>
          <w:bCs/>
        </w:rPr>
        <w:t xml:space="preserve"> </w:t>
      </w:r>
      <w:r>
        <w:rPr>
          <w:b/>
          <w:bCs/>
          <w:u w:val="single"/>
        </w:rPr>
        <w:t xml:space="preserve">Grand Jury</w:t>
      </w:r>
      <w:r>
        <w:rPr>
          <w:b/>
          <w:bCs/>
        </w:rPr>
        <w:t xml:space="preserve"> </w:t>
      </w:r>
      <w:r>
        <w:rPr>
          <w:b/>
          <w:bCs/>
        </w:rPr>
        <w:t xml:space="preserve">will determine whether the testimony offered here has any relation or not.</w:t>
      </w:r>
      <w:r>
        <w:br/>
      </w:r>
      <w:r>
        <w:t xml:space="preserve">    (a) people who deny equal rights to others or make them suffer  OR  people who dominate others harshly and unfairly</w:t>
      </w:r>
      <w:r>
        <w:br/>
      </w:r>
      <w:r>
        <w:t xml:space="preserve">    (b) a group of citizens who decide whether there is enough evidence to formally accuse someone of a crime</w:t>
      </w:r>
      <w:r>
        <w:br/>
      </w:r>
      <w:r>
        <w:t xml:space="preserve">    (c) members of a board that oversee the affairs of a corporation or other institution; or supervisors (people in charge)</w:t>
      </w:r>
    </w:p>
    <w:p>
      <w:pPr>
        <w:pStyle w:val="Compact"/>
        <w:numPr>
          <w:ilvl w:val="0"/>
          <w:numId w:val="1001"/>
        </w:numPr>
      </w:pPr>
      <w:r>
        <w:rPr>
          <w:b/>
          <w:bCs/>
        </w:rPr>
        <w:t xml:space="preserve">The judge rapped for order and asked, "Is the</w:t>
      </w:r>
      <w:r>
        <w:rPr>
          <w:b/>
          <w:bCs/>
        </w:rPr>
        <w:t xml:space="preserve"> </w:t>
      </w:r>
      <w:r>
        <w:rPr>
          <w:b/>
          <w:bCs/>
          <w:u w:val="single"/>
        </w:rPr>
        <w:t xml:space="preserve">defendant</w:t>
      </w:r>
      <w:r>
        <w:rPr>
          <w:b/>
          <w:bCs/>
        </w:rPr>
        <w:t xml:space="preserve"> </w:t>
      </w:r>
      <w:r>
        <w:rPr>
          <w:b/>
          <w:bCs/>
        </w:rPr>
        <w:t xml:space="preserve">ready to enter a plea to this indictment?"</w:t>
      </w:r>
      <w:r>
        <w:br/>
      </w:r>
      <w:r>
        <w:t xml:space="preserve">    (a) soft leather shoe traditionally worn by Native Americans</w:t>
      </w:r>
      <w:r>
        <w:br/>
      </w:r>
      <w:r>
        <w:t xml:space="preserve">    (b) belief or opinion formed by viewing things a certain way</w:t>
      </w:r>
      <w:r>
        <w:br/>
      </w:r>
      <w:r>
        <w:t xml:space="preserve">    (c) a person or institution legally accused or sued in court</w:t>
      </w:r>
    </w:p>
    <w:p>
      <w:pPr>
        <w:pStyle w:val="Compact"/>
        <w:numPr>
          <w:ilvl w:val="0"/>
          <w:numId w:val="1001"/>
        </w:numPr>
      </w:pPr>
      <w:r>
        <w:rPr>
          <w:b/>
          <w:bCs/>
        </w:rPr>
        <w:t xml:space="preserve">And, also, the law permits the offering of evidence toward the</w:t>
      </w:r>
      <w:r>
        <w:rPr>
          <w:b/>
          <w:bCs/>
        </w:rPr>
        <w:t xml:space="preserve"> </w:t>
      </w:r>
      <w:r>
        <w:rPr>
          <w:b/>
          <w:bCs/>
          <w:u w:val="single"/>
        </w:rPr>
        <w:t xml:space="preserve">mitigation</w:t>
      </w:r>
      <w:r>
        <w:rPr>
          <w:b/>
          <w:bCs/>
        </w:rPr>
        <w:t xml:space="preserve"> </w:t>
      </w:r>
      <w:r>
        <w:rPr>
          <w:b/>
          <w:bCs/>
        </w:rPr>
        <w:t xml:space="preserve">of punishment.</w:t>
      </w:r>
      <w:r>
        <w:br/>
      </w:r>
      <w:r>
        <w:t xml:space="preserve">    (a) reduction (of something bad)</w:t>
      </w:r>
      <w:r>
        <w:br/>
      </w:r>
      <w:r>
        <w:t xml:space="preserve">    (b) creates, starts, or sets in a place</w:t>
      </w:r>
      <w:r>
        <w:br/>
      </w:r>
      <w:r>
        <w:t xml:space="preserve">    (c) not arousing interest or excitement</w:t>
      </w:r>
    </w:p>
    <w:p>
      <w:pPr>
        <w:pStyle w:val="Compact"/>
        <w:numPr>
          <w:ilvl w:val="0"/>
          <w:numId w:val="1001"/>
        </w:numPr>
      </w:pPr>
      <w:r>
        <w:rPr>
          <w:b/>
          <w:bCs/>
        </w:rPr>
        <w:t xml:space="preserve">Who, then, fanned this</w:t>
      </w:r>
      <w:r>
        <w:rPr>
          <w:b/>
          <w:bCs/>
        </w:rPr>
        <w:t xml:space="preserve"> </w:t>
      </w:r>
      <w:r>
        <w:rPr>
          <w:b/>
          <w:bCs/>
          <w:u w:val="single"/>
        </w:rPr>
        <w:t xml:space="preserve">latent</w:t>
      </w:r>
      <w:r>
        <w:rPr>
          <w:b/>
          <w:bCs/>
        </w:rPr>
        <w:t xml:space="preserve"> </w:t>
      </w:r>
      <w:r>
        <w:rPr>
          <w:b/>
          <w:bCs/>
        </w:rPr>
        <w:t xml:space="preserve">hate into fury?</w:t>
      </w:r>
      <w:r>
        <w:br/>
      </w:r>
      <w:r>
        <w:t xml:space="preserve">    (a) relating to logical examination to improve understanding</w:t>
      </w:r>
      <w:r>
        <w:br/>
      </w:r>
      <w:r>
        <w:t xml:space="preserve">    (b) potentially existing but not presently evident or active</w:t>
      </w:r>
      <w:r>
        <w:br/>
      </w:r>
      <w:r>
        <w:t xml:space="preserve">    (c) the characteristic of tending to think back about things</w:t>
      </w:r>
    </w:p>
    <w:p>
      <w:pPr>
        <w:pStyle w:val="Compact"/>
        <w:numPr>
          <w:ilvl w:val="0"/>
          <w:numId w:val="1001"/>
        </w:numPr>
      </w:pPr>
      <w:r>
        <w:rPr>
          <w:b/>
          <w:bCs/>
        </w:rPr>
        <w:t xml:space="preserve">I</w:t>
      </w:r>
      <w:r>
        <w:rPr>
          <w:b/>
          <w:bCs/>
        </w:rPr>
        <w:t xml:space="preserve"> </w:t>
      </w:r>
      <w:r>
        <w:rPr>
          <w:b/>
          <w:bCs/>
          <w:u w:val="single"/>
        </w:rPr>
        <w:t xml:space="preserve">omitted</w:t>
      </w:r>
      <w:r>
        <w:rPr>
          <w:b/>
          <w:bCs/>
        </w:rPr>
        <w:t xml:space="preserve"> </w:t>
      </w:r>
      <w:r>
        <w:rPr>
          <w:b/>
          <w:bCs/>
        </w:rPr>
        <w:t xml:space="preserve">to mention her until now because she was largely omitted from the consciousness of Bigger Thomas.</w:t>
      </w:r>
      <w:r>
        <w:br/>
      </w:r>
      <w:r>
        <w:t xml:space="preserve">    (a) to exclude or neglect something</w:t>
      </w:r>
      <w:r>
        <w:br/>
      </w:r>
      <w:r>
        <w:t xml:space="preserve">    (b) took up or received into heaven</w:t>
      </w:r>
      <w:r>
        <w:br/>
      </w:r>
      <w:r>
        <w:t xml:space="preserve">    (c) learned, discovered, or decided</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2026-07-31T17:16:16Z</dcterms:created>
  <dcterms:modified xsi:type="dcterms:W3CDTF">2026-07-31T17:16:16Z</dcterms:modified>
</cp:coreProperties>
</file>

<file path=docProps/custom.xml><?xml version="1.0" encoding="utf-8"?>
<Properties xmlns="http://schemas.openxmlformats.org/officeDocument/2006/custom-properties" xmlns:vt="http://schemas.openxmlformats.org/officeDocument/2006/docPropsVTypes"/>
</file>