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53314ec8f7f567880e4aa0df335d92fd0665c8c"/>
    <w:p>
      <w:pPr>
        <w:pStyle w:val="Heading1"/>
      </w:pPr>
      <w:r>
        <w:rPr>
          <w:b/>
          <w:bCs/>
        </w:rPr>
        <w:t xml:space="preserve">Naked in Death</w:t>
      </w:r>
      <w:r>
        <w:br/>
      </w:r>
      <w:r>
        <w:rPr>
          <w:i/>
          <w:iCs/>
        </w:rPr>
        <w:t xml:space="preserve">J. D. Robb</w:t>
      </w:r>
      <w:r>
        <w:br/>
      </w:r>
      <w:r>
        <w:rPr>
          <w:b/>
          <w:bCs/>
        </w:rPr>
        <w:t xml:space="preserve">Vocabulary in Context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would have been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indiscreet</w:t>
      </w:r>
      <w:r>
        <w:rPr>
          <w:b/>
          <w:bCs/>
        </w:rPr>
        <w:t xml:space="preserve"> </w:t>
      </w:r>
      <w:r>
        <w:rPr>
          <w:b/>
          <w:bCs/>
        </w:rPr>
        <w:t xml:space="preserve">and unprofessional for us to become sexual partners.</w:t>
      </w:r>
      <w:r>
        <w:br/>
      </w:r>
      <w:r>
        <w:t xml:space="preserve">    (a) optimistic or agreeable</w:t>
      </w:r>
      <w:r>
        <w:br/>
      </w:r>
      <w:r>
        <w:t xml:space="preserve">    (b) not sensible or careful</w:t>
      </w:r>
      <w:r>
        <w:br/>
      </w:r>
      <w:r>
        <w:t xml:space="preserve">    (c) unable to get closer to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If Whitney's orders hadn't come through with the warrant, instructing her to be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discreet</w:t>
      </w:r>
      <w:r>
        <w:rPr>
          <w:b/>
          <w:bCs/>
        </w:rPr>
        <w:t xml:space="preserve">, Eve would have marched onto the Senate floor and cuffed him in front of his associates.</w:t>
      </w:r>
      <w:r>
        <w:br/>
      </w:r>
      <w:r>
        <w:t xml:space="preserve">    (a) related to the setting or situation in which something occurs</w:t>
      </w:r>
      <w:r>
        <w:br/>
      </w:r>
      <w:r>
        <w:t xml:space="preserve">    (b) inconspicuous or unobtrusive (so as not to attract attention)</w:t>
      </w:r>
      <w:r>
        <w:br/>
      </w:r>
      <w:r>
        <w:t xml:space="preserve">    (c) showing a lack of respect for things respected by most people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enjoys his work and wants to be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focus</w:t>
      </w:r>
      <w:r>
        <w:rPr>
          <w:b/>
          <w:bCs/>
        </w:rPr>
        <w:t xml:space="preserve"> </w:t>
      </w:r>
      <w:r>
        <w:rPr>
          <w:b/>
          <w:bCs/>
        </w:rPr>
        <w:t xml:space="preserve">of our attention.</w:t>
      </w:r>
      <w:r>
        <w:br/>
      </w:r>
      <w:r>
        <w:t xml:space="preserve">    (a) calculating or judging too high</w:t>
      </w:r>
      <w:r>
        <w:br/>
      </w:r>
      <w:r>
        <w:t xml:space="preserve">    (b) where attention is concentrated</w:t>
      </w:r>
      <w:r>
        <w:br/>
      </w:r>
      <w:r>
        <w:t xml:space="preserve">    (c) the ability to take on or adopt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If he'd used his other hand for a blow to the face, he might have stunned her, but he was too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focused</w:t>
      </w:r>
      <w:r>
        <w:rPr>
          <w:b/>
          <w:bCs/>
        </w:rPr>
        <w:t xml:space="preserve"> </w:t>
      </w:r>
      <w:r>
        <w:rPr>
          <w:b/>
          <w:bCs/>
        </w:rPr>
        <w:t xml:space="preserve">on reaching the gun.</w:t>
      </w:r>
      <w:r>
        <w:br/>
      </w:r>
      <w:r>
        <w:t xml:space="preserve">    (a) concentrating (on one thing and not paying attention to other things)</w:t>
      </w:r>
      <w:r>
        <w:br/>
      </w:r>
      <w:r>
        <w:t xml:space="preserve">    (b) began speaking with someone about something</w:t>
      </w:r>
      <w:r>
        <w:br/>
      </w:r>
      <w:r>
        <w:t xml:space="preserve">    (c) thought carefully and made a judgment about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murder of a licensed companion, the only daughter of friends, the only granddaughter of one of the country's most outspoken and conservative legislators, by a banned "</w:t>
      </w:r>
      <w:r>
        <w:rPr>
          <w:b/>
          <w:bCs/>
          <w:u w:val="single"/>
        </w:rPr>
        <w:t xml:space="preserve">Motive</w:t>
      </w:r>
      <w:r>
        <w:rPr>
          <w:b/>
          <w:bCs/>
        </w:rPr>
        <w:t xml:space="preserve">," she concluded, settling again.</w:t>
      </w:r>
      <w:r>
        <w:br/>
      </w:r>
      <w:r>
        <w:t xml:space="preserve">    (a) small quantity or indication</w:t>
      </w:r>
      <w:r>
        <w:br/>
      </w:r>
      <w:r>
        <w:t xml:space="preserve">    (b) reason (for doing something)</w:t>
      </w:r>
      <w:r>
        <w:br/>
      </w:r>
      <w:r>
        <w:t xml:space="preserve">    (c) the sacred writings of Islam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eyed the gold foil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elaborate</w:t>
      </w:r>
      <w:r>
        <w:rPr>
          <w:b/>
          <w:bCs/>
        </w:rPr>
        <w:t xml:space="preserve"> </w:t>
      </w:r>
      <w:r>
        <w:rPr>
          <w:b/>
          <w:bCs/>
        </w:rPr>
        <w:t xml:space="preserve">bow on the package she held with more suspicion than pleasure.</w:t>
      </w:r>
      <w:r>
        <w:br/>
      </w:r>
      <w:r>
        <w:t xml:space="preserve">    (a) without gender classification</w:t>
      </w:r>
      <w:r>
        <w:br/>
      </w:r>
      <w:r>
        <w:t xml:space="preserve">    (b) overly unhappy and unsociable</w:t>
      </w:r>
      <w:r>
        <w:br/>
      </w:r>
      <w:r>
        <w:t xml:space="preserve">    (c) fancy (complicated or special)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can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elaborate</w:t>
      </w:r>
      <w:r>
        <w:rPr>
          <w:b/>
          <w:bCs/>
        </w:rPr>
        <w:t xml:space="preserve"> </w:t>
      </w:r>
      <w:r>
        <w:rPr>
          <w:b/>
          <w:bCs/>
        </w:rPr>
        <w:t xml:space="preserve">and add that I prefer a different type of bedmate, and that I prefer to make my own moves.</w:t>
      </w:r>
      <w:r>
        <w:br/>
      </w:r>
      <w:r>
        <w:t xml:space="preserve">    (a) genetic change through evolution</w:t>
      </w:r>
      <w:r>
        <w:br/>
      </w:r>
      <w:r>
        <w:t xml:space="preserve">    (b) interact again or interest again</w:t>
      </w:r>
      <w:r>
        <w:br/>
      </w:r>
      <w:r>
        <w:t xml:space="preserve">    (c) add detail (to what's been said)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Nice life if you can get it, she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mused</w:t>
      </w:r>
      <w:r>
        <w:rPr>
          <w:b/>
          <w:bCs/>
        </w:rPr>
        <w:t xml:space="preserve">,</w:t>
      </w:r>
      <w:r>
        <w:br/>
      </w:r>
      <w:r>
        <w:t xml:space="preserve">    (a) was abundant or plentiful</w:t>
      </w:r>
      <w:r>
        <w:br/>
      </w:r>
      <w:r>
        <w:t xml:space="preserve">    (b) thought</w:t>
      </w:r>
      <w:r>
        <w:br/>
      </w:r>
      <w:r>
        <w:t xml:space="preserve">    (c) expelled or gotten rid of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There's a problem,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however</w:t>
      </w:r>
      <w:r>
        <w:rPr>
          <w:b/>
          <w:bCs/>
        </w:rPr>
        <w:t xml:space="preserve">.</w:t>
      </w:r>
      <w:r>
        <w:br/>
      </w:r>
      <w:r>
        <w:t xml:space="preserve">    (a) in keeping with or in agreement with what was just stated</w:t>
      </w:r>
      <w:r>
        <w:br/>
      </w:r>
      <w:r>
        <w:t xml:space="preserve">    (b) therefore (for that reason)</w:t>
      </w:r>
      <w:r>
        <w:br/>
      </w:r>
      <w:r>
        <w:t xml:space="preserve">    (c) a word used to connect contrasting ideas as when using "though", "in spite of that", "in contrast", "nevertheless", etc.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  <w:u w:val="single"/>
        </w:rPr>
        <w:t xml:space="preserve">However</w:t>
      </w:r>
      <w:r>
        <w:rPr>
          <w:b/>
          <w:bCs/>
        </w:rPr>
        <w:t xml:space="preserve"> </w:t>
      </w:r>
      <w:r>
        <w:rPr>
          <w:b/>
          <w:bCs/>
        </w:rPr>
        <w:t xml:space="preserve">glorious the scents, they failed to stir her appetite.</w:t>
      </w:r>
      <w:r>
        <w:br/>
      </w:r>
      <w:r>
        <w:t xml:space="preserve">    (a) aka analysis -- psychiatric treatment; or a theory of psychiatric treatment</w:t>
      </w:r>
      <w:r>
        <w:br/>
      </w:r>
      <w:r>
        <w:t xml:space="preserve">    (b) regardless of how</w:t>
      </w:r>
      <w:r>
        <w:br/>
      </w:r>
      <w:r>
        <w:t xml:space="preserve">    (c) people who are good at or spend much time studying, thinking, and reasoning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They'd been organized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according to</w:t>
      </w:r>
      <w:r>
        <w:rPr>
          <w:b/>
          <w:bCs/>
        </w:rPr>
        <w:t xml:space="preserve"> </w:t>
      </w:r>
      <w:r>
        <w:rPr>
          <w:b/>
          <w:bCs/>
        </w:rPr>
        <w:t xml:space="preserve">color and style.</w:t>
      </w:r>
      <w:r>
        <w:br/>
      </w:r>
      <w:r>
        <w:t xml:space="preserve">    (a) idiom meaning</w:t>
      </w:r>
      <w:r>
        <w:t xml:space="preserve"> </w:t>
      </w:r>
      <w:r>
        <w:rPr>
          <w:i/>
          <w:iCs/>
        </w:rPr>
        <w:t xml:space="preserve">"won the day"</w:t>
      </w:r>
      <w:r>
        <w:br/>
      </w:r>
      <w:r>
        <w:t xml:space="preserve">    (b) based on (in keeping with)</w:t>
      </w:r>
      <w:r>
        <w:br/>
      </w:r>
      <w:r>
        <w:t xml:space="preserve">    (c) U.S. history:  pre-Civil War period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accorded</w:t>
      </w:r>
      <w:r>
        <w:rPr>
          <w:b/>
          <w:bCs/>
        </w:rPr>
        <w:t xml:space="preserve"> </w:t>
      </w:r>
      <w:r>
        <w:rPr>
          <w:b/>
          <w:bCs/>
        </w:rPr>
        <w:t xml:space="preserve">Elizabeth Barrister and Richard DeBlass respect and dignity.</w:t>
      </w:r>
      <w:r>
        <w:br/>
      </w:r>
      <w:r>
        <w:t xml:space="preserve">    (a) given/gave special treatment</w:t>
      </w:r>
      <w:r>
        <w:br/>
      </w:r>
      <w:r>
        <w:t xml:space="preserve">    (b) not judged in a negative way</w:t>
      </w:r>
      <w:r>
        <w:br/>
      </w:r>
      <w:r>
        <w:t xml:space="preserve">    (c) found, sought, or researched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  <w:u w:val="single"/>
        </w:rPr>
        <w:t xml:space="preserve">Flaunted</w:t>
      </w:r>
      <w:r>
        <w:rPr>
          <w:b/>
          <w:bCs/>
        </w:rPr>
        <w:t xml:space="preserve"> </w:t>
      </w:r>
      <w:r>
        <w:rPr>
          <w:b/>
          <w:bCs/>
        </w:rPr>
        <w:t xml:space="preserve">it in front of her well-positioned family, including her arch-conservative grandfather.</w:t>
      </w:r>
      <w:r>
        <w:br/>
      </w:r>
      <w:r>
        <w:t xml:space="preserve">    (a) translated</w:t>
      </w:r>
      <w:r>
        <w:br/>
      </w:r>
      <w:r>
        <w:t xml:space="preserve">    (b) subtracted</w:t>
      </w:r>
      <w:r>
        <w:br/>
      </w:r>
      <w:r>
        <w:t xml:space="preserve">    (c) showed off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With all respect, Chief Simpson, I can't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divulge</w:t>
      </w:r>
      <w:r>
        <w:rPr>
          <w:b/>
          <w:bCs/>
        </w:rPr>
        <w:t xml:space="preserve"> </w:t>
      </w:r>
      <w:r>
        <w:rPr>
          <w:b/>
          <w:bCs/>
        </w:rPr>
        <w:t xml:space="preserve">to the public any details of the case that could undermine the investigation.</w:t>
      </w:r>
      <w:r>
        <w:br/>
      </w:r>
      <w:r>
        <w:t xml:space="preserve">    (a) make known (secret of private information)</w:t>
      </w:r>
      <w:r>
        <w:br/>
      </w:r>
      <w:r>
        <w:t xml:space="preserve">    (b) provide better understanding or make clear</w:t>
      </w:r>
      <w:r>
        <w:br/>
      </w:r>
      <w:r>
        <w:t xml:space="preserve">    (c) read, listen, or watch with eager interest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How will you answer the fact that you're jeopardizing the case and your position by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indulging</w:t>
      </w:r>
      <w:r>
        <w:rPr>
          <w:b/>
          <w:bCs/>
        </w:rPr>
        <w:t xml:space="preserve"> </w:t>
      </w:r>
      <w:r>
        <w:rPr>
          <w:b/>
          <w:bCs/>
        </w:rPr>
        <w:t xml:space="preserve">in a personal relationship with a suspect?</w:t>
      </w:r>
      <w:r>
        <w:br/>
      </w:r>
      <w:r>
        <w:t xml:space="preserve">    (a) in over your head</w:t>
      </w:r>
      <w:r>
        <w:br/>
      </w:r>
      <w:r>
        <w:t xml:space="preserve">    (b) ruthlessly avoiding involvement</w:t>
      </w:r>
      <w:r>
        <w:br/>
      </w:r>
      <w:r>
        <w:t xml:space="preserve">    (c) excessively giving into desire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That's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direct</w:t>
      </w:r>
      <w:r>
        <w:rPr>
          <w:b/>
          <w:bCs/>
        </w:rPr>
        <w:t xml:space="preserve"> </w:t>
      </w:r>
      <w:r>
        <w:rPr>
          <w:b/>
          <w:bCs/>
        </w:rPr>
        <w:t xml:space="preserve">order.</w:t>
      </w:r>
      <w:r>
        <w:br/>
      </w:r>
      <w:r>
        <w:t xml:space="preserve">    (a) the state or degree of being very large</w:t>
      </w:r>
      <w:r>
        <w:br/>
      </w:r>
      <w:r>
        <w:t xml:space="preserve">    (b) meticulousness (care for small details)</w:t>
      </w:r>
      <w:r>
        <w:br/>
      </w:r>
      <w:r>
        <w:t xml:space="preserve">    (c) clear, straightforward, or to the point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always attends in person, or by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direct</w:t>
      </w:r>
      <w:r>
        <w:rPr>
          <w:b/>
          <w:bCs/>
        </w:rPr>
        <w:t xml:space="preserve"> </w:t>
      </w:r>
      <w:r>
        <w:rPr>
          <w:b/>
          <w:bCs/>
        </w:rPr>
        <w:t xml:space="preserve">'link.</w:t>
      </w:r>
      <w:r>
        <w:br/>
      </w:r>
      <w:r>
        <w:t xml:space="preserve">    (a) able to be learned, discovered, or decided</w:t>
      </w:r>
      <w:r>
        <w:br/>
      </w:r>
      <w:r>
        <w:t xml:space="preserve">    (b) straight (without anything in between)</w:t>
      </w:r>
      <w:r>
        <w:br/>
      </w:r>
      <w:r>
        <w:t xml:space="preserve">    (c) the state of doing something intentionally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Regardless of the motive, it will be necessary for you to explain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discrepancy</w:t>
      </w:r>
      <w:r>
        <w:rPr>
          <w:b/>
          <w:bCs/>
        </w:rPr>
        <w:t xml:space="preserve"> </w:t>
      </w:r>
      <w:r>
        <w:rPr>
          <w:b/>
          <w:bCs/>
        </w:rPr>
        <w:t xml:space="preserve">in your books.</w:t>
      </w:r>
      <w:r>
        <w:br/>
      </w:r>
      <w:r>
        <w:t xml:space="preserve">    (a) an unexpected difference between two things</w:t>
      </w:r>
      <w:r>
        <w:br/>
      </w:r>
      <w:r>
        <w:t xml:space="preserve">    (b) something that helps clarify or demonstrate</w:t>
      </w:r>
      <w:r>
        <w:br/>
      </w:r>
      <w:r>
        <w:t xml:space="preserve">    (c) the act of taking something on as one's own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We have evidence that you paid to Sharon DeBlass one hundred thousand dollars, in twenty-five thousand dollar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increments</w:t>
      </w:r>
      <w:r>
        <w:rPr>
          <w:b/>
          <w:bCs/>
        </w:rPr>
        <w:t xml:space="preserve"> </w:t>
      </w:r>
      <w:r>
        <w:rPr>
          <w:b/>
          <w:bCs/>
        </w:rPr>
        <w:t xml:space="preserve">in one year's period.</w:t>
      </w:r>
      <w:r>
        <w:br/>
      </w:r>
      <w:r>
        <w:t xml:space="preserve">    (a) a series of increases; or the amount of the increases</w:t>
      </w:r>
      <w:r>
        <w:br/>
      </w:r>
      <w:r>
        <w:t xml:space="preserve">    (b) acts or processes of stopped something from happening</w:t>
      </w:r>
      <w:r>
        <w:br/>
      </w:r>
      <w:r>
        <w:t xml:space="preserve">    (c) psychologists who emphasize internal mental processes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waited while he completed his impassioned speech on the moral decline of the country,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insidious</w:t>
      </w:r>
      <w:r>
        <w:rPr>
          <w:b/>
          <w:bCs/>
        </w:rPr>
        <w:t xml:space="preserve"> </w:t>
      </w:r>
      <w:r>
        <w:rPr>
          <w:b/>
          <w:bCs/>
        </w:rPr>
        <w:t xml:space="preserve">corruption that stemmed from promiscuity, conception control, genetic engineering.</w:t>
      </w:r>
      <w:r>
        <w:br/>
      </w:r>
      <w:r>
        <w:t xml:space="preserve">    (a) not appearing dangerous, but actually very harmful over time</w:t>
      </w:r>
      <w:r>
        <w:br/>
      </w:r>
      <w:r>
        <w:t xml:space="preserve">    (b) the degree to which a performance of or to someone else's work lends itself to the expression of personal artistic ideas or feelings by the performer</w:t>
      </w:r>
      <w:r>
        <w:br/>
      </w:r>
      <w:r>
        <w:t xml:space="preserve">    (c) the quality or degree of being straightforward or clear (sometimes indicating that truth is not worded carefully to spare feelings or gain advantage)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2026-07-31T16:10:40Z</dcterms:created>
  <dcterms:modified xsi:type="dcterms:W3CDTF">2026-07-31T16:10:40Z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