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1a73d8e10247e5944a7209e6ca034637202580b"/>
    <w:p>
      <w:pPr>
        <w:pStyle w:val="Heading1"/>
      </w:pPr>
      <w:r>
        <w:rPr>
          <w:b/>
          <w:bCs/>
        </w:rPr>
        <w:t xml:space="preserve">My Name is Legion</w:t>
      </w:r>
      <w:r>
        <w:br/>
      </w:r>
      <w:r>
        <w:rPr>
          <w:i/>
          <w:iCs/>
        </w:rPr>
        <w:t xml:space="preserve">Roger Zelazny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passage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adapted</w:t>
      </w:r>
      <w:r>
        <w:rPr>
          <w:b/>
          <w:bCs/>
        </w:rPr>
        <w:t xml:space="preserve"> </w:t>
      </w:r>
      <w:r>
        <w:rPr>
          <w:b/>
          <w:bCs/>
        </w:rPr>
        <w:t xml:space="preserve">from Ralph Ellison,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Invisible Man</w:t>
      </w:r>
      <w:r>
        <w:rPr>
          <w:b/>
          <w:bCs/>
        </w:rPr>
        <w:t xml:space="preserve"> </w:t>
      </w:r>
      <w:r>
        <w:rPr>
          <w:b/>
          <w:bCs/>
        </w:rPr>
        <w:t xml:space="preserve">©1952.</w:t>
      </w:r>
      <w:r>
        <w:br/>
      </w:r>
      <w:r>
        <w:t xml:space="preserve">    (a) copied</w:t>
      </w:r>
      <w:r>
        <w:br/>
      </w:r>
      <w:r>
        <w:t xml:space="preserve">    (b) read</w:t>
      </w:r>
      <w:r>
        <w:br/>
      </w:r>
      <w:r>
        <w:t xml:space="preserve">    (c) changed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human spine is not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well adapted</w:t>
      </w:r>
      <w:r>
        <w:rPr>
          <w:b/>
          <w:bCs/>
        </w:rPr>
        <w:t xml:space="preserve"> </w:t>
      </w:r>
      <w:r>
        <w:rPr>
          <w:b/>
          <w:bCs/>
        </w:rPr>
        <w:t xml:space="preserve">to walking upright as we would like.</w:t>
      </w:r>
      <w:r>
        <w:br/>
      </w:r>
      <w:r>
        <w:t xml:space="preserve">    (a) insured</w:t>
      </w:r>
      <w:r>
        <w:br/>
      </w:r>
      <w:r>
        <w:t xml:space="preserve">    (b) known widely</w:t>
      </w:r>
      <w:r>
        <w:br/>
      </w:r>
      <w:r>
        <w:t xml:space="preserve">    (c) well suited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analogy</w:t>
      </w:r>
      <w:r>
        <w:rPr>
          <w:b/>
          <w:bCs/>
        </w:rPr>
        <w:t xml:space="preserve"> </w:t>
      </w:r>
      <w:r>
        <w:rPr>
          <w:b/>
          <w:bCs/>
        </w:rPr>
        <w:t xml:space="preserve">can make a complex problem seem simpler by comparing it to a similar situation.</w:t>
      </w:r>
      <w:r>
        <w:br/>
      </w:r>
      <w:r>
        <w:t xml:space="preserve">    (a) list of opposite traits</w:t>
      </w:r>
      <w:r>
        <w:br/>
      </w:r>
      <w:r>
        <w:t xml:space="preserve">    (b) summary of key arguments</w:t>
      </w:r>
      <w:r>
        <w:br/>
      </w:r>
      <w:r>
        <w:t xml:space="preserve">    (c) comparison of similar things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Congress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appropriated</w:t>
      </w:r>
      <w:r>
        <w:rPr>
          <w:b/>
          <w:bCs/>
        </w:rPr>
        <w:t xml:space="preserve"> </w:t>
      </w:r>
      <w:r>
        <w:rPr>
          <w:b/>
          <w:bCs/>
        </w:rPr>
        <w:t xml:space="preserve">additional funds for airport improvement.</w:t>
      </w:r>
      <w:r>
        <w:br/>
      </w:r>
      <w:r>
        <w:t xml:space="preserve">    (a) raised through taxes</w:t>
      </w:r>
      <w:r>
        <w:br/>
      </w:r>
      <w:r>
        <w:t xml:space="preserve">    (b) set aside</w:t>
      </w:r>
      <w:r>
        <w:br/>
      </w:r>
      <w:r>
        <w:t xml:space="preserve">    (c) discussed spending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circumference of the earth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approximately</w:t>
      </w:r>
      <w:r>
        <w:rPr>
          <w:b/>
          <w:bCs/>
        </w:rPr>
        <w:t xml:space="preserve"> </w:t>
      </w:r>
      <w:r>
        <w:rPr>
          <w:b/>
          <w:bCs/>
        </w:rPr>
        <w:t xml:space="preserve">24,900 miles at the equator.</w:t>
      </w:r>
      <w:r>
        <w:br/>
      </w:r>
      <w:r>
        <w:t xml:space="preserve">    (a) exactly</w:t>
      </w:r>
      <w:r>
        <w:br/>
      </w:r>
      <w:r>
        <w:t xml:space="preserve">    (b) about</w:t>
      </w:r>
      <w:r>
        <w:br/>
      </w:r>
      <w:r>
        <w:t xml:space="preserve">    (c) commonly mistaken as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important to distinguish between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conjecture</w:t>
      </w:r>
      <w:r>
        <w:rPr>
          <w:b/>
          <w:bCs/>
        </w:rPr>
        <w:t xml:space="preserve"> </w:t>
      </w:r>
      <w:r>
        <w:rPr>
          <w:b/>
          <w:bCs/>
        </w:rPr>
        <w:t xml:space="preserve">and fact.</w:t>
      </w:r>
      <w:r>
        <w:br/>
      </w:r>
      <w:r>
        <w:t xml:space="preserve">    (a) fantasy</w:t>
      </w:r>
      <w:r>
        <w:br/>
      </w:r>
      <w:r>
        <w:t xml:space="preserve">    (b) theory</w:t>
      </w:r>
      <w:r>
        <w:br/>
      </w:r>
      <w:r>
        <w:t xml:space="preserve">    (c) popularity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Does the sentence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contradict</w:t>
      </w:r>
      <w:r>
        <w:rPr>
          <w:b/>
          <w:bCs/>
        </w:rPr>
        <w:t xml:space="preserve"> </w:t>
      </w:r>
      <w:r>
        <w:rPr>
          <w:b/>
          <w:bCs/>
        </w:rPr>
        <w:t xml:space="preserve">what is said in the previous paragraph?</w:t>
      </w:r>
      <w:r>
        <w:br/>
      </w:r>
      <w:r>
        <w:t xml:space="preserve">    (a) reinforce</w:t>
      </w:r>
      <w:r>
        <w:br/>
      </w:r>
      <w:r>
        <w:t xml:space="preserve">    (b) expand upon</w:t>
      </w:r>
      <w:r>
        <w:br/>
      </w:r>
      <w:r>
        <w:t xml:space="preserve">    (c) disagree with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chemical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deemed</w:t>
      </w:r>
      <w:r>
        <w:rPr>
          <w:b/>
          <w:bCs/>
        </w:rPr>
        <w:t xml:space="preserve"> </w:t>
      </w:r>
      <w:r>
        <w:rPr>
          <w:b/>
          <w:bCs/>
        </w:rPr>
        <w:t xml:space="preserve">unsafe to use in children's products.</w:t>
      </w:r>
      <w:r>
        <w:br/>
      </w:r>
      <w:r>
        <w:t xml:space="preserve">    (a) judged</w:t>
      </w:r>
      <w:r>
        <w:br/>
      </w:r>
      <w:r>
        <w:t xml:space="preserve">    (b) tested</w:t>
      </w:r>
      <w:r>
        <w:br/>
      </w:r>
      <w:r>
        <w:t xml:space="preserve">    (c) manufactured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admired the team's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ethos</w:t>
      </w:r>
      <w:r>
        <w:rPr>
          <w:b/>
          <w:bCs/>
        </w:rPr>
        <w:t xml:space="preserve"> </w:t>
      </w:r>
      <w:r>
        <w:rPr>
          <w:b/>
          <w:bCs/>
        </w:rPr>
        <w:t xml:space="preserve">of collaboration over competition.</w:t>
      </w:r>
      <w:r>
        <w:br/>
      </w:r>
      <w:r>
        <w:t xml:space="preserve">    (a) marketing motto or slogan</w:t>
      </w:r>
      <w:r>
        <w:br/>
      </w:r>
      <w:r>
        <w:t xml:space="preserve">    (b) winning streak or record</w:t>
      </w:r>
      <w:r>
        <w:br/>
      </w:r>
      <w:r>
        <w:t xml:space="preserve">    (c) core value or spirit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Scientist do not know all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functions</w:t>
      </w:r>
      <w:r>
        <w:rPr>
          <w:b/>
          <w:bCs/>
        </w:rPr>
        <w:t xml:space="preserve"> </w:t>
      </w:r>
      <w:r>
        <w:rPr>
          <w:b/>
          <w:bCs/>
        </w:rPr>
        <w:t xml:space="preserve">that the nutrient performs.</w:t>
      </w:r>
      <w:r>
        <w:br/>
      </w:r>
      <w:r>
        <w:t xml:space="preserve">    (a) mathematical calculations</w:t>
      </w:r>
      <w:r>
        <w:br/>
      </w:r>
      <w:r>
        <w:t xml:space="preserve">    (b) transitions in form</w:t>
      </w:r>
      <w:r>
        <w:br/>
      </w:r>
      <w:r>
        <w:t xml:space="preserve">    (c) natural activities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brain does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function</w:t>
      </w:r>
      <w:r>
        <w:rPr>
          <w:b/>
          <w:bCs/>
        </w:rPr>
        <w:t xml:space="preserve"> </w:t>
      </w:r>
      <w:r>
        <w:rPr>
          <w:b/>
          <w:bCs/>
        </w:rPr>
        <w:t xml:space="preserve">as well when I'm under stress.</w:t>
      </w:r>
      <w:r>
        <w:br/>
      </w:r>
      <w:r>
        <w:t xml:space="preserve">    (a) have fun</w:t>
      </w:r>
      <w:r>
        <w:br/>
      </w:r>
      <w:r>
        <w:t xml:space="preserve">    (b) work</w:t>
      </w:r>
      <w:r>
        <w:br/>
      </w:r>
      <w:r>
        <w:t xml:space="preserve">    (c) feel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program has a built-in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function</w:t>
      </w:r>
      <w:r>
        <w:rPr>
          <w:b/>
          <w:bCs/>
        </w:rPr>
        <w:t xml:space="preserve"> </w:t>
      </w:r>
      <w:r>
        <w:rPr>
          <w:b/>
          <w:bCs/>
        </w:rPr>
        <w:t xml:space="preserve">that does that with a single user request.</w:t>
      </w:r>
      <w:r>
        <w:br/>
      </w:r>
      <w:r>
        <w:t xml:space="preserve">    (a) predictable value</w:t>
      </w:r>
      <w:r>
        <w:br/>
      </w:r>
      <w:r>
        <w:t xml:space="preserve">    (b) formula that describes a relationship between variables</w:t>
      </w:r>
      <w:r>
        <w:br/>
      </w:r>
      <w:r>
        <w:t xml:space="preserve">    (c) computer code that performs a specific task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meaning of the word can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inferred</w:t>
      </w:r>
      <w:r>
        <w:rPr>
          <w:b/>
          <w:bCs/>
        </w:rPr>
        <w:t xml:space="preserve"> </w:t>
      </w:r>
      <w:r>
        <w:rPr>
          <w:b/>
          <w:bCs/>
        </w:rPr>
        <w:t xml:space="preserve">based on context clues.</w:t>
      </w:r>
      <w:r>
        <w:br/>
      </w:r>
      <w:r>
        <w:t xml:space="preserve">    (a) different</w:t>
      </w:r>
      <w:r>
        <w:br/>
      </w:r>
      <w:r>
        <w:t xml:space="preserve">    (b) figured out</w:t>
      </w:r>
      <w:r>
        <w:br/>
      </w:r>
      <w:r>
        <w:t xml:space="preserve">    (c) converted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have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irrational</w:t>
      </w:r>
      <w:r>
        <w:rPr>
          <w:b/>
          <w:bCs/>
        </w:rPr>
        <w:t xml:space="preserve"> </w:t>
      </w:r>
      <w:r>
        <w:rPr>
          <w:b/>
          <w:bCs/>
        </w:rPr>
        <w:t xml:space="preserve">fear of heights.</w:t>
      </w:r>
      <w:r>
        <w:br/>
      </w:r>
      <w:r>
        <w:t xml:space="preserve">    (a) unreasonable</w:t>
      </w:r>
      <w:r>
        <w:br/>
      </w:r>
      <w:r>
        <w:t xml:space="preserve">    (b) reasonable</w:t>
      </w:r>
      <w:r>
        <w:br/>
      </w:r>
      <w:r>
        <w:t xml:space="preserve">    (c) varying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phenomenon</w:t>
      </w:r>
      <w:r>
        <w:rPr>
          <w:b/>
          <w:bCs/>
        </w:rPr>
        <w:t xml:space="preserve"> </w:t>
      </w:r>
      <w:r>
        <w:rPr>
          <w:b/>
          <w:bCs/>
        </w:rPr>
        <w:t xml:space="preserve">was first noticed by Marie Curie.</w:t>
      </w:r>
      <w:r>
        <w:br/>
      </w:r>
      <w:r>
        <w:t xml:space="preserve">    (a) thing that is hidden</w:t>
      </w:r>
      <w:r>
        <w:br/>
      </w:r>
      <w:r>
        <w:t xml:space="preserve">    (b) thing of interest</w:t>
      </w:r>
      <w:r>
        <w:br/>
      </w:r>
      <w:r>
        <w:t xml:space="preserve">    (c) thing that is growing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 you think the writer should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revise</w:t>
      </w:r>
      <w:r>
        <w:rPr>
          <w:b/>
          <w:bCs/>
        </w:rPr>
        <w:t xml:space="preserve"> </w:t>
      </w:r>
      <w:r>
        <w:rPr>
          <w:b/>
          <w:bCs/>
        </w:rPr>
        <w:t xml:space="preserve">the underlined sentence?</w:t>
      </w:r>
      <w:r>
        <w:br/>
      </w:r>
      <w:r>
        <w:t xml:space="preserve">    (a) highlight</w:t>
      </w:r>
      <w:r>
        <w:br/>
      </w:r>
      <w:r>
        <w:t xml:space="preserve">    (b) remove</w:t>
      </w:r>
      <w:r>
        <w:br/>
      </w:r>
      <w:r>
        <w:t xml:space="preserve">    (c) improve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sequence</w:t>
      </w:r>
      <w:r>
        <w:rPr>
          <w:b/>
          <w:bCs/>
        </w:rPr>
        <w:t xml:space="preserve"> </w:t>
      </w:r>
      <w:r>
        <w:rPr>
          <w:b/>
          <w:bCs/>
        </w:rPr>
        <w:t xml:space="preserve">of events in the novel kept the readers engaged and eager to find out what happens next.</w:t>
      </w:r>
      <w:r>
        <w:br/>
      </w:r>
      <w:r>
        <w:t xml:space="preserve">    (a) brief summary</w:t>
      </w:r>
      <w:r>
        <w:br/>
      </w:r>
      <w:r>
        <w:t xml:space="preserve">    (b) random collection</w:t>
      </w:r>
      <w:r>
        <w:br/>
      </w:r>
      <w:r>
        <w:t xml:space="preserve">    (c) order or series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have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tacit</w:t>
      </w:r>
      <w:r>
        <w:rPr>
          <w:b/>
          <w:bCs/>
        </w:rPr>
        <w:t xml:space="preserve"> </w:t>
      </w:r>
      <w:r>
        <w:rPr>
          <w:b/>
          <w:bCs/>
        </w:rPr>
        <w:t xml:space="preserve">agreement.</w:t>
      </w:r>
      <w:r>
        <w:br/>
      </w:r>
      <w:r>
        <w:t xml:space="preserve">    (a) reasonable</w:t>
      </w:r>
      <w:r>
        <w:br/>
      </w:r>
      <w:r>
        <w:t xml:space="preserve">    (b) clear</w:t>
      </w:r>
      <w:r>
        <w:br/>
      </w:r>
      <w:r>
        <w:t xml:space="preserve">    (c) implied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evolutionary benefit theory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vengeance</w:t>
      </w:r>
      <w:r>
        <w:rPr>
          <w:b/>
          <w:bCs/>
        </w:rPr>
        <w:t xml:space="preserve"> </w:t>
      </w:r>
      <w:r>
        <w:rPr>
          <w:b/>
          <w:bCs/>
        </w:rPr>
        <w:t xml:space="preserve">is supported by studies showing that a person's desire for revenge increases when others see their mistreatment.</w:t>
      </w:r>
      <w:r>
        <w:br/>
      </w:r>
      <w:r>
        <w:t xml:space="preserve">    (a) status</w:t>
      </w:r>
      <w:r>
        <w:br/>
      </w:r>
      <w:r>
        <w:t xml:space="preserve">    (b) fairness</w:t>
      </w:r>
      <w:r>
        <w:br/>
      </w:r>
      <w:r>
        <w:t xml:space="preserve">    (c) revenge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threw herself into work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with a vengeance</w:t>
      </w:r>
      <w:r>
        <w:rPr>
          <w:b/>
          <w:bCs/>
        </w:rPr>
        <w:t xml:space="preserve">.</w:t>
      </w:r>
      <w:r>
        <w:br/>
      </w:r>
      <w:r>
        <w:t xml:space="preserve">    (a) with intensity</w:t>
      </w:r>
      <w:r>
        <w:br/>
      </w:r>
      <w:r>
        <w:t xml:space="preserve">    (b) with careful thought</w:t>
      </w:r>
      <w:r>
        <w:br/>
      </w:r>
      <w:r>
        <w:t xml:space="preserve">    (c) with reluctance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2026-07-31T16:32:13Z</dcterms:created>
  <dcterms:modified xsi:type="dcterms:W3CDTF">2026-07-31T16:32:13Z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