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2640df75a9f8374b24f8bf2b42b71dcb3331c0"/>
    <w:p>
      <w:pPr>
        <w:pStyle w:val="Heading1"/>
      </w:pPr>
      <w:r>
        <w:rPr>
          <w:b/>
          <w:bCs/>
        </w:rPr>
        <w:t xml:space="preserve">My Name is Legion</w:t>
      </w:r>
      <w:r>
        <w:br/>
      </w:r>
      <w:r>
        <w:rPr>
          <w:i/>
          <w:iCs/>
        </w:rPr>
        <w:t xml:space="preserve">Roger Zelazny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authenticated</w:t>
      </w:r>
      <w:r>
        <w:rPr>
          <w:b/>
          <w:bCs/>
        </w:rPr>
        <w:t xml:space="preserve"> </w:t>
      </w:r>
      <w:r>
        <w:rPr>
          <w:b/>
          <w:bCs/>
        </w:rPr>
        <w:t xml:space="preserve">her signature.</w:t>
      </w:r>
      <w:r>
        <w:br/>
      </w:r>
      <w:r>
        <w:t xml:space="preserve">    (a) verified as real</w:t>
      </w:r>
      <w:r>
        <w:br/>
      </w:r>
      <w:r>
        <w:t xml:space="preserve">    (b) verified as fake</w:t>
      </w:r>
      <w:r>
        <w:br/>
      </w:r>
      <w:r>
        <w:t xml:space="preserve">    (c) forged (copied)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to make people lose their cool by starting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belligerent</w:t>
      </w:r>
      <w:r>
        <w:rPr>
          <w:b/>
          <w:bCs/>
        </w:rPr>
        <w:t xml:space="preserve"> </w:t>
      </w:r>
      <w:r>
        <w:rPr>
          <w:b/>
          <w:bCs/>
        </w:rPr>
        <w:t xml:space="preserve">political arguments.</w:t>
      </w:r>
      <w:r>
        <w:br/>
      </w:r>
      <w:r>
        <w:t xml:space="preserve">    (a) ridiculous or absurd</w:t>
      </w:r>
      <w:r>
        <w:br/>
      </w:r>
      <w:r>
        <w:t xml:space="preserve">    (b) hostile or combative</w:t>
      </w:r>
      <w:r>
        <w:br/>
      </w:r>
      <w:r>
        <w:t xml:space="preserve">    (c) clever or intelligent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spending habits are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conducive</w:t>
      </w:r>
      <w:r>
        <w:rPr>
          <w:b/>
          <w:bCs/>
        </w:rPr>
        <w:t xml:space="preserve"> </w:t>
      </w:r>
      <w:r>
        <w:rPr>
          <w:b/>
          <w:bCs/>
        </w:rPr>
        <w:t xml:space="preserve">to achieving her financial goals.</w:t>
      </w:r>
      <w:r>
        <w:br/>
      </w:r>
      <w:r>
        <w:t xml:space="preserve">    (a) harmful</w:t>
      </w:r>
      <w:r>
        <w:br/>
      </w:r>
      <w:r>
        <w:t xml:space="preserve">    (b) irrelevant</w:t>
      </w:r>
      <w:r>
        <w:br/>
      </w:r>
      <w:r>
        <w:t xml:space="preserve">    (c) helpful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Juries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to mean something it does not.</w:t>
      </w:r>
      <w:r>
        <w:br/>
      </w:r>
      <w:r>
        <w:t xml:space="preserve">    (a) record</w:t>
      </w:r>
      <w:r>
        <w:br/>
      </w:r>
      <w:r>
        <w:t xml:space="preserve">    (b) interpret</w:t>
      </w:r>
      <w:r>
        <w:br/>
      </w:r>
      <w:r>
        <w:t xml:space="preserve">    (c) destroy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asked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</w:t>
      </w:r>
      <w:r>
        <w:rPr>
          <w:b/>
          <w:bCs/>
        </w:rPr>
        <w:t xml:space="preserve"> </w:t>
      </w:r>
      <w:r>
        <w:rPr>
          <w:b/>
          <w:bCs/>
        </w:rPr>
        <w:t xml:space="preserve">cross-examination until the morning.</w:t>
      </w:r>
      <w:r>
        <w:br/>
      </w:r>
      <w:r>
        <w:t xml:space="preserve">    (a) schedule</w:t>
      </w:r>
      <w:r>
        <w:br/>
      </w:r>
      <w:r>
        <w:t xml:space="preserve">    (b) delay</w:t>
      </w:r>
      <w:r>
        <w:br/>
      </w:r>
      <w:r>
        <w:t xml:space="preserve">    (c) cancel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fond of telling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didactic</w:t>
      </w:r>
      <w:r>
        <w:rPr>
          <w:b/>
          <w:bCs/>
        </w:rPr>
        <w:t xml:space="preserve"> </w:t>
      </w:r>
      <w:r>
        <w:rPr>
          <w:b/>
          <w:bCs/>
        </w:rPr>
        <w:t xml:space="preserve">stories to her grandchildren.</w:t>
      </w:r>
      <w:r>
        <w:br/>
      </w:r>
      <w:r>
        <w:t xml:space="preserve">    (a) someone who believes in doing things the way they have generally been done in the past</w:t>
      </w:r>
      <w:r>
        <w:br/>
      </w:r>
      <w:r>
        <w:t xml:space="preserve">    (b) psychoanalysis:  that part of the unconscious mind with primitive, instinctual desires</w:t>
      </w:r>
      <w:r>
        <w:br/>
      </w:r>
      <w:r>
        <w:t xml:space="preserve">    (c) intended to instruct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elaborate</w:t>
      </w:r>
      <w:r>
        <w:br/>
      </w:r>
      <w:r>
        <w:t xml:space="preserve">    (b) wander</w:t>
      </w:r>
      <w:r>
        <w:br/>
      </w:r>
      <w:r>
        <w:t xml:space="preserve">    (c) compete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pulmonary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embolism</w:t>
      </w:r>
      <w:r>
        <w:rPr>
          <w:b/>
          <w:bCs/>
        </w:rPr>
        <w:t xml:space="preserve"> </w:t>
      </w:r>
      <w:r>
        <w:rPr>
          <w:b/>
          <w:bCs/>
        </w:rPr>
        <w:t xml:space="preserve">blocked blood flow.</w:t>
      </w:r>
      <w:r>
        <w:br/>
      </w:r>
      <w:r>
        <w:t xml:space="preserve">    (a) related to the branch of medicine concerned with the treatment of infants and children</w:t>
      </w:r>
      <w:r>
        <w:br/>
      </w:r>
      <w:r>
        <w:t xml:space="preserve">    (b) someone who believes in doing things the way they have generally been done in the past</w:t>
      </w:r>
      <w:r>
        <w:br/>
      </w:r>
      <w:r>
        <w:t xml:space="preserve">    (c) blockage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guile</w:t>
      </w:r>
      <w:r>
        <w:rPr>
          <w:b/>
          <w:bCs/>
        </w:rPr>
        <w:t xml:space="preserve"> </w:t>
      </w:r>
      <w:r>
        <w:rPr>
          <w:b/>
          <w:bCs/>
        </w:rPr>
        <w:t xml:space="preserve">to lie directly to his face.</w:t>
      </w:r>
      <w:r>
        <w:br/>
      </w:r>
      <w:r>
        <w:t xml:space="preserve">    (a) cunning and deceit</w:t>
      </w:r>
      <w:r>
        <w:br/>
      </w:r>
      <w:r>
        <w:t xml:space="preserve">    (b) necessity</w:t>
      </w:r>
      <w:r>
        <w:br/>
      </w:r>
      <w:r>
        <w:t xml:space="preserve">    (c) ambition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incident led to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departure from political office.</w:t>
      </w:r>
      <w:r>
        <w:br/>
      </w:r>
      <w:r>
        <w:t xml:space="preserve">    (a) quick</w:t>
      </w:r>
      <w:r>
        <w:br/>
      </w:r>
      <w:r>
        <w:t xml:space="preserve">    (b) eventual</w:t>
      </w:r>
      <w:r>
        <w:br/>
      </w:r>
      <w:r>
        <w:t xml:space="preserve">    (c) disgraceful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National Guard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integral</w:t>
      </w:r>
      <w:r>
        <w:rPr>
          <w:b/>
          <w:bCs/>
        </w:rPr>
        <w:t xml:space="preserve"> </w:t>
      </w:r>
      <w:r>
        <w:rPr>
          <w:b/>
          <w:bCs/>
        </w:rPr>
        <w:t xml:space="preserve">part of U.S. armed services.</w:t>
      </w:r>
      <w:r>
        <w:br/>
      </w:r>
      <w:r>
        <w:t xml:space="preserve">    (a) essential</w:t>
      </w:r>
      <w:r>
        <w:br/>
      </w:r>
      <w:r>
        <w:t xml:space="preserve">    (b) additional</w:t>
      </w:r>
      <w:r>
        <w:br/>
      </w:r>
      <w:r>
        <w:t xml:space="preserve">    (c) unimportant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Curiosity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intrinsic</w:t>
      </w:r>
      <w:r>
        <w:rPr>
          <w:b/>
          <w:bCs/>
        </w:rPr>
        <w:t xml:space="preserve"> </w:t>
      </w:r>
      <w:r>
        <w:rPr>
          <w:b/>
          <w:bCs/>
        </w:rPr>
        <w:t xml:space="preserve">part of learning.</w:t>
      </w:r>
      <w:r>
        <w:br/>
      </w:r>
      <w:r>
        <w:t xml:space="preserve">    (a) easily removed</w:t>
      </w:r>
      <w:r>
        <w:br/>
      </w:r>
      <w:r>
        <w:t xml:space="preserve">    (b) recently added</w:t>
      </w:r>
      <w:r>
        <w:br/>
      </w:r>
      <w:r>
        <w:t xml:space="preserve">    (c) built-in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HPV infection reactivated when her immune system weakened with age.</w:t>
      </w:r>
      <w:r>
        <w:br/>
      </w:r>
      <w:r>
        <w:t xml:space="preserve">    (a) severe</w:t>
      </w:r>
      <w:r>
        <w:br/>
      </w:r>
      <w:r>
        <w:t xml:space="preserve">    (b) inactive</w:t>
      </w:r>
      <w:r>
        <w:br/>
      </w:r>
      <w:r>
        <w:t xml:space="preserve">    (c)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runners followed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linear</w:t>
      </w:r>
      <w:r>
        <w:rPr>
          <w:b/>
          <w:bCs/>
        </w:rPr>
        <w:t xml:space="preserve"> </w:t>
      </w:r>
      <w:r>
        <w:rPr>
          <w:b/>
          <w:bCs/>
        </w:rPr>
        <w:t xml:space="preserve">course along the river, with no sharp turns or detours.</w:t>
      </w:r>
      <w:r>
        <w:br/>
      </w:r>
      <w:r>
        <w:t xml:space="preserve">    (a) muddy</w:t>
      </w:r>
      <w:r>
        <w:br/>
      </w:r>
      <w:r>
        <w:t xml:space="preserve">    (b) scenic</w:t>
      </w:r>
      <w:r>
        <w:br/>
      </w:r>
      <w:r>
        <w:t xml:space="preserve">    (c) straight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Solving this problem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predicated</w:t>
      </w:r>
      <w:r>
        <w:rPr>
          <w:b/>
          <w:bCs/>
        </w:rPr>
        <w:t xml:space="preserve"> </w:t>
      </w:r>
      <w:r>
        <w:rPr>
          <w:b/>
          <w:bCs/>
        </w:rPr>
        <w:t xml:space="preserve">on understanding it well.</w:t>
      </w:r>
      <w:r>
        <w:br/>
      </w:r>
      <w:r>
        <w:t xml:space="preserve">    (a) began fighting</w:t>
      </w:r>
      <w:r>
        <w:br/>
      </w:r>
      <w:r>
        <w:t xml:space="preserve">    (b) not translated</w:t>
      </w:r>
      <w:r>
        <w:br/>
      </w:r>
      <w:r>
        <w:t xml:space="preserve">    (c) dependent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deeply offensive</w:t>
      </w:r>
      <w:r>
        <w:br/>
      </w:r>
      <w:r>
        <w:t xml:space="preserve">    (b) highly amusing</w:t>
      </w:r>
      <w:r>
        <w:br/>
      </w:r>
      <w:r>
        <w:t xml:space="preserve">    (c) warmly welcomed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continue to work together, but there is still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</w:t>
      </w:r>
      <w:r>
        <w:rPr>
          <w:b/>
          <w:bCs/>
        </w:rPr>
        <w:t xml:space="preserve"> </w:t>
      </w:r>
      <w:r>
        <w:rPr>
          <w:b/>
          <w:bCs/>
        </w:rPr>
        <w:t xml:space="preserve">to our disagreement.</w:t>
      </w:r>
      <w:r>
        <w:br/>
      </w:r>
      <w:r>
        <w:t xml:space="preserve">    (a) solution or outcome</w:t>
      </w:r>
      <w:r>
        <w:br/>
      </w:r>
      <w:r>
        <w:t xml:space="preserve">    (b) understanding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car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stationary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engine running.</w:t>
      </w:r>
      <w:r>
        <w:br/>
      </w:r>
      <w:r>
        <w:t xml:space="preserve">    (a) warm</w:t>
      </w:r>
      <w:r>
        <w:br/>
      </w:r>
      <w:r>
        <w:t xml:space="preserve">    (b) cool</w:t>
      </w:r>
      <w:r>
        <w:br/>
      </w:r>
      <w:r>
        <w:t xml:space="preserve">    (c) not moving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Cycling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ubiquitous</w:t>
      </w:r>
      <w:r>
        <w:rPr>
          <w:b/>
          <w:bCs/>
        </w:rPr>
        <w:t xml:space="preserve"> </w:t>
      </w:r>
      <w:r>
        <w:rPr>
          <w:b/>
          <w:bCs/>
        </w:rPr>
        <w:t xml:space="preserve">in the Netherlands.</w:t>
      </w:r>
      <w:r>
        <w:br/>
      </w:r>
      <w:r>
        <w:t xml:space="preserve">    (a) weather-dependent</w:t>
      </w:r>
      <w:r>
        <w:br/>
      </w:r>
      <w:r>
        <w:t xml:space="preserve">    (b) everywhere</w:t>
      </w:r>
      <w:r>
        <w:br/>
      </w:r>
      <w:r>
        <w:t xml:space="preserve">    (c) encouraged by law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popular</w:t>
      </w:r>
      <w:r>
        <w:br/>
      </w:r>
      <w:r>
        <w:t xml:space="preserve">    (b) long respected</w:t>
      </w:r>
      <w:r>
        <w:br/>
      </w:r>
      <w:r>
        <w:t xml:space="preserve">    (c) large and successful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2026-07-31T16:32:13Z</dcterms:created>
  <dcterms:modified xsi:type="dcterms:W3CDTF">2026-07-31T16:32:13Z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