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ec078cbf48203709b4f4cd09908826eefa64d3"/>
    <w:p>
      <w:pPr>
        <w:pStyle w:val="Heading1"/>
      </w:pPr>
      <w:r>
        <w:rPr>
          <w:b/>
          <w:bCs/>
        </w:rPr>
        <w:t xml:space="preserve">My Name is Legion</w:t>
      </w:r>
      <w:r>
        <w:br/>
      </w:r>
      <w:r>
        <w:rPr>
          <w:i/>
          <w:iCs/>
        </w:rPr>
        <w:t xml:space="preserve">Roger Zelazny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Next, and</w:t>
      </w:r>
      <w:r>
        <w:rPr>
          <w:b/>
          <w:bCs/>
        </w:rPr>
        <w:t xml:space="preserve"> </w:t>
      </w:r>
      <w:r>
        <w:rPr>
          <w:b/>
          <w:bCs/>
          <w:u w:val="single"/>
        </w:rPr>
        <w:t xml:space="preserve">predicated</w:t>
      </w:r>
      <w:r>
        <w:rPr>
          <w:b/>
          <w:bCs/>
        </w:rPr>
        <w:t xml:space="preserve"> </w:t>
      </w:r>
      <w:r>
        <w:rPr>
          <w:b/>
          <w:bCs/>
        </w:rPr>
        <w:t xml:space="preserve">upon my first assumption, I know that your credentials are genuine.</w:t>
      </w:r>
      <w:r>
        <w:br/>
      </w:r>
      <w:r>
        <w:t xml:space="preserve">    (a) not translated</w:t>
      </w:r>
      <w:r>
        <w:br/>
      </w:r>
      <w:r>
        <w:t xml:space="preserve">    (b) began fighting</w:t>
      </w:r>
      <w:r>
        <w:br/>
      </w:r>
      <w:r>
        <w:t xml:space="preserve">    (c) dependent upon</w:t>
      </w:r>
    </w:p>
    <w:p>
      <w:pPr>
        <w:pStyle w:val="Compact"/>
        <w:numPr>
          <w:ilvl w:val="0"/>
          <w:numId w:val="1001"/>
        </w:numPr>
      </w:pPr>
      <w:r>
        <w:rPr>
          <w:b/>
          <w:bCs/>
        </w:rPr>
        <w:t xml:space="preserve">It is simply a matter of talking now or talking later. Since you prefer to</w:t>
      </w:r>
      <w:r>
        <w:rPr>
          <w:b/>
          <w:bCs/>
        </w:rPr>
        <w:t xml:space="preserve"> </w:t>
      </w:r>
      <w:r>
        <w:rPr>
          <w:b/>
          <w:bCs/>
          <w:u w:val="single"/>
        </w:rPr>
        <w:t xml:space="preserve">defer</w:t>
      </w:r>
      <w:r>
        <w:rPr>
          <w:b/>
          <w:bCs/>
        </w:rPr>
        <w:t xml:space="preserve"> </w:t>
      </w:r>
      <w:r>
        <w:rPr>
          <w:b/>
          <w:bCs/>
        </w:rPr>
        <w:t xml:space="preserve">it, ...</w:t>
      </w:r>
      <w:r>
        <w:br/>
      </w:r>
      <w:r>
        <w:t xml:space="preserve">    (a) trade</w:t>
      </w:r>
      <w:r>
        <w:br/>
      </w:r>
      <w:r>
        <w:t xml:space="preserve">    (b) adapt</w:t>
      </w:r>
      <w:r>
        <w:br/>
      </w:r>
      <w:r>
        <w:t xml:space="preserve">    (c) delay</w:t>
      </w:r>
    </w:p>
    <w:p>
      <w:pPr>
        <w:pStyle w:val="Compact"/>
        <w:numPr>
          <w:ilvl w:val="0"/>
          <w:numId w:val="1001"/>
        </w:numPr>
      </w:pPr>
      <w:r>
        <w:rPr>
          <w:b/>
          <w:bCs/>
        </w:rPr>
        <w:t xml:space="preserve">It was as if I were experiencing something no man had ever known before, something cosmic, magnificent,</w:t>
      </w:r>
      <w:r>
        <w:rPr>
          <w:b/>
          <w:bCs/>
        </w:rPr>
        <w:t xml:space="preserve"> </w:t>
      </w:r>
      <w:r>
        <w:rPr>
          <w:b/>
          <w:bCs/>
          <w:u w:val="single"/>
        </w:rPr>
        <w:t xml:space="preserve">ubiquitous</w:t>
      </w:r>
      <w:r>
        <w:rPr>
          <w:b/>
          <w:bCs/>
        </w:rPr>
        <w:t xml:space="preserve"> </w:t>
      </w:r>
      <w:r>
        <w:rPr>
          <w:b/>
          <w:bCs/>
        </w:rPr>
        <w:t xml:space="preserve">yet commonly ignored.</w:t>
      </w:r>
      <w:r>
        <w:br/>
      </w:r>
      <w:r>
        <w:t xml:space="preserve">    (a) without a tendency to be full of thought</w:t>
      </w:r>
      <w:r>
        <w:br/>
      </w:r>
      <w:r>
        <w:t xml:space="preserve">    (b) being present everywhere or all the time</w:t>
      </w:r>
      <w:r>
        <w:br/>
      </w:r>
      <w:r>
        <w:t xml:space="preserve">    (c) lacking a tendency to be full of thought</w:t>
      </w:r>
    </w:p>
    <w:p>
      <w:pPr>
        <w:pStyle w:val="Compact"/>
        <w:numPr>
          <w:ilvl w:val="0"/>
          <w:numId w:val="1001"/>
        </w:numPr>
      </w:pPr>
      <w:r>
        <w:rPr>
          <w:b/>
          <w:bCs/>
        </w:rPr>
        <w:t xml:space="preserve">They maintain there has never been an</w:t>
      </w:r>
      <w:r>
        <w:rPr>
          <w:b/>
          <w:bCs/>
        </w:rPr>
        <w:t xml:space="preserve"> </w:t>
      </w:r>
      <w:r>
        <w:rPr>
          <w:b/>
          <w:bCs/>
          <w:u w:val="single"/>
        </w:rPr>
        <w:t xml:space="preserve">authenticated</w:t>
      </w:r>
      <w:r>
        <w:rPr>
          <w:b/>
          <w:bCs/>
        </w:rPr>
        <w:t xml:space="preserve"> </w:t>
      </w:r>
      <w:r>
        <w:rPr>
          <w:b/>
          <w:bCs/>
        </w:rPr>
        <w:t xml:space="preserve">case of an unprovoked attack by a dolphin on a human being.</w:t>
      </w:r>
      <w:r>
        <w:br/>
      </w:r>
      <w:r>
        <w:t xml:space="preserve">    (a) established that something is real or legitimate</w:t>
      </w:r>
      <w:r>
        <w:br/>
      </w:r>
      <w:r>
        <w:t xml:space="preserve">    (b) controlled in advance (how something turned out)</w:t>
      </w:r>
      <w:r>
        <w:br/>
      </w:r>
      <w:r>
        <w:t xml:space="preserve">    (c) with an unadjusted lens so the image isn't clear</w:t>
      </w:r>
    </w:p>
    <w:p>
      <w:pPr>
        <w:pStyle w:val="Compact"/>
        <w:numPr>
          <w:ilvl w:val="0"/>
          <w:numId w:val="1001"/>
        </w:numPr>
      </w:pPr>
      <w:r>
        <w:rPr>
          <w:b/>
          <w:bCs/>
        </w:rPr>
        <w:t xml:space="preserve">Music was placed in this category, and Aristotle speculated in his Politics as to the profit to be derived from it, finally conceding that music might</w:t>
      </w:r>
      <w:r>
        <w:rPr>
          <w:b/>
          <w:bCs/>
        </w:rPr>
        <w:t xml:space="preserve"> </w:t>
      </w:r>
      <w:r>
        <w:rPr>
          <w:b/>
          <w:bCs/>
          <w:u w:val="single"/>
        </w:rPr>
        <w:t xml:space="preserve">conduce</w:t>
      </w:r>
      <w:r>
        <w:rPr>
          <w:b/>
          <w:bCs/>
        </w:rPr>
        <w:t xml:space="preserve"> </w:t>
      </w:r>
      <w:r>
        <w:rPr>
          <w:b/>
          <w:bCs/>
        </w:rPr>
        <w:t xml:space="preserve">to virtue by making the body fit, promoting a certain ethos, and enabling us to enjoy things in me proper way, whatever that means.</w:t>
      </w:r>
      <w:r>
        <w:br/>
      </w:r>
      <w:r>
        <w:t xml:space="preserve">    (a) contribute (to a result)</w:t>
      </w:r>
      <w:r>
        <w:br/>
      </w:r>
      <w:r>
        <w:t xml:space="preserve">    (b) include consideration of</w:t>
      </w:r>
      <w:r>
        <w:br/>
      </w:r>
      <w:r>
        <w:t xml:space="preserve">    (c) struggle or disagreement</w:t>
      </w:r>
    </w:p>
    <w:p>
      <w:pPr>
        <w:pStyle w:val="Compact"/>
        <w:numPr>
          <w:ilvl w:val="0"/>
          <w:numId w:val="1001"/>
        </w:numPr>
      </w:pPr>
      <w:r>
        <w:rPr>
          <w:b/>
          <w:bCs/>
        </w:rPr>
        <w:t xml:space="preserve">But since people generally have a reason for going to that much trouble, there had to be a decent</w:t>
      </w:r>
      <w:r>
        <w:rPr>
          <w:b/>
          <w:bCs/>
        </w:rPr>
        <w:t xml:space="preserve"> </w:t>
      </w:r>
      <w:r>
        <w:rPr>
          <w:b/>
          <w:bCs/>
          <w:u w:val="single"/>
        </w:rPr>
        <w:t xml:space="preserve">intrinsic</w:t>
      </w:r>
      <w:r>
        <w:rPr>
          <w:b/>
          <w:bCs/>
        </w:rPr>
        <w:t xml:space="preserve"> </w:t>
      </w:r>
      <w:r>
        <w:rPr>
          <w:b/>
          <w:bCs/>
        </w:rPr>
        <w:t xml:space="preserve">value involved.</w:t>
      </w:r>
      <w:r>
        <w:br/>
      </w:r>
      <w:r>
        <w:t xml:space="preserve">    (a) the state or degree of being very large</w:t>
      </w:r>
      <w:r>
        <w:br/>
      </w:r>
      <w:r>
        <w:t xml:space="preserve">    (b) meticulousness (care for small details)</w:t>
      </w:r>
      <w:r>
        <w:br/>
      </w:r>
      <w:r>
        <w:t xml:space="preserve">    (c) belonging to a thing by its very nature</w:t>
      </w:r>
    </w:p>
    <w:p>
      <w:pPr>
        <w:pStyle w:val="Compact"/>
        <w:numPr>
          <w:ilvl w:val="0"/>
          <w:numId w:val="1001"/>
        </w:numPr>
      </w:pPr>
      <w:r>
        <w:rPr>
          <w:b/>
          <w:bCs/>
        </w:rPr>
        <w:t xml:space="preserve">Do a complete physical on a man and you still can't tell what he'd be like if he got drunk, say, loud, sad,</w:t>
      </w:r>
      <w:r>
        <w:rPr>
          <w:b/>
          <w:bCs/>
        </w:rPr>
        <w:t xml:space="preserve"> </w:t>
      </w:r>
      <w:r>
        <w:rPr>
          <w:b/>
          <w:bCs/>
          <w:u w:val="single"/>
        </w:rPr>
        <w:t xml:space="preserve">belligerent</w:t>
      </w:r>
      <w:r>
        <w:rPr>
          <w:b/>
          <w:bCs/>
        </w:rPr>
        <w:t xml:space="preserve">, sleepy.</w:t>
      </w:r>
      <w:r>
        <w:br/>
      </w:r>
      <w:r>
        <w:t xml:space="preserve">    (a) hostile (the attitude of one eager to fight); or one already engaged in a fight or war</w:t>
      </w:r>
      <w:r>
        <w:br/>
      </w:r>
      <w:r>
        <w:t xml:space="preserve">    (b) related to intelligence -- such as requiring, appealing to, or possessing intelligence</w:t>
      </w:r>
      <w:r>
        <w:br/>
      </w:r>
      <w:r>
        <w:t xml:space="preserve">    (c) (adjective) designed to stop something  OR  (noun) something that stops something else</w:t>
      </w:r>
    </w:p>
    <w:p>
      <w:pPr>
        <w:pStyle w:val="Compact"/>
        <w:numPr>
          <w:ilvl w:val="0"/>
          <w:numId w:val="1001"/>
        </w:numPr>
      </w:pPr>
      <w:r>
        <w:rPr>
          <w:b/>
          <w:bCs/>
        </w:rPr>
        <w:t xml:space="preserve">With the day's symptoms behind him, he'll warrant a 'natural causes' with a 'possible air</w:t>
      </w:r>
      <w:r>
        <w:rPr>
          <w:b/>
          <w:bCs/>
        </w:rPr>
        <w:t xml:space="preserve"> </w:t>
      </w:r>
      <w:r>
        <w:rPr>
          <w:b/>
          <w:bCs/>
          <w:u w:val="single"/>
        </w:rPr>
        <w:t xml:space="preserve">embolism</w:t>
      </w:r>
      <w:r>
        <w:rPr>
          <w:b/>
          <w:bCs/>
        </w:rPr>
        <w:t xml:space="preserve">,' 'congestive lung failure,' or some damn thing behind it.</w:t>
      </w:r>
      <w:r>
        <w:br/>
      </w:r>
      <w:r>
        <w:t xml:space="preserve">    (a) related to the branch of medicine concerned with the treatment of infants and children</w:t>
      </w:r>
      <w:r>
        <w:br/>
      </w:r>
      <w:r>
        <w:t xml:space="preserve">    (b) someone who believes in doing things the way they have generally been done in the past</w:t>
      </w:r>
      <w:r>
        <w:br/>
      </w:r>
      <w:r>
        <w:t xml:space="preserve">    (c) a blockage in a blood vessel caused by something like a blood clot, air bubble, or fat</w:t>
      </w:r>
    </w:p>
    <w:p>
      <w:pPr>
        <w:pStyle w:val="Compact"/>
        <w:numPr>
          <w:ilvl w:val="0"/>
          <w:numId w:val="1001"/>
        </w:numPr>
      </w:pPr>
      <w:r>
        <w:rPr>
          <w:b/>
          <w:bCs/>
        </w:rPr>
        <w:t xml:space="preserve">I patted the scars, the stains on the</w:t>
      </w:r>
      <w:r>
        <w:rPr>
          <w:b/>
          <w:bCs/>
        </w:rPr>
        <w:t xml:space="preserve"> </w:t>
      </w:r>
      <w:r>
        <w:rPr>
          <w:b/>
          <w:bCs/>
          <w:u w:val="single"/>
        </w:rPr>
        <w:t xml:space="preserve">venerable</w:t>
      </w:r>
      <w:r>
        <w:rPr>
          <w:b/>
          <w:bCs/>
        </w:rPr>
        <w:t xml:space="preserve"> </w:t>
      </w:r>
      <w:r>
        <w:rPr>
          <w:b/>
          <w:bCs/>
        </w:rPr>
        <w:t xml:space="preserve">surface before me.</w:t>
      </w:r>
      <w:r>
        <w:br/>
      </w:r>
      <w:r>
        <w:t xml:space="preserve">    (a) respected (worthy of respect) -- typically because of age or position</w:t>
      </w:r>
      <w:r>
        <w:br/>
      </w:r>
      <w:r>
        <w:t xml:space="preserve">    (b) [of food] able to be prepared in a manner that keeps it from spoiling</w:t>
      </w:r>
      <w:r>
        <w:br/>
      </w:r>
      <w:r>
        <w:t xml:space="preserve">    (c) relating to understanding or explaining something in a particular way</w:t>
      </w:r>
    </w:p>
    <w:p>
      <w:pPr>
        <w:pStyle w:val="Compact"/>
        <w:numPr>
          <w:ilvl w:val="0"/>
          <w:numId w:val="1001"/>
        </w:numPr>
      </w:pPr>
      <w:r>
        <w:rPr>
          <w:b/>
          <w:bCs/>
        </w:rPr>
        <w:t xml:space="preserve">It was a piece of Congressional-letterhead</w:t>
      </w:r>
      <w:r>
        <w:rPr>
          <w:b/>
          <w:bCs/>
        </w:rPr>
        <w:t xml:space="preserve"> </w:t>
      </w:r>
      <w:r>
        <w:rPr>
          <w:b/>
          <w:bCs/>
          <w:u w:val="single"/>
        </w:rPr>
        <w:t xml:space="preserve">stationary</w:t>
      </w:r>
      <w:r>
        <w:rPr>
          <w:b/>
          <w:bCs/>
        </w:rPr>
        <w:t xml:space="preserve">, with the message scrawled in longhand.</w:t>
      </w:r>
      <w:r>
        <w:br/>
      </w:r>
      <w:r>
        <w:t xml:space="preserve">    (a) standing still; or not capable of being moved</w:t>
      </w:r>
      <w:r>
        <w:br/>
      </w:r>
      <w:r>
        <w:t xml:space="preserve">    (b) an official charge (of having broken the law)</w:t>
      </w:r>
      <w:r>
        <w:br/>
      </w:r>
      <w:r>
        <w:t xml:space="preserve">    (c) male, female, or any of many trans categories</w:t>
      </w:r>
    </w:p>
    <w:p>
      <w:pPr>
        <w:pStyle w:val="Compact"/>
        <w:numPr>
          <w:ilvl w:val="0"/>
          <w:numId w:val="1001"/>
        </w:numPr>
      </w:pPr>
      <w:r>
        <w:rPr>
          <w:b/>
          <w:bCs/>
        </w:rPr>
        <w:t xml:space="preserve">Secondary characteristics of the operators' minds, outside the</w:t>
      </w:r>
      <w:r>
        <w:rPr>
          <w:b/>
          <w:bCs/>
        </w:rPr>
        <w:t xml:space="preserve"> </w:t>
      </w:r>
      <w:r>
        <w:rPr>
          <w:b/>
          <w:bCs/>
          <w:u w:val="single"/>
        </w:rPr>
        <w:t xml:space="preserve">didactic</w:t>
      </w:r>
      <w:r>
        <w:rPr>
          <w:b/>
          <w:bCs/>
        </w:rPr>
        <w:t xml:space="preserve"> </w:t>
      </w:r>
      <w:r>
        <w:rPr>
          <w:b/>
          <w:bCs/>
        </w:rPr>
        <w:t xml:space="preserve">situations, were imposed.</w:t>
      </w:r>
      <w:r>
        <w:br/>
      </w:r>
      <w:r>
        <w:t xml:space="preserve">    (a) psychoanalysis:  that part of the unconscious mind with primitive, instinctual desires</w:t>
      </w:r>
      <w:r>
        <w:br/>
      </w:r>
      <w:r>
        <w:t xml:space="preserve">    (b) describing something intended to instruct; or someone excessively inclined to instruct</w:t>
      </w:r>
      <w:r>
        <w:br/>
      </w:r>
      <w:r>
        <w:t xml:space="preserve">    (c) someone who believes in doing things the way they have generally been done in the past</w:t>
      </w:r>
    </w:p>
    <w:p>
      <w:pPr>
        <w:pStyle w:val="Compact"/>
        <w:numPr>
          <w:ilvl w:val="0"/>
          <w:numId w:val="1001"/>
        </w:numPr>
      </w:pPr>
      <w:r>
        <w:rPr>
          <w:b/>
          <w:bCs/>
        </w:rPr>
        <w:t xml:space="preserve">They remained</w:t>
      </w:r>
      <w:r>
        <w:rPr>
          <w:b/>
          <w:bCs/>
        </w:rPr>
        <w:t xml:space="preserve"> </w:t>
      </w:r>
      <w:r>
        <w:rPr>
          <w:b/>
          <w:bCs/>
          <w:u w:val="single"/>
        </w:rPr>
        <w:t xml:space="preserve">latent</w:t>
      </w:r>
      <w:r>
        <w:rPr>
          <w:b/>
          <w:bCs/>
        </w:rPr>
        <w:t xml:space="preserve"> </w:t>
      </w:r>
      <w:r>
        <w:rPr>
          <w:b/>
          <w:bCs/>
        </w:rPr>
        <w:t xml:space="preserve">until the mind had developed sufficiently to understand them.</w:t>
      </w:r>
      <w:r>
        <w:br/>
      </w:r>
      <w:r>
        <w:t xml:space="preserve">    (a) the characteristic of tending to think back about things</w:t>
      </w:r>
      <w:r>
        <w:br/>
      </w:r>
      <w:r>
        <w:t xml:space="preserve">    (b) relating to logical examination to improve understanding</w:t>
      </w:r>
      <w:r>
        <w:br/>
      </w:r>
      <w:r>
        <w:t xml:space="preserve">    (c) potentially existing but not presently evident or active</w:t>
      </w:r>
    </w:p>
    <w:p>
      <w:pPr>
        <w:pStyle w:val="Compact"/>
        <w:numPr>
          <w:ilvl w:val="0"/>
          <w:numId w:val="1001"/>
        </w:numPr>
      </w:pPr>
      <w:r>
        <w:rPr>
          <w:b/>
          <w:bCs/>
        </w:rPr>
        <w:t xml:space="preserve">And we see two things: schizophrenia would have destroyed it, and a successful</w:t>
      </w:r>
      <w:r>
        <w:rPr>
          <w:b/>
          <w:bCs/>
        </w:rPr>
        <w:t xml:space="preserve"> </w:t>
      </w:r>
      <w:r>
        <w:rPr>
          <w:b/>
          <w:bCs/>
          <w:u w:val="single"/>
        </w:rPr>
        <w:t xml:space="preserve">resolution</w:t>
      </w:r>
      <w:r>
        <w:rPr>
          <w:b/>
          <w:bCs/>
        </w:rPr>
        <w:t xml:space="preserve"> </w:t>
      </w:r>
      <w:r>
        <w:rPr>
          <w:b/>
          <w:bCs/>
        </w:rPr>
        <w:t xml:space="preserve">of its problem would preclude vengeance.</w:t>
      </w:r>
      <w:r>
        <w:br/>
      </w:r>
      <w:r>
        <w:t xml:space="preserve">    (a) act of hiring again</w:t>
      </w:r>
      <w:r>
        <w:br/>
      </w:r>
      <w:r>
        <w:t xml:space="preserve">    (b) solution</w:t>
      </w:r>
      <w:r>
        <w:br/>
      </w:r>
      <w:r>
        <w:t xml:space="preserve">    (c) wrong understanding</w:t>
      </w:r>
    </w:p>
    <w:p>
      <w:pPr>
        <w:pStyle w:val="Compact"/>
        <w:numPr>
          <w:ilvl w:val="0"/>
          <w:numId w:val="1001"/>
        </w:numPr>
      </w:pPr>
      <w:r>
        <w:rPr>
          <w:b/>
          <w:bCs/>
        </w:rPr>
        <w:t xml:space="preserve">They have to be: they are an</w:t>
      </w:r>
      <w:r>
        <w:rPr>
          <w:b/>
          <w:bCs/>
        </w:rPr>
        <w:t xml:space="preserve"> </w:t>
      </w:r>
      <w:r>
        <w:rPr>
          <w:b/>
          <w:bCs/>
          <w:u w:val="single"/>
        </w:rPr>
        <w:t xml:space="preserve">integral</w:t>
      </w:r>
      <w:r>
        <w:rPr>
          <w:b/>
          <w:bCs/>
        </w:rPr>
        <w:t xml:space="preserve"> </w:t>
      </w:r>
      <w:r>
        <w:rPr>
          <w:b/>
          <w:bCs/>
        </w:rPr>
        <w:t xml:space="preserve">part of it.</w:t>
      </w:r>
      <w:r>
        <w:br/>
      </w:r>
      <w:r>
        <w:t xml:space="preserve">    (a) extra</w:t>
      </w:r>
      <w:r>
        <w:br/>
      </w:r>
      <w:r>
        <w:t xml:space="preserve">    (b) an essential part or characteristic</w:t>
      </w:r>
      <w:r>
        <w:br/>
      </w:r>
      <w:r>
        <w:t xml:space="preserve">    (c) unimportant</w:t>
      </w:r>
    </w:p>
    <w:p>
      <w:pPr>
        <w:pStyle w:val="Compact"/>
        <w:numPr>
          <w:ilvl w:val="0"/>
          <w:numId w:val="1001"/>
        </w:numPr>
      </w:pPr>
      <w:r>
        <w:rPr>
          <w:b/>
          <w:bCs/>
        </w:rPr>
        <w:t xml:space="preserve">There are those who see social/economic/ecological problems as malfunctions which can be corrected by simple repair, replacement, or streamlining, a kind of</w:t>
      </w:r>
      <w:r>
        <w:rPr>
          <w:b/>
          <w:bCs/>
        </w:rPr>
        <w:t xml:space="preserve"> </w:t>
      </w:r>
      <w:r>
        <w:rPr>
          <w:b/>
          <w:bCs/>
          <w:u w:val="single"/>
        </w:rPr>
        <w:t xml:space="preserve">linear</w:t>
      </w:r>
      <w:r>
        <w:rPr>
          <w:b/>
          <w:bCs/>
        </w:rPr>
        <w:t xml:space="preserve"> </w:t>
      </w:r>
      <w:r>
        <w:rPr>
          <w:b/>
          <w:bCs/>
        </w:rPr>
        <w:t xml:space="preserve">outlook where even innovations are considered to be merely additive.</w:t>
      </w:r>
      <w:r>
        <w:br/>
      </w:r>
      <w:r>
        <w:t xml:space="preserve">    (a) using passive (sometimes subtle) resistance in interpersonal or occupational situations while avoiding direct confrontation</w:t>
      </w:r>
      <w:r>
        <w:br/>
      </w:r>
      <w:r>
        <w:t xml:space="preserve">    (b) clear, easily noticed, and/or identifiable as different or separate -- sometimes to indicate a difference that is excellent</w:t>
      </w:r>
      <w:r>
        <w:br/>
      </w:r>
      <w:r>
        <w:t xml:space="preserve">    (c) arranged in a straight line or progressing in a straight, orderly sequence -- often used for shapes, movement, time, or ideas</w:t>
      </w:r>
    </w:p>
    <w:p>
      <w:pPr>
        <w:pStyle w:val="Compact"/>
        <w:numPr>
          <w:ilvl w:val="0"/>
          <w:numId w:val="1001"/>
        </w:numPr>
      </w:pPr>
      <w:r>
        <w:rPr>
          <w:b/>
          <w:bCs/>
        </w:rPr>
        <w:t xml:space="preserve">Then there are those who sometimes hesitate to move at all, because their awareness follows events in the directions of secondary and tertiary effects as they multiply and cross-fertilize throughout the entire system ...I</w:t>
      </w:r>
      <w:r>
        <w:rPr>
          <w:b/>
          <w:bCs/>
        </w:rPr>
        <w:t xml:space="preserve"> </w:t>
      </w:r>
      <w:r>
        <w:rPr>
          <w:b/>
          <w:bCs/>
          <w:u w:val="single"/>
        </w:rPr>
        <w:t xml:space="preserve">digress</w:t>
      </w:r>
      <w:r>
        <w:rPr>
          <w:b/>
          <w:bCs/>
        </w:rPr>
        <w:t xml:space="preserve"> </w:t>
      </w:r>
      <w:r>
        <w:rPr>
          <w:b/>
          <w:bCs/>
        </w:rPr>
        <w:t xml:space="preserve">to extremes.</w:t>
      </w:r>
      <w:r>
        <w:br/>
      </w:r>
      <w:r>
        <w:t xml:space="preserve">    (a) pessimistic or disagreeable</w:t>
      </w:r>
      <w:r>
        <w:br/>
      </w:r>
      <w:r>
        <w:t xml:space="preserve">    (b) wander from a direct course</w:t>
      </w:r>
      <w:r>
        <w:br/>
      </w:r>
      <w:r>
        <w:t xml:space="preserve">    (c) develop or change gradually</w:t>
      </w:r>
    </w:p>
    <w:p>
      <w:pPr>
        <w:pStyle w:val="Compact"/>
        <w:numPr>
          <w:ilvl w:val="0"/>
          <w:numId w:val="1001"/>
        </w:numPr>
      </w:pPr>
      <w:r>
        <w:rPr>
          <w:b/>
          <w:bCs/>
        </w:rPr>
        <w:t xml:space="preserve">Then I would not be a refugee from a form of existence I find</w:t>
      </w:r>
      <w:r>
        <w:rPr>
          <w:b/>
          <w:bCs/>
        </w:rPr>
        <w:t xml:space="preserve"> </w:t>
      </w:r>
      <w:r>
        <w:rPr>
          <w:b/>
          <w:bCs/>
          <w:u w:val="single"/>
        </w:rPr>
        <w:t xml:space="preserve">repugnant</w:t>
      </w:r>
      <w:r>
        <w:rPr>
          <w:b/>
          <w:bCs/>
        </w:rPr>
        <w:t xml:space="preserve">, and I would not be concerned whether or not a former associate had discovered my identity.</w:t>
      </w:r>
      <w:r>
        <w:br/>
      </w:r>
      <w:r>
        <w:t xml:space="preserve">    (a) related to</w:t>
      </w:r>
      <w:r>
        <w:br/>
      </w:r>
      <w:r>
        <w:t xml:space="preserve">    (b) disgusting</w:t>
      </w:r>
      <w:r>
        <w:br/>
      </w:r>
      <w:r>
        <w:t xml:space="preserve">    (c) very large</w:t>
      </w:r>
    </w:p>
    <w:p>
      <w:pPr>
        <w:pStyle w:val="Compact"/>
        <w:numPr>
          <w:ilvl w:val="0"/>
          <w:numId w:val="1001"/>
        </w:numPr>
      </w:pPr>
      <w:r>
        <w:rPr>
          <w:b/>
          <w:bCs/>
        </w:rPr>
        <w:t xml:space="preserve">She had seemed the most</w:t>
      </w:r>
      <w:r>
        <w:rPr>
          <w:b/>
          <w:bCs/>
        </w:rPr>
        <w:t xml:space="preserve"> </w:t>
      </w:r>
      <w:r>
        <w:rPr>
          <w:b/>
          <w:bCs/>
          <w:u w:val="single"/>
        </w:rPr>
        <w:t xml:space="preserve">guileless</w:t>
      </w:r>
      <w:r>
        <w:rPr>
          <w:b/>
          <w:bCs/>
        </w:rPr>
        <w:t xml:space="preserve"> </w:t>
      </w:r>
      <w:r>
        <w:rPr>
          <w:b/>
          <w:bCs/>
        </w:rPr>
        <w:t xml:space="preserve">of the three I had interviewed for my fake consumer survey.</w:t>
      </w:r>
      <w:r>
        <w:br/>
      </w:r>
      <w:r>
        <w:t xml:space="preserve">    (a) the characteristic of being excessively unhappy and unsociable</w:t>
      </w:r>
      <w:r>
        <w:br/>
      </w:r>
      <w:r>
        <w:t xml:space="preserve">    (b) having been granted the right to keep a job as long as desired</w:t>
      </w:r>
      <w:r>
        <w:br/>
      </w:r>
      <w:r>
        <w:t xml:space="preserve">    (c) innocent -- without cunning (shrewdness, cleverness) or deceit</w:t>
      </w:r>
    </w:p>
    <w:p>
      <w:pPr>
        <w:pStyle w:val="Compact"/>
        <w:numPr>
          <w:ilvl w:val="0"/>
          <w:numId w:val="1001"/>
        </w:numPr>
      </w:pPr>
      <w:r>
        <w:rPr>
          <w:b/>
          <w:bCs/>
        </w:rPr>
        <w:t xml:space="preserve">You feel it was sufficiently</w:t>
      </w:r>
      <w:r>
        <w:rPr>
          <w:b/>
          <w:bCs/>
        </w:rPr>
        <w:t xml:space="preserve"> </w:t>
      </w:r>
      <w:r>
        <w:rPr>
          <w:b/>
          <w:bCs/>
          <w:u w:val="single"/>
        </w:rPr>
        <w:t xml:space="preserve">ignominious</w:t>
      </w:r>
      <w:r>
        <w:rPr>
          <w:b/>
          <w:bCs/>
        </w:rPr>
        <w:t xml:space="preserve"> </w:t>
      </w:r>
      <w:r>
        <w:rPr>
          <w:b/>
          <w:bCs/>
        </w:rPr>
        <w:t xml:space="preserve">that when that device came to appreciate the full weight of the event, it suffered a breakdown which may well have led to a final determination to punish you for using it as you did.</w:t>
      </w:r>
      <w:r>
        <w:br/>
      </w:r>
      <w:r>
        <w:t xml:space="preserve">    (a) the quality of relating to intelligence</w:t>
      </w:r>
      <w:r>
        <w:br/>
      </w:r>
      <w:r>
        <w:t xml:space="preserve">    (b) the state or degree of being very large</w:t>
      </w:r>
      <w:r>
        <w:br/>
      </w:r>
      <w:r>
        <w:t xml:space="preserve">    (c) deserving or bringing disgrace or shame</w:t>
      </w:r>
    </w:p>
    <w:p>
      <w:pPr>
        <w:pStyle w:val="Compact"/>
        <w:numPr>
          <w:ilvl w:val="0"/>
          <w:numId w:val="1001"/>
        </w:numPr>
      </w:pPr>
      <w:r>
        <w:rPr>
          <w:b/>
          <w:bCs/>
        </w:rPr>
        <w:t xml:space="preserve">=I know only that she had spoken with David at some earlier time, that she had</w:t>
      </w:r>
      <w:r>
        <w:rPr>
          <w:b/>
          <w:bCs/>
        </w:rPr>
        <w:t xml:space="preserve"> </w:t>
      </w:r>
      <w:r>
        <w:rPr>
          <w:b/>
          <w:bCs/>
          <w:u w:val="single"/>
        </w:rPr>
        <w:t xml:space="preserve">construed</w:t>
      </w:r>
      <w:r>
        <w:rPr>
          <w:b/>
          <w:bCs/>
        </w:rPr>
        <w:t xml:space="preserve"> </w:t>
      </w:r>
      <w:r>
        <w:rPr>
          <w:b/>
          <w:bCs/>
        </w:rPr>
        <w:t xml:space="preserve">his words of coming retribution and his mention of the control helmet he was constructing as indicating that his intentions were to become the agent of that retribution, with myself as the proximate cause.</w:t>
      </w:r>
      <w:r>
        <w:br/>
      </w:r>
      <w:r>
        <w:t xml:space="preserve">    (a) not controlled, prevented, or made less intense</w:t>
      </w:r>
      <w:r>
        <w:br/>
      </w:r>
      <w:r>
        <w:t xml:space="preserve">    (b) a non-doctor who assisted a women in childbirth</w:t>
      </w:r>
      <w:r>
        <w:br/>
      </w:r>
      <w:r>
        <w:t xml:space="preserve">    (c) understood something to have a specific meaning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2026-07-31T16:32:14Z</dcterms:created>
  <dcterms:modified xsi:type="dcterms:W3CDTF">2026-07-31T16:32:14Z</dcterms:modified>
</cp:coreProperties>
</file>

<file path=docProps/custom.xml><?xml version="1.0" encoding="utf-8"?>
<Properties xmlns="http://schemas.openxmlformats.org/officeDocument/2006/custom-properties" xmlns:vt="http://schemas.openxmlformats.org/officeDocument/2006/docPropsVTypes"/>
</file>