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56ca2c3dc4255fd36fb0423c3b8a3969c35564a"/>
    <w:p>
      <w:pPr>
        <w:pStyle w:val="Heading1"/>
      </w:pPr>
      <w:r>
        <w:rPr>
          <w:b/>
          <w:bCs/>
        </w:rPr>
        <w:t xml:space="preserve">My Antonia</w:t>
      </w:r>
      <w:r>
        <w:br/>
      </w:r>
      <w:r>
        <w:rPr>
          <w:i/>
          <w:iCs/>
        </w:rPr>
        <w:t xml:space="preserve">Willa Cather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book,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Harry Potter</w:t>
      </w:r>
      <w:r>
        <w:rPr>
          <w:b/>
          <w:bCs/>
        </w:rPr>
        <w:t xml:space="preserve">, Voldemort is Harry's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antagonist</w:t>
      </w:r>
      <w:r>
        <w:rPr>
          <w:b/>
          <w:bCs/>
        </w:rPr>
        <w:t xml:space="preserve">.</w:t>
      </w:r>
      <w:r>
        <w:br/>
      </w:r>
      <w:r>
        <w:t xml:space="preserve">    (a) friend</w:t>
      </w:r>
      <w:r>
        <w:br/>
      </w:r>
      <w:r>
        <w:t xml:space="preserve">    (b) partner</w:t>
      </w:r>
      <w:r>
        <w:br/>
      </w:r>
      <w:r>
        <w:t xml:space="preserve">    (c) enemy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avid</w:t>
      </w:r>
      <w:r>
        <w:rPr>
          <w:b/>
          <w:bCs/>
        </w:rPr>
        <w:t xml:space="preserve"> </w:t>
      </w:r>
      <w:r>
        <w:rPr>
          <w:b/>
          <w:bCs/>
        </w:rPr>
        <w:t xml:space="preserve">reader.</w:t>
      </w:r>
      <w:r>
        <w:br/>
      </w:r>
      <w:r>
        <w:t xml:space="preserve">    (a) enthusiastic</w:t>
      </w:r>
      <w:r>
        <w:br/>
      </w:r>
      <w:r>
        <w:t xml:space="preserve">    (b) tending to arouse strong disagreement</w:t>
      </w:r>
      <w:r>
        <w:br/>
      </w:r>
      <w:r>
        <w:t xml:space="preserve">    (c) done accidentally or without intention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always enjoy her remarks, though they can be a bit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caustic</w:t>
      </w:r>
      <w:r>
        <w:rPr>
          <w:b/>
          <w:bCs/>
        </w:rPr>
        <w:t xml:space="preserve">.</w:t>
      </w:r>
      <w:r>
        <w:br/>
      </w:r>
      <w:r>
        <w:t xml:space="preserve">    (a) sarcastic or harsh</w:t>
      </w:r>
      <w:r>
        <w:br/>
      </w:r>
      <w:r>
        <w:t xml:space="preserve">    (b) hard to understand</w:t>
      </w:r>
      <w:r>
        <w:br/>
      </w:r>
      <w:r>
        <w:t xml:space="preserve">    (c) depressing or sad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Congressional power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constrained</w:t>
      </w:r>
      <w:r>
        <w:rPr>
          <w:b/>
          <w:bCs/>
        </w:rPr>
        <w:t xml:space="preserve"> </w:t>
      </w:r>
      <w:r>
        <w:rPr>
          <w:b/>
          <w:bCs/>
        </w:rPr>
        <w:t xml:space="preserve">by the court.</w:t>
      </w:r>
      <w:r>
        <w:br/>
      </w:r>
      <w:r>
        <w:t xml:space="preserve">    (a) enforced</w:t>
      </w:r>
      <w:r>
        <w:br/>
      </w:r>
      <w:r>
        <w:t xml:space="preserve">    (b) threatened</w:t>
      </w:r>
      <w:r>
        <w:br/>
      </w:r>
      <w:r>
        <w:t xml:space="preserve">    (c) restricted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almost always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defers</w:t>
      </w:r>
      <w:r>
        <w:rPr>
          <w:b/>
          <w:bCs/>
        </w:rPr>
        <w:t xml:space="preserve"> </w:t>
      </w:r>
      <w:r>
        <w:rPr>
          <w:b/>
          <w:bCs/>
        </w:rPr>
        <w:t xml:space="preserve">to her wishes about which movie to see.</w:t>
      </w:r>
      <w:r>
        <w:br/>
      </w:r>
      <w:r>
        <w:t xml:space="preserve">    (a) presents argument</w:t>
      </w:r>
      <w:r>
        <w:br/>
      </w:r>
      <w:r>
        <w:t xml:space="preserve">    (b) submits</w:t>
      </w:r>
      <w:r>
        <w:br/>
      </w:r>
      <w:r>
        <w:t xml:space="preserve">    (c) add more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comedian had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droll</w:t>
      </w:r>
      <w:r>
        <w:rPr>
          <w:b/>
          <w:bCs/>
        </w:rPr>
        <w:t xml:space="preserve"> </w:t>
      </w:r>
      <w:r>
        <w:rPr>
          <w:b/>
          <w:bCs/>
        </w:rPr>
        <w:t xml:space="preserve">way of describing everyday life.</w:t>
      </w:r>
      <w:r>
        <w:br/>
      </w:r>
      <w:r>
        <w:t xml:space="preserve">    (a) dull and serious</w:t>
      </w:r>
      <w:r>
        <w:br/>
      </w:r>
      <w:r>
        <w:t xml:space="preserve">    (b) harsh and bitter</w:t>
      </w:r>
      <w:r>
        <w:br/>
      </w:r>
      <w:r>
        <w:t xml:space="preserve">    (c) quirky and funny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fastidious</w:t>
      </w:r>
      <w:r>
        <w:rPr>
          <w:b/>
          <w:bCs/>
        </w:rPr>
        <w:t xml:space="preserve"> </w:t>
      </w:r>
      <w:r>
        <w:rPr>
          <w:b/>
          <w:bCs/>
        </w:rPr>
        <w:t xml:space="preserve">about keeping her desk perfectly organized.</w:t>
      </w:r>
      <w:r>
        <w:br/>
      </w:r>
      <w:r>
        <w:t xml:space="preserve">    (a) loud and outgoing</w:t>
      </w:r>
      <w:r>
        <w:br/>
      </w:r>
      <w:r>
        <w:t xml:space="preserve">    (b) extremely attentive to detail</w:t>
      </w:r>
      <w:r>
        <w:br/>
      </w:r>
      <w:r>
        <w:t xml:space="preserve">    (c) careless and disorganized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couldn't hear what they were saying or see their faces, but by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gesticulations</w:t>
      </w:r>
      <w:r>
        <w:rPr>
          <w:b/>
          <w:bCs/>
        </w:rPr>
        <w:t xml:space="preserve">, I'm sure they were angry at each other.</w:t>
      </w:r>
      <w:r>
        <w:br/>
      </w:r>
      <w:r>
        <w:t xml:space="preserve">    (a) facial expressions</w:t>
      </w:r>
      <w:r>
        <w:br/>
      </w:r>
      <w:r>
        <w:t xml:space="preserve">    (b) gestures</w:t>
      </w:r>
      <w:r>
        <w:br/>
      </w:r>
      <w:r>
        <w:t xml:space="preserve">    (c) tones of voice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Though 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loath</w:t>
      </w:r>
      <w:r>
        <w:rPr>
          <w:b/>
          <w:bCs/>
        </w:rPr>
        <w:t xml:space="preserve"> </w:t>
      </w:r>
      <w:r>
        <w:rPr>
          <w:b/>
          <w:bCs/>
        </w:rPr>
        <w:t xml:space="preserve">to admit it, there are serious divides splitting the party.</w:t>
      </w:r>
      <w:r>
        <w:br/>
      </w:r>
      <w:r>
        <w:t xml:space="preserve">    (a) are reluctant</w:t>
      </w:r>
      <w:r>
        <w:br/>
      </w:r>
      <w:r>
        <w:t xml:space="preserve">    (b) are eager</w:t>
      </w:r>
      <w:r>
        <w:br/>
      </w:r>
      <w:r>
        <w:t xml:space="preserve">    (c) are excited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apologized, but he would not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mollified</w:t>
      </w:r>
      <w:r>
        <w:rPr>
          <w:b/>
          <w:bCs/>
        </w:rPr>
        <w:t xml:space="preserve">, and he continued to insist on speaking with her manager.</w:t>
      </w:r>
      <w:r>
        <w:br/>
      </w:r>
      <w:r>
        <w:t xml:space="preserve">    (a) calmed</w:t>
      </w:r>
      <w:r>
        <w:br/>
      </w:r>
      <w:r>
        <w:t xml:space="preserve">    (b) ignored</w:t>
      </w:r>
      <w:r>
        <w:br/>
      </w:r>
      <w:r>
        <w:t xml:space="preserve">    (c) angered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petulant</w:t>
      </w:r>
      <w:r>
        <w:rPr>
          <w:b/>
          <w:bCs/>
        </w:rPr>
        <w:t xml:space="preserve"> </w:t>
      </w:r>
      <w:r>
        <w:rPr>
          <w:b/>
          <w:bCs/>
        </w:rPr>
        <w:t xml:space="preserve">child threw his toys whenever he didn't get his way.</w:t>
      </w:r>
      <w:r>
        <w:br/>
      </w:r>
      <w:r>
        <w:t xml:space="preserve">    (a) cheerful</w:t>
      </w:r>
      <w:r>
        <w:br/>
      </w:r>
      <w:r>
        <w:t xml:space="preserve">    (b) cranky</w:t>
      </w:r>
      <w:r>
        <w:br/>
      </w:r>
      <w:r>
        <w:t xml:space="preserve">    (c) hungry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hours of sitting in the airport with no updates, the stranded travelers described the experience as pure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purgatory</w:t>
      </w:r>
      <w:r>
        <w:rPr>
          <w:b/>
          <w:bCs/>
        </w:rPr>
        <w:t xml:space="preserve">.</w:t>
      </w:r>
      <w:r>
        <w:br/>
      </w:r>
      <w:r>
        <w:t xml:space="preserve">    (a) a state of ignorance</w:t>
      </w:r>
      <w:r>
        <w:br/>
      </w:r>
      <w:r>
        <w:t xml:space="preserve">    (b) a state of suffering</w:t>
      </w:r>
      <w:r>
        <w:br/>
      </w:r>
      <w:r>
        <w:t xml:space="preserve">    (c) a state of excitement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remiss</w:t>
      </w:r>
      <w:r>
        <w:rPr>
          <w:b/>
          <w:bCs/>
        </w:rPr>
        <w:t xml:space="preserve"> </w:t>
      </w:r>
      <w:r>
        <w:rPr>
          <w:b/>
          <w:bCs/>
        </w:rPr>
        <w:t xml:space="preserve">of you not to pay your bills.</w:t>
      </w:r>
      <w:r>
        <w:br/>
      </w:r>
      <w:r>
        <w:t xml:space="preserve">    (a) the state or degree of agreeing or approving</w:t>
      </w:r>
      <w:r>
        <w:br/>
      </w:r>
      <w:r>
        <w:t xml:space="preserve">    (b) exceedingly important, serious, or dangerous</w:t>
      </w:r>
      <w:r>
        <w:br/>
      </w:r>
      <w:r>
        <w:t xml:space="preserve">    (c) careless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want to spoil her, but I don't have the heart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reprove</w:t>
      </w:r>
      <w:r>
        <w:rPr>
          <w:b/>
          <w:bCs/>
        </w:rPr>
        <w:t xml:space="preserve"> </w:t>
      </w:r>
      <w:r>
        <w:rPr>
          <w:b/>
          <w:bCs/>
        </w:rPr>
        <w:t xml:space="preserve">her.</w:t>
      </w:r>
      <w:r>
        <w:br/>
      </w:r>
      <w:r>
        <w:t xml:space="preserve">    (a) compliment</w:t>
      </w:r>
      <w:r>
        <w:br/>
      </w:r>
      <w:r>
        <w:t xml:space="preserve">    (b) criticize</w:t>
      </w:r>
      <w:r>
        <w:br/>
      </w:r>
      <w:r>
        <w:t xml:space="preserve">    (c) instruct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among friends, Lena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reticent</w:t>
      </w:r>
      <w:r>
        <w:rPr>
          <w:b/>
          <w:bCs/>
        </w:rPr>
        <w:t xml:space="preserve"> </w:t>
      </w:r>
      <w:r>
        <w:rPr>
          <w:b/>
          <w:bCs/>
        </w:rPr>
        <w:t xml:space="preserve">about her plans.</w:t>
      </w:r>
      <w:r>
        <w:br/>
      </w:r>
      <w:r>
        <w:t xml:space="preserve">    (a) ready to celebrate</w:t>
      </w:r>
      <w:r>
        <w:br/>
      </w:r>
      <w:r>
        <w:t xml:space="preserve">    (b) eager to argue</w:t>
      </w:r>
      <w:r>
        <w:br/>
      </w:r>
      <w:r>
        <w:t xml:space="preserve">    (c) not willing to talk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Lenders trust her 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scrupulous</w:t>
      </w:r>
      <w:r>
        <w:rPr>
          <w:b/>
          <w:bCs/>
        </w:rPr>
        <w:t xml:space="preserve"> </w:t>
      </w:r>
      <w:r>
        <w:rPr>
          <w:b/>
          <w:bCs/>
        </w:rPr>
        <w:t xml:space="preserve">property inspector.</w:t>
      </w:r>
      <w:r>
        <w:br/>
      </w:r>
      <w:r>
        <w:t xml:space="preserve">    (a) honest and careful</w:t>
      </w:r>
      <w:r>
        <w:br/>
      </w:r>
      <w:r>
        <w:t xml:space="preserve">    (b) fast and cheap</w:t>
      </w:r>
      <w:r>
        <w:br/>
      </w:r>
      <w:r>
        <w:t xml:space="preserve">    (c) loud and rude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did not want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squander</w:t>
      </w:r>
      <w:r>
        <w:rPr>
          <w:b/>
          <w:bCs/>
        </w:rPr>
        <w:t xml:space="preserve"> </w:t>
      </w:r>
      <w:r>
        <w:rPr>
          <w:b/>
          <w:bCs/>
        </w:rPr>
        <w:t xml:space="preserve">the chance to study with a great coach.</w:t>
      </w:r>
      <w:r>
        <w:br/>
      </w:r>
      <w:r>
        <w:t xml:space="preserve">    (a) waste</w:t>
      </w:r>
      <w:r>
        <w:br/>
      </w:r>
      <w:r>
        <w:t xml:space="preserve">    (b) improve</w:t>
      </w:r>
      <w:r>
        <w:br/>
      </w:r>
      <w:r>
        <w:t xml:space="preserve">    (c) share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Susan B. Anthony fought for women's political rights, especially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suffrage</w:t>
      </w:r>
      <w:r>
        <w:rPr>
          <w:b/>
          <w:bCs/>
        </w:rPr>
        <w:t xml:space="preserve">.</w:t>
      </w:r>
      <w:r>
        <w:br/>
      </w:r>
      <w:r>
        <w:t xml:space="preserve">    (a) the right to own property</w:t>
      </w:r>
      <w:r>
        <w:br/>
      </w:r>
      <w:r>
        <w:t xml:space="preserve">    (b) freedom of expression</w:t>
      </w:r>
      <w:r>
        <w:br/>
      </w:r>
      <w:r>
        <w:t xml:space="preserve">    (c) the right to vote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Many were surprised that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venerable</w:t>
      </w:r>
      <w:r>
        <w:rPr>
          <w:b/>
          <w:bCs/>
        </w:rPr>
        <w:t xml:space="preserve"> </w:t>
      </w:r>
      <w:r>
        <w:rPr>
          <w:b/>
          <w:bCs/>
        </w:rPr>
        <w:t xml:space="preserve">institution like Bear Stearns could so rapidly go out of business.</w:t>
      </w:r>
      <w:r>
        <w:br/>
      </w:r>
      <w:r>
        <w:t xml:space="preserve">    (a) long respected</w:t>
      </w:r>
      <w:r>
        <w:br/>
      </w:r>
      <w:r>
        <w:t xml:space="preserve">    (b) large and successful</w:t>
      </w:r>
      <w:r>
        <w:br/>
      </w:r>
      <w:r>
        <w:t xml:space="preserve">    (c) popular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She's not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vindictive</w:t>
      </w:r>
      <w:r>
        <w:rPr>
          <w:b/>
          <w:bCs/>
        </w:rPr>
        <w:t xml:space="preserve"> </w:t>
      </w:r>
      <w:r>
        <w:rPr>
          <w:b/>
          <w:bCs/>
        </w:rPr>
        <w:t xml:space="preserve">person.</w:t>
      </w:r>
      <w:r>
        <w:br/>
      </w:r>
      <w:r>
        <w:t xml:space="preserve">    (a) driven</w:t>
      </w:r>
      <w:r>
        <w:br/>
      </w:r>
      <w:r>
        <w:t xml:space="preserve">    (b) revengeful</w:t>
      </w:r>
      <w:r>
        <w:br/>
      </w:r>
      <w:r>
        <w:t xml:space="preserve">    (c) easy-going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2026-07-31T15:44:54Z</dcterms:created>
  <dcterms:modified xsi:type="dcterms:W3CDTF">2026-07-31T15:44:54Z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