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e5f4be35400f7656e57f5332efa432c8b8c4e9b"/>
    <w:p>
      <w:pPr>
        <w:pStyle w:val="Heading1"/>
      </w:pPr>
      <w:r>
        <w:rPr>
          <w:b/>
          <w:bCs/>
        </w:rPr>
        <w:t xml:space="preserve">My Antonia</w:t>
      </w:r>
      <w:r>
        <w:br/>
      </w:r>
      <w:r>
        <w:rPr>
          <w:i/>
          <w:iCs/>
        </w:rPr>
        <w:t xml:space="preserve">Willa Cather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for Jim, no disappointments have been severe enough to chill his naturally romantic and ardent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disposition</w:t>
      </w:r>
      <w:r>
        <w:rPr>
          <w:b/>
          <w:bCs/>
        </w:rPr>
        <w:t xml:space="preserve">.</w:t>
      </w:r>
      <w:r>
        <w:br/>
      </w:r>
      <w:r>
        <w:t xml:space="preserve">    (a) dreamlike state of altered consciousness</w:t>
      </w:r>
      <w:r>
        <w:br/>
      </w:r>
      <w:r>
        <w:t xml:space="preserve">    (b) someone who is intolerant and prejudiced</w:t>
      </w:r>
      <w:r>
        <w:br/>
      </w:r>
      <w:r>
        <w:t xml:space="preserve">    (c) inclination or desire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the couple grew older, they quarrelled more and more often about the ultimate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disposition</w:t>
      </w:r>
      <w:r>
        <w:rPr>
          <w:b/>
          <w:bCs/>
        </w:rPr>
        <w:t xml:space="preserve"> </w:t>
      </w:r>
      <w:r>
        <w:rPr>
          <w:b/>
          <w:bCs/>
        </w:rPr>
        <w:t xml:space="preserve">of their 'property.'</w:t>
      </w:r>
      <w:r>
        <w:br/>
      </w:r>
      <w:r>
        <w:t xml:space="preserve">    (a) relating to an ancient city state on the north African coast</w:t>
      </w:r>
      <w:r>
        <w:br/>
      </w:r>
      <w:r>
        <w:t xml:space="preserve">    (b) tile designed to affect noise -- typically to decrease noise</w:t>
      </w:r>
      <w:r>
        <w:br/>
      </w:r>
      <w:r>
        <w:t xml:space="preserve">    (c) transferring of ownership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fresh color and sandy hair and quick-changing blue eyes are those of a young man, and his sympathetic,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solicitous</w:t>
      </w:r>
      <w:r>
        <w:rPr>
          <w:b/>
          <w:bCs/>
        </w:rPr>
        <w:t xml:space="preserve"> </w:t>
      </w:r>
      <w:r>
        <w:rPr>
          <w:b/>
          <w:bCs/>
        </w:rPr>
        <w:t xml:space="preserve">interest in women is as youthful as it is Western and American.</w:t>
      </w:r>
      <w:r>
        <w:br/>
      </w:r>
      <w:r>
        <w:t xml:space="preserve">    (a) in a manner that takes on or adopts</w:t>
      </w:r>
      <w:r>
        <w:br/>
      </w:r>
      <w:r>
        <w:t xml:space="preserve">    (b) showing care or concern for someone</w:t>
      </w:r>
      <w:r>
        <w:br/>
      </w:r>
      <w:r>
        <w:t xml:space="preserve">    (c) full of strong desire for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"I can't see," he said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impetuously</w:t>
      </w:r>
      <w:r>
        <w:rPr>
          <w:b/>
          <w:bCs/>
        </w:rPr>
        <w:t xml:space="preserve">, "why you have never written anything about Antonia."</w:t>
      </w:r>
      <w:r>
        <w:br/>
      </w:r>
      <w:r>
        <w:t xml:space="preserve">    (a) in a manner that shows care or concern for someone</w:t>
      </w:r>
      <w:r>
        <w:br/>
      </w:r>
      <w:r>
        <w:t xml:space="preserve">    (b) in the manner of a logical, systematic examination</w:t>
      </w:r>
      <w:r>
        <w:br/>
      </w:r>
      <w:r>
        <w:t xml:space="preserve">    (c) impulsively (without much thought)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While Krajiek was translating for Mr. Shimerda, Antonia came up to me and held out her hand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coaxingly</w:t>
      </w:r>
      <w:r>
        <w:rPr>
          <w:b/>
          <w:bCs/>
        </w:rPr>
        <w:t xml:space="preserve">.</w:t>
      </w:r>
      <w:r>
        <w:br/>
      </w:r>
      <w:r>
        <w:t xml:space="preserve">    (a) in the manner of someone who consumes more than they should -- especially eating and drinking too much</w:t>
      </w:r>
      <w:r>
        <w:br/>
      </w:r>
      <w:r>
        <w:t xml:space="preserve">    (b) in a manner that tries to obtain a result through gentle and careful effort -- often gently persuading</w:t>
      </w:r>
      <w:r>
        <w:br/>
      </w:r>
      <w:r>
        <w:t xml:space="preserve">    (c) in a straightforward manner (uncomplicated or simple -- perhaps also indicating openness and honesty)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Nevertheless</w:t>
      </w:r>
      <w:r>
        <w:rPr>
          <w:b/>
          <w:bCs/>
        </w:rPr>
        <w:t xml:space="preserve">, that legend has stuck in my mind, and sunflower-bordered roads always seem to me the roads to freedom.</w:t>
      </w:r>
      <w:r>
        <w:br/>
      </w:r>
      <w:r>
        <w:t xml:space="preserve">    (a) in keeping with or in agreement with what was just stated</w:t>
      </w:r>
      <w:r>
        <w:br/>
      </w:r>
      <w:r>
        <w:t xml:space="preserve">    (b) despite that (used to connect contrasting ideas)</w:t>
      </w:r>
      <w:r>
        <w:br/>
      </w:r>
      <w:r>
        <w:t xml:space="preserve">    (c) therefore (for that reason)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seemed to me that he despised him for being so simple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docile</w:t>
      </w:r>
      <w:r>
        <w:rPr>
          <w:b/>
          <w:bCs/>
        </w:rPr>
        <w:t xml:space="preserve">.</w:t>
      </w:r>
      <w:r>
        <w:br/>
      </w:r>
      <w:r>
        <w:t xml:space="preserve">    (a) the degree or quality of being exactly vertical or straight</w:t>
      </w:r>
      <w:r>
        <w:br/>
      </w:r>
      <w:r>
        <w:t xml:space="preserve">    (b) tendency to be direct in a disagreeable, insensitive manner</w:t>
      </w:r>
      <w:r>
        <w:br/>
      </w:r>
      <w:r>
        <w:t xml:space="preserve">    (c) easily led or managed -- perhaps submissive or well-behaved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Grandmother went on talking in her polite Virginia way, not admitting their stark need or her own remissness, until Jake arrived with the hamper, as if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direct</w:t>
      </w:r>
      <w:r>
        <w:rPr>
          <w:b/>
          <w:bCs/>
        </w:rPr>
        <w:t xml:space="preserve"> </w:t>
      </w:r>
      <w:r>
        <w:rPr>
          <w:b/>
          <w:bCs/>
        </w:rPr>
        <w:t xml:space="preserve">answer to Mrs. Shimerda's reproaches.</w:t>
      </w:r>
      <w:r>
        <w:br/>
      </w:r>
      <w:r>
        <w:t xml:space="preserve">    (a) the state or degree of being very large</w:t>
      </w:r>
      <w:r>
        <w:br/>
      </w:r>
      <w:r>
        <w:t xml:space="preserve">    (b) clear, or straightforward</w:t>
      </w:r>
      <w:r>
        <w:br/>
      </w:r>
      <w:r>
        <w:t xml:space="preserve">    (c) meticulousness (care for small details)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worked at a commodious green-topped table placed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directly</w:t>
      </w:r>
      <w:r>
        <w:rPr>
          <w:b/>
          <w:bCs/>
        </w:rPr>
        <w:t xml:space="preserve"> </w:t>
      </w:r>
      <w:r>
        <w:rPr>
          <w:b/>
          <w:bCs/>
        </w:rPr>
        <w:t xml:space="preserve">in front of the west window which looked out over the prairie.</w:t>
      </w:r>
      <w:r>
        <w:br/>
      </w:r>
      <w:r>
        <w:t xml:space="preserve">    (a) in a manner that is not sexually attractive, or persuasively tempting</w:t>
      </w:r>
      <w:r>
        <w:br/>
      </w:r>
      <w:r>
        <w:t xml:space="preserve">    (b) close</w:t>
      </w:r>
      <w:r>
        <w:br/>
      </w:r>
      <w:r>
        <w:t xml:space="preserve">    (c) in a manner that is appropriate or related in size, amount, or degree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as if I had let the old man in out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tormenting</w:t>
      </w:r>
      <w:r>
        <w:rPr>
          <w:b/>
          <w:bCs/>
        </w:rPr>
        <w:t xml:space="preserve"> </w:t>
      </w:r>
      <w:r>
        <w:rPr>
          <w:b/>
          <w:bCs/>
        </w:rPr>
        <w:t xml:space="preserve">winter, and were sitting there with him.</w:t>
      </w:r>
      <w:r>
        <w:br/>
      </w:r>
      <w:r>
        <w:t xml:space="preserve">    (a) causing great mental or physical suffering</w:t>
      </w:r>
      <w:r>
        <w:br/>
      </w:r>
      <w:r>
        <w:t xml:space="preserve">    (b) is most powerful, important, or noticeable</w:t>
      </w:r>
      <w:r>
        <w:br/>
      </w:r>
      <w:r>
        <w:t xml:space="preserve">    (c) providing evidence that proves or supports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seemed to find this case very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perplexing</w:t>
      </w:r>
      <w:r>
        <w:rPr>
          <w:b/>
          <w:bCs/>
        </w:rPr>
        <w:t xml:space="preserve">,</w:t>
      </w:r>
      <w:r>
        <w:br/>
      </w:r>
      <w:r>
        <w:t xml:space="preserve">    (a) delaying until a later time</w:t>
      </w:r>
      <w:r>
        <w:br/>
      </w:r>
      <w:r>
        <w:t xml:space="preserve">    (b) confusing due to complexity</w:t>
      </w:r>
      <w:r>
        <w:br/>
      </w:r>
      <w:r>
        <w:t xml:space="preserve">    (c) treating as if of low worth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rode slowly, with a pleasant sense of Sunday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indolence</w:t>
      </w:r>
      <w:r>
        <w:rPr>
          <w:b/>
          <w:bCs/>
        </w:rPr>
        <w:t xml:space="preserve">.</w:t>
      </w:r>
      <w:r>
        <w:br/>
      </w:r>
      <w:r>
        <w:t xml:space="preserve">    (a) allowing</w:t>
      </w:r>
      <w:r>
        <w:br/>
      </w:r>
      <w:r>
        <w:t xml:space="preserve">    (b) not real</w:t>
      </w:r>
      <w:r>
        <w:br/>
      </w:r>
      <w:r>
        <w:t xml:space="preserve">    (c) laziness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came down, not very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cordially</w:t>
      </w:r>
      <w:r>
        <w:rPr>
          <w:b/>
          <w:bCs/>
        </w:rPr>
        <w:t xml:space="preserve">.</w:t>
      </w:r>
      <w:r>
        <w:br/>
      </w:r>
      <w:r>
        <w:t xml:space="preserve">    (a) in a friendly way</w:t>
      </w:r>
      <w:r>
        <w:br/>
      </w:r>
      <w:r>
        <w:t xml:space="preserve">    (b) in a skillful way</w:t>
      </w:r>
      <w:r>
        <w:br/>
      </w:r>
      <w:r>
        <w:t xml:space="preserve">    (c) in a pleasing way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Marek was strong, and Ambrosch worked him hard; but he could never teach him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cultivate</w:t>
      </w:r>
      <w:r>
        <w:rPr>
          <w:b/>
          <w:bCs/>
        </w:rPr>
        <w:t xml:space="preserve"> </w:t>
      </w:r>
      <w:r>
        <w:rPr>
          <w:b/>
          <w:bCs/>
        </w:rPr>
        <w:t xml:space="preserve">corn, I remember.</w:t>
      </w:r>
      <w:r>
        <w:br/>
      </w:r>
      <w:r>
        <w:t xml:space="preserve">    (a) cancel or annul a formal ruling or contract</w:t>
      </w:r>
      <w:r>
        <w:br/>
      </w:r>
      <w:r>
        <w:t xml:space="preserve">    (b) return to an undesirable previous condition</w:t>
      </w:r>
      <w:r>
        <w:br/>
      </w:r>
      <w:r>
        <w:t xml:space="preserve">    (c) grow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'See that you don't forget to,' said Mrs. Harling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sceptically</w:t>
      </w:r>
      <w:r>
        <w:rPr>
          <w:b/>
          <w:bCs/>
        </w:rPr>
        <w:t xml:space="preserve">, as she took up her crocheting again and sent the hook in and out with nimble fingers.</w:t>
      </w:r>
      <w:r>
        <w:br/>
      </w:r>
      <w:r>
        <w:t xml:space="preserve">    (a) in a manner that expresses personal artistic ideas or feelings while performing (or performing to) someone else's work</w:t>
      </w:r>
      <w:r>
        <w:br/>
      </w:r>
      <w:r>
        <w:t xml:space="preserve">    (b) in a manner that changes the direction of a light wave (or other wave) by passing an opaque edge or narrow opening</w:t>
      </w:r>
      <w:r>
        <w:br/>
      </w:r>
      <w:r>
        <w:t xml:space="preserve">    (c) doubtful (that something is true or worthwhile)</w:t>
      </w:r>
      <w:r>
        <w:br/>
      </w:r>
      <w:r>
        <w:br/>
      </w:r>
      <w:r>
        <w:t xml:space="preserve">or more rarely:</w:t>
      </w:r>
      <w:r>
        <w:br/>
      </w:r>
      <w:r>
        <w:br/>
      </w:r>
      <w:r>
        <w:t xml:space="preserve">generally tending to doubt what others believe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seemed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indifferent</w:t>
      </w:r>
      <w:r>
        <w:rPr>
          <w:b/>
          <w:bCs/>
        </w:rPr>
        <w:t xml:space="preserve"> </w:t>
      </w:r>
      <w:r>
        <w:rPr>
          <w:b/>
          <w:bCs/>
        </w:rPr>
        <w:t xml:space="preserve">to her possessions,</w:t>
      </w:r>
      <w:r>
        <w:br/>
      </w:r>
      <w:r>
        <w:t xml:space="preserve">    (a) able to be found</w:t>
      </w:r>
      <w:r>
        <w:br/>
      </w:r>
      <w:r>
        <w:t xml:space="preserve">    (b) without interest (unconcerned)</w:t>
      </w:r>
      <w:r>
        <w:br/>
      </w:r>
      <w:r>
        <w:t xml:space="preserve">    (c) likely to change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looked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contempt</w:t>
      </w:r>
      <w:r>
        <w:rPr>
          <w:b/>
          <w:bCs/>
        </w:rPr>
        <w:t xml:space="preserve"> </w:t>
      </w:r>
      <w:r>
        <w:rPr>
          <w:b/>
          <w:bCs/>
        </w:rPr>
        <w:t xml:space="preserve">at the dark, silent little houses about me as I walked home, and thought of the stupid young men who were asleep in some of them.</w:t>
      </w:r>
      <w:r>
        <w:br/>
      </w:r>
      <w:r>
        <w:t xml:space="preserve">    (a) dislike and disrespect</w:t>
      </w:r>
      <w:r>
        <w:br/>
      </w:r>
      <w:r>
        <w:t xml:space="preserve">    (b) frustration at being treated unfairly</w:t>
      </w:r>
      <w:r>
        <w:br/>
      </w:r>
      <w:r>
        <w:t xml:space="preserve">    (c) prejudice or unfair treatment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for his classroom he had no platitudes, no stock of professorial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anecdotes</w:t>
      </w:r>
      <w:r>
        <w:rPr>
          <w:b/>
          <w:bCs/>
        </w:rPr>
        <w:t xml:space="preserve">.</w:t>
      </w:r>
      <w:r>
        <w:br/>
      </w:r>
      <w:r>
        <w:t xml:space="preserve">    (a) outward appearances</w:t>
      </w:r>
      <w:r>
        <w:br/>
      </w:r>
      <w:r>
        <w:t xml:space="preserve">    (b) sizes or dimensions</w:t>
      </w:r>
      <w:r>
        <w:br/>
      </w:r>
      <w:r>
        <w:t xml:space="preserve">    (c) short, true stories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with a quite blissful expression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countenance</w:t>
      </w:r>
      <w:r>
        <w:rPr>
          <w:b/>
          <w:bCs/>
        </w:rPr>
        <w:t xml:space="preserve">.</w:t>
      </w:r>
      <w:r>
        <w:br/>
      </w:r>
      <w:r>
        <w:t xml:space="preserve">    (a) face</w:t>
      </w:r>
      <w:r>
        <w:br/>
      </w:r>
      <w:r>
        <w:t xml:space="preserve">    (b) the best or most important</w:t>
      </w:r>
      <w:r>
        <w:br/>
      </w:r>
      <w:r>
        <w:t xml:space="preserve">    (c) a secret agreement or plot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indignant</w:t>
      </w:r>
      <w:r>
        <w:rPr>
          <w:b/>
          <w:bCs/>
        </w:rPr>
        <w:t xml:space="preserve">.</w:t>
      </w:r>
      <w:r>
        <w:br/>
      </w:r>
      <w:r>
        <w:t xml:space="preserve">    (a) surprised as something unexpected</w:t>
      </w:r>
      <w:r>
        <w:br/>
      </w:r>
      <w:r>
        <w:t xml:space="preserve">    (b) angered at something unjust or wrong</w:t>
      </w:r>
      <w:r>
        <w:br/>
      </w:r>
      <w:r>
        <w:t xml:space="preserve">    (c) accepted of something undesired as unavoidable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2026-07-31T15:44:54Z</dcterms:created>
  <dcterms:modified xsi:type="dcterms:W3CDTF">2026-07-31T15:44:54Z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