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41e8411c80483f4944f3cd3132768fff442810"/>
    <w:p>
      <w:pPr>
        <w:pStyle w:val="Heading1"/>
      </w:pPr>
      <w:r>
        <w:rPr>
          <w:b/>
          <w:bCs/>
        </w:rPr>
        <w:t xml:space="preserve">Music From Spain</w:t>
      </w:r>
      <w:r>
        <w:br/>
      </w:r>
      <w:r>
        <w:rPr>
          <w:i/>
          <w:iCs/>
        </w:rPr>
        <w:t xml:space="preserve">Eudora Welty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accommodated</w:t>
      </w:r>
      <w:r>
        <w:rPr>
          <w:b/>
          <w:bCs/>
        </w:rPr>
        <w:t xml:space="preserve"> </w:t>
      </w:r>
      <w:r>
        <w:rPr>
          <w:b/>
          <w:bCs/>
        </w:rPr>
        <w:t xml:space="preserve">itself like the bang of a small bell to the stiff pull of his shanks.</w:t>
      </w:r>
      <w:r>
        <w:br/>
      </w:r>
      <w:r>
        <w:t xml:space="preserve">    (a) not fighting</w:t>
      </w:r>
      <w:r>
        <w:br/>
      </w:r>
      <w:r>
        <w:t xml:space="preserve">    (b) concentrated</w:t>
      </w:r>
      <w:r>
        <w:br/>
      </w:r>
      <w:r>
        <w:t xml:space="preserve">    (c) provided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 </w:t>
      </w:r>
      <w:r>
        <w:rPr>
          <w:b/>
          <w:bCs/>
        </w:rPr>
        <w:t xml:space="preserve">a face from nowhere floated straight into that helpless irony and contemplated the world of his inward gaze, a dark full-face, obscure and obedient-looking as a newsprint face, looking outward from its cap of dark hair and a dark background—all shadow and softness, like a blurred spot on Jones Street.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Eugene slowed his step obediently here; at the jobbing butcher's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habitually</w:t>
      </w:r>
      <w:r>
        <w:rPr>
          <w:b/>
          <w:bCs/>
        </w:rPr>
        <w:t xml:space="preserve"> </w:t>
      </w:r>
      <w:r>
        <w:rPr>
          <w:b/>
          <w:bCs/>
        </w:rPr>
        <w:t xml:space="preserve">caught.</w:t>
      </w:r>
      <w:r>
        <w:br/>
      </w:r>
      <w:r>
        <w:t xml:space="preserve">    (a) in a manner that is done regularly</w:t>
      </w:r>
      <w:r>
        <w:br/>
      </w:r>
      <w:r>
        <w:t xml:space="preserve">    (b) following as a result of something</w:t>
      </w:r>
      <w:r>
        <w:br/>
      </w:r>
      <w:r>
        <w:t xml:space="preserve">    (c) indiscriminately (non-selectively)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beeves were moving across, all right, and on the other side a tramp leaned on a cane to watch, leering like a dandy at each one of the carcasses as it went by; it could have been some haughty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spurning</w:t>
      </w:r>
      <w:r>
        <w:rPr>
          <w:b/>
          <w:bCs/>
        </w:rPr>
        <w:t xml:space="preserve"> </w:t>
      </w:r>
      <w:r>
        <w:rPr>
          <w:b/>
          <w:bCs/>
        </w:rPr>
        <w:t xml:space="preserve">woman he kept catching like that.</w:t>
      </w:r>
      <w:r>
        <w:br/>
      </w:r>
      <w:r>
        <w:t xml:space="preserve">    (a) rejecting as not good enough</w:t>
      </w:r>
      <w:r>
        <w:br/>
      </w:r>
      <w:r>
        <w:t xml:space="preserve">    (b) subsequent (happening later)</w:t>
      </w:r>
      <w:r>
        <w:br/>
      </w:r>
      <w:r>
        <w:t xml:space="preserve">    (c) gradually adding or removing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clung to one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revelation</w:t>
      </w:r>
      <w:r>
        <w:rPr>
          <w:b/>
          <w:bCs/>
        </w:rPr>
        <w:t xml:space="preserve">: that today he was not able to take those watches apart.</w:t>
      </w:r>
      <w:r>
        <w:br/>
      </w:r>
      <w:r>
        <w:t xml:space="preserve">    (a) of the philosophical &amp; religious system based on the teachings of Laozi (also spelled Taoist)</w:t>
      </w:r>
      <w:r>
        <w:br/>
      </w:r>
      <w:r>
        <w:t xml:space="preserve">    (b) a large, elongated gland located behind the stomach that secretes digestive enzymes and insulin</w:t>
      </w:r>
      <w:r>
        <w:br/>
      </w:r>
      <w:r>
        <w:t xml:space="preserve">    (c) something previously unknown; or making such a thing known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Last night—though it seemed long enough ago now to make the recognition clever—Emma had come out with Eugene to a music hall, and it had turned out that this Spaniard performed, in solo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recital</w:t>
      </w:r>
      <w:r>
        <w:rPr>
          <w:b/>
          <w:bCs/>
        </w:rPr>
        <w:t xml:space="preserve">.</w:t>
      </w:r>
      <w:r>
        <w:br/>
      </w:r>
      <w:r>
        <w:t xml:space="preserve">    (a) performance</w:t>
      </w:r>
      <w:r>
        <w:br/>
      </w:r>
      <w:r>
        <w:t xml:space="preserve">    (b) storyteller</w:t>
      </w:r>
      <w:r>
        <w:br/>
      </w:r>
      <w:r>
        <w:t xml:space="preserve">    (c) translation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alluring</w:t>
      </w:r>
      <w:r>
        <w:rPr>
          <w:b/>
          <w:bCs/>
        </w:rPr>
        <w:t xml:space="preserve">, up ahead—the perfect being to catch up with.</w:t>
      </w:r>
      <w:r>
        <w:br/>
      </w:r>
      <w:r>
        <w:t xml:space="preserve">    (a) recognizing difference</w:t>
      </w:r>
      <w:r>
        <w:br/>
      </w:r>
      <w:r>
        <w:t xml:space="preserve">    (b) attracting or tempting</w:t>
      </w:r>
      <w:r>
        <w:br/>
      </w:r>
      <w:r>
        <w:t xml:space="preserve">    (c) taking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lowered himself to the straight chair that was the only furnishing of the stage except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object covered in black cloth that had been placed before it.</w:t>
      </w:r>
      <w:r>
        <w:br/>
      </w:r>
      <w:r>
        <w:t xml:space="preserve">    (a) a workplace where people do scientific or medical research, or produce drugs or chemicals (also used figuratively)  OR  (as an adjective) related to such a place</w:t>
      </w:r>
      <w:r>
        <w:br/>
      </w:r>
      <w:r>
        <w:t xml:space="preserve">    (b) an elongated shape (having more length than width) -- typically of a stretched circle that is longer than an oval, but occasionally used to describe a rectangle</w:t>
      </w:r>
      <w:r>
        <w:br/>
      </w:r>
      <w:r>
        <w:t xml:space="preserve">    (c) soccer:  a foul kick taken from 12 yards in front of the goal and defended only by the goalkeeper who cannot advance beyond the goal line until the shot is taken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just the sort of preliminary to-do that Emma liked; Eugene felt her draw herself up in the kind of bodily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was her quickest expression of pleasure when she was out in public.</w:t>
      </w:r>
      <w:r>
        <w:br/>
      </w:r>
      <w:r>
        <w:t xml:space="preserve">    (a) anger or annoyance at something unjust or wrong</w:t>
      </w:r>
      <w:r>
        <w:br/>
      </w:r>
      <w:r>
        <w:t xml:space="preserve">    (b) surprise as something unexpected</w:t>
      </w:r>
      <w:r>
        <w:br/>
      </w:r>
      <w:r>
        <w:t xml:space="preserve">    (c)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lapse must have endured for a solid minute or two, and afterwards he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subtract</w:t>
      </w:r>
      <w:r>
        <w:br/>
      </w:r>
      <w:r>
        <w:t xml:space="preserve">    (b) remember</w:t>
      </w:r>
      <w:r>
        <w:br/>
      </w:r>
      <w:r>
        <w:t xml:space="preserve">    (c) disagree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Eugene felt an almost palpable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aura</w:t>
      </w:r>
      <w:r>
        <w:rPr>
          <w:b/>
          <w:bCs/>
        </w:rPr>
        <w:t xml:space="preserve"> </w:t>
      </w:r>
      <w:r>
        <w:rPr>
          <w:b/>
          <w:bCs/>
        </w:rPr>
        <w:t xml:space="preserve">of a disgrace or sadness that had to be as ever-present as the skin is, of hiding and flaunting together.</w:t>
      </w:r>
      <w:r>
        <w:br/>
      </w:r>
      <w:r>
        <w:t xml:space="preserve">    (a) A distinctive quality, mood, or feeling that seems to surround a person, place, or thing; or, more literally, a glowing light shown around someone's head or body in spiritual or artistic images</w:t>
      </w:r>
      <w:r>
        <w:br/>
      </w:r>
      <w:r>
        <w:t xml:space="preserve">    (b) a person with or something related to an eating disorder in which overeating is followed by guilt and unhealthy attempts at correction -- especially self-induced vomiting</w:t>
      </w:r>
      <w:r>
        <w:br/>
      </w:r>
      <w:r>
        <w:t xml:space="preserve">    (c) treatment with extra kindness or tolerance  OR  (more rarely) a special pleasure (typically something done in excess of what is thought good -- such as eating too much cake, or being too lazy)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sight of a person to whom other people have been cruel can be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formidable</w:t>
      </w:r>
      <w:r>
        <w:rPr>
          <w:b/>
          <w:bCs/>
        </w:rPr>
        <w:t xml:space="preserve"> </w:t>
      </w:r>
      <w:r>
        <w:rPr>
          <w:b/>
          <w:bCs/>
        </w:rPr>
        <w:t xml:space="preserve">of all, Eugene thought as he was ready to pass it again.</w:t>
      </w:r>
      <w:r>
        <w:br/>
      </w:r>
      <w:r>
        <w:t xml:space="preserve">    (a) intimidating or impressive</w:t>
      </w:r>
      <w:r>
        <w:br/>
      </w:r>
      <w:r>
        <w:t xml:space="preserve">    (b) the quality of disagreeing</w:t>
      </w:r>
      <w:r>
        <w:br/>
      </w:r>
      <w:r>
        <w:t xml:space="preserve">    (c) the quality of being Dutch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street beggars knew it, they sat light-drenched, the blind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accordion</w:t>
      </w:r>
      <w:r>
        <w:rPr>
          <w:b/>
          <w:bCs/>
        </w:rPr>
        <w:t xml:space="preserve"> </w:t>
      </w:r>
      <w:r>
        <w:rPr>
          <w:b/>
          <w:bCs/>
        </w:rPr>
        <w:t xml:space="preserve">player with his eyes wide open and his lips formed in a kiss.</w:t>
      </w:r>
      <w:r>
        <w:br/>
      </w:r>
      <w:r>
        <w:t xml:space="preserve">    (a) characterized by narrower parallel folds when closed and wider when open</w:t>
      </w:r>
      <w:r>
        <w:br/>
      </w:r>
      <w:r>
        <w:t xml:space="preserve">    (b) regular crisscross grid that repeats in a pattern of squares or diamonds</w:t>
      </w:r>
      <w:r>
        <w:br/>
      </w:r>
      <w:r>
        <w:t xml:space="preserve">    (c) design based on alphabetic letters; or adding such a design to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gesturing people, who seemed actually to be turning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artificial</w:t>
      </w:r>
      <w:r>
        <w:rPr>
          <w:b/>
          <w:bCs/>
        </w:rPr>
        <w:t xml:space="preserve"> </w:t>
      </w:r>
      <w:r>
        <w:rPr>
          <w:b/>
          <w:bCs/>
        </w:rPr>
        <w:t xml:space="preserve">smiles upon them, were enclosed by walls papered in an intrusive design of balls and bubbles, lights behind poppy shades.</w:t>
      </w:r>
      <w:r>
        <w:br/>
      </w:r>
      <w:r>
        <w:t xml:space="preserve">    (a) intentional</w:t>
      </w:r>
      <w:r>
        <w:br/>
      </w:r>
      <w:r>
        <w:t xml:space="preserve">    (b) helpfulness</w:t>
      </w:r>
      <w:r>
        <w:br/>
      </w:r>
      <w:r>
        <w:t xml:space="preserve">    (c)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laughing at the Filipino; and all the time, out of the whole room, perhaps, only he knew how excruciating this small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 </w:t>
      </w:r>
      <w:r>
        <w:rPr>
          <w:b/>
          <w:bCs/>
        </w:rPr>
        <w:t xml:space="preserve">probably was.</w:t>
      </w:r>
      <w:r>
        <w:br/>
      </w:r>
      <w:r>
        <w:t xml:space="preserve">    (a) the act of forgiving</w:t>
      </w:r>
      <w:r>
        <w:br/>
      </w:r>
      <w:r>
        <w:t xml:space="preserve">    (b) unfortunate accident</w:t>
      </w:r>
      <w:r>
        <w:br/>
      </w:r>
      <w:r>
        <w:t xml:space="preserve">    (c)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black eyes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amiably</w:t>
      </w:r>
      <w:r>
        <w:rPr>
          <w:b/>
          <w:bCs/>
        </w:rPr>
        <w:t xml:space="preserve"> </w:t>
      </w:r>
      <w:r>
        <w:rPr>
          <w:b/>
          <w:bCs/>
        </w:rPr>
        <w:t xml:space="preserve">following a little fly now.</w:t>
      </w:r>
      <w:r>
        <w:br/>
      </w:r>
      <w:r>
        <w:t xml:space="preserve">    (a) in a pleasing way</w:t>
      </w:r>
      <w:r>
        <w:br/>
      </w:r>
      <w:r>
        <w:t xml:space="preserve">    (b) in a skillful way</w:t>
      </w:r>
      <w:r>
        <w:br/>
      </w:r>
      <w:r>
        <w:t xml:space="preserve">    (c) in a friendly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Didn't it matter which poor,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avid</w:t>
      </w:r>
      <w:r>
        <w:rPr>
          <w:b/>
          <w:bCs/>
        </w:rPr>
        <w:t xml:space="preserve"> </w:t>
      </w:r>
      <w:r>
        <w:rPr>
          <w:b/>
          <w:bCs/>
        </w:rPr>
        <w:t xml:space="preserve">life took the gaze and which gave it?</w:t>
      </w:r>
      <w:r>
        <w:br/>
      </w:r>
      <w:r>
        <w:t xml:space="preserve">    (a) enthusiastic or strongly interested</w:t>
      </w:r>
      <w:r>
        <w:br/>
      </w:r>
      <w:r>
        <w:t xml:space="preserve">    (b) full of strong desire for something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Spaniard, when Eugene looked to him, was making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face over the lighting of another cigarette.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extremely ugly, offensive, and/or frightening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they turned and their walk could still go on along shore, past the black pits of fires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, ugly, naked sea onions, until they reached rocks; then it led up to the overlooking wall.</w:t>
      </w:r>
      <w:r>
        <w:br/>
      </w:r>
      <w:r>
        <w:t xml:space="preserve">    (a) without a tendency to be full of thought</w:t>
      </w:r>
      <w:r>
        <w:br/>
      </w:r>
      <w:r>
        <w:t xml:space="preserve">    (b) lacking a tendency to be full of thought</w:t>
      </w:r>
      <w:r>
        <w:br/>
      </w:r>
      <w:r>
        <w:t xml:space="preserve">    (c) being present everywhere or all the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his body was wheeled another turn,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foreboding</w:t>
      </w:r>
      <w:r>
        <w:rPr>
          <w:b/>
          <w:bCs/>
        </w:rPr>
        <w:t xml:space="preserve"> </w:t>
      </w:r>
      <w:r>
        <w:rPr>
          <w:b/>
          <w:bCs/>
        </w:rPr>
        <w:t xml:space="preserve">like a spinning ball was caught again.</w:t>
      </w:r>
      <w:r>
        <w:br/>
      </w:r>
      <w:r>
        <w:t xml:space="preserve">    (a) moving to a worse or less prestigious situation</w:t>
      </w:r>
      <w:r>
        <w:br/>
      </w:r>
      <w:r>
        <w:t xml:space="preserve">    (b) a feeling that something bad is going to happen</w:t>
      </w:r>
      <w:r>
        <w:br/>
      </w:r>
      <w:r>
        <w:t xml:space="preserve">    (c) considering (the affect on a result or outcome)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2026-07-31T18:23:10Z</dcterms:created>
  <dcterms:modified xsi:type="dcterms:W3CDTF">2026-07-31T18:23:10Z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