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0efed4761961a23d61faddcfb0562a41d20eff"/>
    <w:p>
      <w:pPr>
        <w:pStyle w:val="Heading1"/>
      </w:pPr>
      <w:r>
        <w:rPr>
          <w:b/>
          <w:bCs/>
        </w:rPr>
        <w:t xml:space="preserve">Murder in the Cathedral</w:t>
      </w:r>
      <w:r>
        <w:br/>
      </w:r>
      <w:r>
        <w:rPr>
          <w:i/>
          <w:iCs/>
        </w:rPr>
        <w:t xml:space="preserve">T. S. Eliot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presage</w:t>
      </w:r>
      <w:r>
        <w:rPr>
          <w:b/>
          <w:bCs/>
        </w:rPr>
        <w:t xml:space="preserve"> </w:t>
      </w:r>
      <w:r>
        <w:rPr>
          <w:b/>
          <w:bCs/>
        </w:rPr>
        <w:t xml:space="preserve">of an act Which our eyes are compelled to witness, has forced our feet Towards the cathedral.</w:t>
      </w:r>
      <w:r>
        <w:br/>
      </w:r>
      <w:r>
        <w:t xml:space="preserve">    (a) serve as a sign of something about to happen -- typically something bad</w:t>
      </w:r>
      <w:r>
        <w:br/>
      </w:r>
      <w:r>
        <w:t xml:space="preserve">    (b) the right to run a local store or business under a big company’s name</w:t>
      </w:r>
      <w:r>
        <w:br/>
      </w:r>
      <w:r>
        <w:t xml:space="preserve">    (c) dry out by heat or excessive exposure to sunlight; or make very thirsty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see nothing quite conclusive in the art of temporal government, but violence,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duplicity</w:t>
      </w:r>
      <w:r>
        <w:rPr>
          <w:b/>
          <w:bCs/>
        </w:rPr>
        <w:t xml:space="preserve"> </w:t>
      </w:r>
      <w:r>
        <w:rPr>
          <w:b/>
          <w:bCs/>
        </w:rPr>
        <w:t xml:space="preserve">and frequent malversation.</w:t>
      </w:r>
      <w:r>
        <w:br/>
      </w:r>
      <w:r>
        <w:t xml:space="preserve">    (a) deception -- such as lying</w:t>
      </w:r>
      <w:r>
        <w:br/>
      </w:r>
      <w:r>
        <w:t xml:space="preserve">    (b) the best or most important</w:t>
      </w:r>
      <w:r>
        <w:br/>
      </w:r>
      <w:r>
        <w:t xml:space="preserve">    (c) a secret agreement or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Thomas, Archbishop, leave us, leave us, leave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sullen</w:t>
      </w:r>
      <w:r>
        <w:rPr>
          <w:b/>
          <w:bCs/>
        </w:rPr>
        <w:t xml:space="preserve"> </w:t>
      </w:r>
      <w:r>
        <w:rPr>
          <w:b/>
          <w:bCs/>
        </w:rPr>
        <w:t xml:space="preserve">Dover, and set sail for France, Thomas our Archbishop still our Archbishop even in France.</w:t>
      </w:r>
      <w:r>
        <w:br/>
      </w:r>
      <w:r>
        <w:t xml:space="preserve">    (a) sticks out</w:t>
      </w:r>
      <w:r>
        <w:br/>
      </w:r>
      <w:r>
        <w:t xml:space="preserve">    (b) unpleasant</w:t>
      </w:r>
      <w:r>
        <w:br/>
      </w:r>
      <w:r>
        <w:t xml:space="preserve">    (c) translates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that the King and you are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amity</w:t>
      </w:r>
      <w:r>
        <w:rPr>
          <w:b/>
          <w:bCs/>
        </w:rPr>
        <w:t xml:space="preserve">, Clergy and laity may return to gaiety, Mirth and —sportfulness need not walk warily, Thomas.</w:t>
      </w:r>
      <w:r>
        <w:br/>
      </w:r>
      <w:r>
        <w:t xml:space="preserve">    (a) a state of friendly relations</w:t>
      </w:r>
      <w:r>
        <w:br/>
      </w:r>
      <w:r>
        <w:t xml:space="preserve">    (b) aka analysist -- psychiatrist</w:t>
      </w:r>
      <w:r>
        <w:br/>
      </w:r>
      <w:r>
        <w:t xml:space="preserve">    (c) something taken on or adopted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that the King and you are in amity,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Clergy</w:t>
      </w:r>
      <w:r>
        <w:rPr>
          <w:b/>
          <w:bCs/>
        </w:rPr>
        <w:t xml:space="preserve"> </w:t>
      </w:r>
      <w:r>
        <w:rPr>
          <w:b/>
          <w:bCs/>
        </w:rPr>
        <w:t xml:space="preserve">and laity may return to gaiety, Mirth and —sportfulness need not walk warily, Thomas.</w:t>
      </w:r>
      <w:r>
        <w:br/>
      </w:r>
      <w:r>
        <w:t xml:space="preserve">    (a) with disapproval or distrust; or directed to one side</w:t>
      </w:r>
      <w:r>
        <w:br/>
      </w:r>
      <w:r>
        <w:t xml:space="preserve">    (b) formal religious leaders (typically in Christianity)</w:t>
      </w:r>
      <w:r>
        <w:br/>
      </w:r>
      <w:r>
        <w:t xml:space="preserve">    (c) the position of being in charge of a group of monks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man will often love what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spurns</w:t>
      </w:r>
      <w:r>
        <w:rPr>
          <w:b/>
          <w:bCs/>
        </w:rPr>
        <w:t xml:space="preserve">.</w:t>
      </w:r>
      <w:r>
        <w:br/>
      </w:r>
      <w:r>
        <w:t xml:space="preserve">    (a) is attractive or desirable</w:t>
      </w:r>
      <w:r>
        <w:br/>
      </w:r>
      <w:r>
        <w:t xml:space="preserve">    (b) struggles or disagreements</w:t>
      </w:r>
      <w:r>
        <w:br/>
      </w:r>
      <w:r>
        <w:t xml:space="preserve">    (c) rejects as not good enough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were safer Think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penitence</w:t>
      </w:r>
      <w:r>
        <w:rPr>
          <w:b/>
          <w:bCs/>
        </w:rPr>
        <w:t xml:space="preserve"> </w:t>
      </w:r>
      <w:r>
        <w:rPr>
          <w:b/>
          <w:bCs/>
        </w:rPr>
        <w:t xml:space="preserve">and follow your master.</w:t>
      </w:r>
      <w:r>
        <w:br/>
      </w:r>
      <w:r>
        <w:t xml:space="preserve">    (a) a psychologist concerned with the treatment of abnormal thinking and behavior</w:t>
      </w:r>
      <w:r>
        <w:br/>
      </w:r>
      <w:r>
        <w:t xml:space="preserve">    (b) feeling or expressing sorrow for having done wrong; or a person who does such</w:t>
      </w:r>
      <w:r>
        <w:br/>
      </w:r>
      <w:r>
        <w:t xml:space="preserve">    (c) a government, country, or ruling family of a country ruled by a king of queen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Farewell, my Lord, I do not wait upon ceremony, I leave as I came, forgetting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acrimony</w:t>
      </w:r>
      <w:r>
        <w:rPr>
          <w:b/>
          <w:bCs/>
        </w:rPr>
        <w:t xml:space="preserve">, Hoping that your present gravity Will find excuse for my humble levity.</w:t>
      </w:r>
      <w:r>
        <w:br/>
      </w:r>
      <w:r>
        <w:t xml:space="preserve">    (a) bitterness or anger</w:t>
      </w:r>
      <w:r>
        <w:br/>
      </w:r>
      <w:r>
        <w:t xml:space="preserve">    (b) good will</w:t>
      </w:r>
      <w:r>
        <w:br/>
      </w:r>
      <w:r>
        <w:t xml:space="preserve">    (c) cooperation and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 spiritual power is earthly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perdition</w:t>
      </w:r>
      <w:r>
        <w:rPr>
          <w:b/>
          <w:bCs/>
        </w:rPr>
        <w:t xml:space="preserve">.</w:t>
      </w:r>
      <w:r>
        <w:br/>
      </w:r>
      <w:r>
        <w:t xml:space="preserve">    (a) Nathaniel Hawthorne's famous novel of hidden guilt and societal condemnation (1850)</w:t>
      </w:r>
      <w:r>
        <w:br/>
      </w:r>
      <w:r>
        <w:t xml:space="preserve">    (b) hell (in Christianity: where Satan resides and non-saved suffer eternal punishment)</w:t>
      </w:r>
      <w:r>
        <w:br/>
      </w:r>
      <w:r>
        <w:t xml:space="preserve">    (c) Rome from the founding of the city until the formation of the Republic (753-509 BC)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a happy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coalition</w:t>
      </w:r>
      <w:r>
        <w:rPr>
          <w:b/>
          <w:bCs/>
        </w:rPr>
        <w:t xml:space="preserve"> </w:t>
      </w:r>
      <w:r>
        <w:rPr>
          <w:b/>
          <w:bCs/>
        </w:rPr>
        <w:t xml:space="preserve">Of intelligent interests.</w:t>
      </w:r>
      <w:r>
        <w:br/>
      </w:r>
      <w:r>
        <w:t xml:space="preserve">    (a) a political group made up of different groups working together</w:t>
      </w:r>
      <w:r>
        <w:br/>
      </w:r>
      <w:r>
        <w:t xml:space="preserve">    (b) the act of being in a working position; or the act of starting</w:t>
      </w:r>
      <w:r>
        <w:br/>
      </w:r>
      <w:r>
        <w:t xml:space="preserve">    (c) an expert who shares professional opinions in a specific field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later is Worse, When men will not hate you Enough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defame</w:t>
      </w:r>
      <w:r>
        <w:rPr>
          <w:b/>
          <w:bCs/>
        </w:rPr>
        <w:t xml:space="preserve"> </w:t>
      </w:r>
      <w:r>
        <w:rPr>
          <w:b/>
          <w:bCs/>
        </w:rPr>
        <w:t xml:space="preserve">or to execrate you, But pondering the qualities that you lacked Will only try to find the historical fact.</w:t>
      </w:r>
      <w:r>
        <w:br/>
      </w:r>
      <w:r>
        <w:t xml:space="preserve">    (a) change to fit a different situation; or make suitable</w:t>
      </w:r>
      <w:r>
        <w:br/>
      </w:r>
      <w:r>
        <w:t xml:space="preserve">    (b) to hurt someone's reputation through false statements</w:t>
      </w:r>
      <w:r>
        <w:br/>
      </w:r>
      <w:r>
        <w:t xml:space="preserve">    (c) to spread one-sided information to influence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know of oppression and torture, We know of extortion and violence,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Destitution</w:t>
      </w:r>
      <w:r>
        <w:rPr>
          <w:b/>
          <w:bCs/>
        </w:rPr>
        <w:t xml:space="preserve">, disease, The old without fire in winter, The child without milk in summer, Our labour taken away from us, Our sins made heavier upon us.</w:t>
      </w:r>
      <w:r>
        <w:br/>
      </w:r>
      <w:r>
        <w:t xml:space="preserve">    (a) in disagreement</w:t>
      </w:r>
      <w:r>
        <w:br/>
      </w:r>
      <w:r>
        <w:t xml:space="preserve">    (b) relative amount</w:t>
      </w:r>
      <w:r>
        <w:br/>
      </w:r>
      <w:r>
        <w:t xml:space="preserve">    (c) extreme poverty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Sweet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cloying</w:t>
      </w:r>
      <w:r>
        <w:rPr>
          <w:b/>
          <w:bCs/>
        </w:rPr>
        <w:t xml:space="preserve"> </w:t>
      </w:r>
      <w:r>
        <w:rPr>
          <w:b/>
          <w:bCs/>
        </w:rPr>
        <w:t xml:space="preserve">through the dark air Falls the stifling scent of despair; The forms take shape in the dark air: Puss-purr of leopard, footfall of padding bear, Palm-pat of nodding ape, square hyaena waiting For laughter, laughter, laughter.</w:t>
      </w:r>
      <w:r>
        <w:br/>
      </w:r>
      <w:r>
        <w:t xml:space="preserve">    (a) treating something in an educated, intellectual way -- often excluding emotional or practical considerations</w:t>
      </w:r>
      <w:r>
        <w:br/>
      </w:r>
      <w:r>
        <w:t xml:space="preserve">    (b) overly sweet or sentimental in a way that becomes unpleasant or excessive -- on the tongue or in sentiment</w:t>
      </w:r>
      <w:r>
        <w:br/>
      </w:r>
      <w:r>
        <w:t xml:space="preserve">    (c) roughly calculating or guessing (based on incomplete information) a value, quantity, or extent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[They make to attack him, but the priests and attendants return and quietly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themselves] 896 T. S. ELIOT Thomas</w:t>
      </w:r>
      <w:r>
        <w:br/>
      </w:r>
      <w:r>
        <w:t xml:space="preserve">    (a) insert between other elements; or to interrupt or stop action by others</w:t>
      </w:r>
      <w:r>
        <w:br/>
      </w:r>
      <w:r>
        <w:t xml:space="preserve">    (b) the right to run a local store or business under a big company’s name</w:t>
      </w:r>
      <w:r>
        <w:br/>
      </w:r>
      <w:r>
        <w:t xml:space="preserve">    (c) dry out by heat or excessive exposure to sunlight; or make very thirsty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Suspending those who had crowned the young prince, Denying the legality of his coronation; Binding with the chains of anathema, Using every means in your power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evince</w:t>
      </w:r>
      <w:r>
        <w:rPr>
          <w:b/>
          <w:bCs/>
        </w:rPr>
        <w:t xml:space="preserve"> </w:t>
      </w:r>
      <w:r>
        <w:rPr>
          <w:b/>
          <w:bCs/>
        </w:rPr>
        <w:t xml:space="preserve">The King's faithful servants, everyone who transacts His business in his absence, the business of the nation.</w:t>
      </w:r>
      <w:r>
        <w:br/>
      </w:r>
      <w:r>
        <w:t xml:space="preserve">    (a) draw</w:t>
      </w:r>
      <w:r>
        <w:br/>
      </w:r>
      <w:r>
        <w:t xml:space="preserve">    (b) quit</w:t>
      </w:r>
      <w:r>
        <w:br/>
      </w:r>
      <w:r>
        <w:t xml:space="preserve">    (c) show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 wish him three crowns rather than one, And as for the bishops, it is not my yoke That is laid upon them, or mine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revoke</w:t>
      </w:r>
      <w:r>
        <w:rPr>
          <w:b/>
          <w:bCs/>
        </w:rPr>
        <w:t xml:space="preserve">.</w:t>
      </w:r>
      <w:r>
        <w:br/>
      </w:r>
      <w:r>
        <w:t xml:space="preserve">    (a) draw pictures to accompany</w:t>
      </w:r>
      <w:r>
        <w:br/>
      </w:r>
      <w:r>
        <w:t xml:space="preserve">    (b) hire again or occupy again</w:t>
      </w:r>
      <w:r>
        <w:br/>
      </w:r>
      <w:r>
        <w:t xml:space="preserve">    (c) void, cancel, or take back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Seven years a mendicant on foreign charity I lingered abroad: seven years is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brevity</w:t>
      </w:r>
      <w:r>
        <w:rPr>
          <w:b/>
          <w:bCs/>
        </w:rPr>
        <w:t xml:space="preserve">.</w:t>
      </w:r>
      <w:r>
        <w:br/>
      </w:r>
      <w:r>
        <w:t xml:space="preserve">    (a) the ability to take or adopt power or responsibility</w:t>
      </w:r>
      <w:r>
        <w:br/>
      </w:r>
      <w:r>
        <w:t xml:space="preserve">    (b) the process of excessive encouragement or excitement</w:t>
      </w:r>
      <w:r>
        <w:br/>
      </w:r>
      <w:r>
        <w:t xml:space="preserve">    (c) the use of just a few words; or lasting a short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Resign, the powers you Jaave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arrogated</w:t>
      </w:r>
      <w:r>
        <w:rPr>
          <w:b/>
          <w:bCs/>
        </w:rPr>
        <w:t xml:space="preserve">.</w:t>
      </w:r>
      <w:r>
        <w:br/>
      </w:r>
      <w:r>
        <w:t xml:space="preserve">    (a) related such that a change in one thing helps predict a change in another</w:t>
      </w:r>
      <w:r>
        <w:br/>
      </w:r>
      <w:r>
        <w:t xml:space="preserve">    (b) frolicked (skipped, jumped, and/or ran around in a happy, playful manner)</w:t>
      </w:r>
      <w:r>
        <w:br/>
      </w:r>
      <w:r>
        <w:t xml:space="preserve">    (c) to take or claim a right or power without actually having the right to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gist</w:t>
      </w:r>
      <w:r>
        <w:rPr>
          <w:b/>
          <w:bCs/>
        </w:rPr>
        <w:t xml:space="preserve"> </w:t>
      </w:r>
      <w:r>
        <w:rPr>
          <w:b/>
          <w:bCs/>
        </w:rPr>
        <w:t xml:space="preserve">of his argument is this: that we have been completely disinterested.</w:t>
      </w:r>
      <w:r>
        <w:br/>
      </w:r>
      <w:r>
        <w:t xml:space="preserve">    (a) something that helps clarify or demonstrate</w:t>
      </w:r>
      <w:r>
        <w:br/>
      </w:r>
      <w:r>
        <w:t xml:space="preserve">    (b) the act of taking something on as one's own</w:t>
      </w:r>
      <w:r>
        <w:br/>
      </w:r>
      <w:r>
        <w:t xml:space="preserve">    (c) the main point(s) of a more detailed matter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Church lies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bereft</w:t>
      </w:r>
      <w:r>
        <w:rPr>
          <w:b/>
          <w:bCs/>
        </w:rPr>
        <w:t xml:space="preserve">', Alone, desecrated, desolated, and the hea then shall build on the ruins, Their world without God, I see it.</w:t>
      </w:r>
      <w:r>
        <w:br/>
      </w:r>
      <w:r>
        <w:t xml:space="preserve">    (a) in a manner that is not a careful, systematic, logical examination</w:t>
      </w:r>
      <w:r>
        <w:br/>
      </w:r>
      <w:r>
        <w:t xml:space="preserve">    (b) not having something, or greatly saddened by the loss of something</w:t>
      </w:r>
      <w:r>
        <w:br/>
      </w:r>
      <w:r>
        <w:t xml:space="preserve">    (c) not appropriate or not properly related in size, amount, or degree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2026-07-31T17:28:08Z</dcterms:created>
  <dcterms:modified xsi:type="dcterms:W3CDTF">2026-07-31T17:28:08Z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