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dfd0ee7ee75f8dbddc12b7e5827daae889cbb3"/>
    <w:p>
      <w:pPr>
        <w:pStyle w:val="Heading1"/>
      </w:pPr>
      <w:r>
        <w:rPr>
          <w:b/>
          <w:bCs/>
        </w:rPr>
        <w:t xml:space="preserve">Murder On The Orient Express</w:t>
      </w:r>
      <w:r>
        <w:br/>
      </w:r>
      <w:r>
        <w:rPr>
          <w:i/>
          <w:iCs/>
        </w:rPr>
        <w:t xml:space="preserve">Agatha Christie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objectives in my literature class is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acquaint</w:t>
      </w:r>
      <w:r>
        <w:rPr>
          <w:b/>
          <w:bCs/>
        </w:rPr>
        <w:t xml:space="preserve"> </w:t>
      </w:r>
      <w:r>
        <w:rPr>
          <w:b/>
          <w:bCs/>
        </w:rPr>
        <w:t xml:space="preserve">my students with different cultures.</w:t>
      </w:r>
      <w:r>
        <w:br/>
      </w:r>
      <w:r>
        <w:t xml:space="preserve">    (a) make familiar</w:t>
      </w:r>
      <w:r>
        <w:br/>
      </w:r>
      <w:r>
        <w:t xml:space="preserve">    (b) make surprised</w:t>
      </w:r>
      <w:r>
        <w:br/>
      </w:r>
      <w:r>
        <w:t xml:space="preserve">    (c) make a list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appendicitis.</w:t>
      </w:r>
      <w:r>
        <w:br/>
      </w:r>
      <w:r>
        <w:t xml:space="preserve">    (a) bad</w:t>
      </w:r>
      <w:r>
        <w:br/>
      </w:r>
      <w:r>
        <w:t xml:space="preserve">    (b) gradual</w:t>
      </w:r>
      <w:r>
        <w:br/>
      </w:r>
      <w:r>
        <w:t xml:space="preserve">    (c) minor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Birds tend to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vision.</w:t>
      </w:r>
      <w:r>
        <w:br/>
      </w:r>
      <w:r>
        <w:t xml:space="preserve">    (a) colorless</w:t>
      </w:r>
      <w:r>
        <w:br/>
      </w:r>
      <w:r>
        <w:t xml:space="preserve">    (b) excellent</w:t>
      </w:r>
      <w:r>
        <w:br/>
      </w:r>
      <w:r>
        <w:t xml:space="preserve">    (c) poor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video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.</w:t>
      </w:r>
      <w:r>
        <w:br/>
      </w:r>
      <w:r>
        <w:t xml:space="preserve">    (a) fight</w:t>
      </w:r>
      <w:r>
        <w:br/>
      </w:r>
      <w:r>
        <w:t xml:space="preserve">    (b) accident</w:t>
      </w:r>
      <w:r>
        <w:br/>
      </w:r>
      <w:r>
        <w:t xml:space="preserve">    (c) theft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amiable</w:t>
      </w:r>
      <w:r>
        <w:rPr>
          <w:b/>
          <w:bCs/>
        </w:rPr>
        <w:t xml:space="preserve"> </w:t>
      </w:r>
      <w:r>
        <w:rPr>
          <w:b/>
          <w:bCs/>
        </w:rPr>
        <w:t xml:space="preserve">gathering of old friends.</w:t>
      </w:r>
      <w:r>
        <w:br/>
      </w:r>
      <w:r>
        <w:t xml:space="preserve">    (a) rare</w:t>
      </w:r>
      <w:r>
        <w:br/>
      </w:r>
      <w:r>
        <w:t xml:space="preserve">    (b) friendly</w:t>
      </w:r>
      <w:r>
        <w:br/>
      </w:r>
      <w:r>
        <w:t xml:space="preserve">    (c) emotional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suspect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complicity</w:t>
      </w:r>
      <w:r>
        <w:rPr>
          <w:b/>
          <w:bCs/>
        </w:rPr>
        <w:t xml:space="preserve"> </w:t>
      </w:r>
      <w:r>
        <w:rPr>
          <w:b/>
          <w:bCs/>
        </w:rPr>
        <w:t xml:space="preserve">of top officials.</w:t>
      </w:r>
      <w:r>
        <w:br/>
      </w:r>
      <w:r>
        <w:t xml:space="preserve">    (a) ignorance</w:t>
      </w:r>
      <w:r>
        <w:br/>
      </w:r>
      <w:r>
        <w:t xml:space="preserve">    (b) involvement</w:t>
      </w:r>
      <w:r>
        <w:br/>
      </w:r>
      <w:r>
        <w:t xml:space="preserve">    (c) innocence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typical underlying beliefs of pro-life and pro-choice supporters.</w:t>
      </w:r>
      <w:r>
        <w:br/>
      </w:r>
      <w:r>
        <w:t xml:space="preserve">    (a) compare</w:t>
      </w:r>
      <w:r>
        <w:br/>
      </w:r>
      <w:r>
        <w:t xml:space="preserve">    (b) study</w:t>
      </w:r>
      <w:r>
        <w:br/>
      </w:r>
      <w:r>
        <w:t xml:space="preserve">    (c)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styles of the two teachers.</w:t>
      </w:r>
      <w:r>
        <w:br/>
      </w:r>
      <w:r>
        <w:t xml:space="preserve">    (a) notable similarity</w:t>
      </w:r>
      <w:r>
        <w:br/>
      </w:r>
      <w:r>
        <w:t xml:space="preserve">    (b) covering of all styles</w:t>
      </w:r>
      <w:r>
        <w:br/>
      </w:r>
      <w:r>
        <w:t xml:space="preserve">    (c) notable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express</w:t>
      </w:r>
      <w:r>
        <w:br/>
      </w:r>
      <w:r>
        <w:t xml:space="preserve">    (b) understand</w:t>
      </w:r>
      <w:r>
        <w:br/>
      </w:r>
      <w:r>
        <w:t xml:space="preserve">    (c)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dancer</w:t>
      </w:r>
      <w:r>
        <w:br/>
      </w:r>
      <w:r>
        <w:t xml:space="preserve">    (b) a star</w:t>
      </w:r>
      <w:r>
        <w:br/>
      </w:r>
      <w:r>
        <w:t xml:space="preserve">    (c) a flirt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Critics continue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deprecate</w:t>
      </w:r>
      <w:r>
        <w:rPr>
          <w:b/>
          <w:bCs/>
        </w:rPr>
        <w:t xml:space="preserve"> </w:t>
      </w:r>
      <w:r>
        <w:rPr>
          <w:b/>
          <w:bCs/>
        </w:rPr>
        <w:t xml:space="preserve">the film despite its strong box office success.</w:t>
      </w:r>
      <w:r>
        <w:br/>
      </w:r>
      <w:r>
        <w:t xml:space="preserve">    (a) loudly praise</w:t>
      </w:r>
      <w:r>
        <w:br/>
      </w:r>
      <w:r>
        <w:t xml:space="preserve">    (b) carefully study</w:t>
      </w:r>
      <w:r>
        <w:br/>
      </w:r>
      <w:r>
        <w:t xml:space="preserve">    (c) speak poorly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 like to speak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to the manager.</w:t>
      </w:r>
      <w:r>
        <w:br/>
      </w:r>
      <w:r>
        <w:t xml:space="preserve">    (a) when convenient</w:t>
      </w:r>
      <w:r>
        <w:br/>
      </w:r>
      <w:r>
        <w:t xml:space="preserve">    (b) personally</w:t>
      </w:r>
      <w:r>
        <w:br/>
      </w:r>
      <w:r>
        <w:t xml:space="preserve">    (c) formally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easy to work with.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communications and expectations.</w:t>
      </w:r>
      <w:r>
        <w:br/>
      </w:r>
      <w:r>
        <w:t xml:space="preserve">    (a) humble</w:t>
      </w:r>
      <w:r>
        <w:br/>
      </w:r>
      <w:r>
        <w:t xml:space="preserve">    (b) considerate</w:t>
      </w:r>
      <w:r>
        <w:br/>
      </w:r>
      <w:r>
        <w:t xml:space="preserve">    (c) straightforward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increase</w:t>
      </w:r>
      <w:r>
        <w:br/>
      </w:r>
      <w:r>
        <w:t xml:space="preserve">    (b) create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exaggerating</w:t>
      </w:r>
      <w:r>
        <w:br/>
      </w:r>
      <w:r>
        <w:t xml:space="preserve">    (b) showing</w:t>
      </w:r>
      <w:r>
        <w:br/>
      </w:r>
      <w:r>
        <w:t xml:space="preserve">    (c) minimizing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hypothesized</w:t>
      </w:r>
      <w:r>
        <w:rPr>
          <w:b/>
          <w:bCs/>
        </w:rPr>
        <w:t xml:space="preserve"> </w:t>
      </w:r>
      <w:r>
        <w:rPr>
          <w:b/>
          <w:bCs/>
        </w:rPr>
        <w:t xml:space="preserve">the existence of Pluto before its discovery.</w:t>
      </w:r>
      <w:r>
        <w:br/>
      </w:r>
      <w:r>
        <w:t xml:space="preserve">    (a) disbelieved</w:t>
      </w:r>
      <w:r>
        <w:br/>
      </w:r>
      <w:r>
        <w:t xml:space="preserve">    (b) fantasized</w:t>
      </w:r>
      <w:r>
        <w:br/>
      </w:r>
      <w:r>
        <w:t xml:space="preserve">    (c) theorized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actions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incriminating</w:t>
      </w:r>
      <w:r>
        <w:rPr>
          <w:b/>
          <w:bCs/>
        </w:rPr>
        <w:t xml:space="preserve">.</w:t>
      </w:r>
      <w:r>
        <w:br/>
      </w:r>
      <w:r>
        <w:t xml:space="preserve">    (a) making her look worried</w:t>
      </w:r>
      <w:r>
        <w:br/>
      </w:r>
      <w:r>
        <w:t xml:space="preserve">    (b) making her look foolish</w:t>
      </w:r>
      <w:r>
        <w:br/>
      </w:r>
      <w:r>
        <w:t xml:space="preserve">    (c) making her look guilty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reason</w:t>
      </w:r>
      <w:r>
        <w:br/>
      </w:r>
      <w:r>
        <w:t xml:space="preserve">    (b) excuse</w:t>
      </w:r>
      <w:r>
        <w:br/>
      </w:r>
      <w:r>
        <w:t xml:space="preserve">    (c) technique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that if 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, I will be fired.</w:t>
      </w:r>
      <w:r>
        <w:br/>
      </w:r>
      <w:r>
        <w:t xml:space="preserve">    (a) renew an agreement</w:t>
      </w:r>
      <w:r>
        <w:br/>
      </w:r>
      <w:r>
        <w:t xml:space="preserve">    (b) quit</w:t>
      </w:r>
      <w:r>
        <w:br/>
      </w:r>
      <w:r>
        <w:t xml:space="preserve">    (c) do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being embarrassed by her younger brother.</w:t>
      </w:r>
      <w:r>
        <w:br/>
      </w:r>
      <w:r>
        <w:t xml:space="preserve">    (a) with acceptance</w:t>
      </w:r>
      <w:r>
        <w:br/>
      </w:r>
      <w:r>
        <w:t xml:space="preserve">    (b) putting a stop</w:t>
      </w:r>
      <w:r>
        <w:br/>
      </w:r>
      <w:r>
        <w:t xml:space="preserve">    (c) resistant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2026-07-31T15:28:04Z</dcterms:created>
  <dcterms:modified xsi:type="dcterms:W3CDTF">2026-07-31T15:28:04Z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