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51a4f173ded2ff78b8fceff1dae99d56838dedf"/>
    <w:p>
      <w:pPr>
        <w:pStyle w:val="Heading1"/>
      </w:pPr>
      <w:r>
        <w:rPr>
          <w:b/>
          <w:bCs/>
        </w:rPr>
        <w:t xml:space="preserve">Murder On The Orient Express</w:t>
      </w:r>
      <w:r>
        <w:br/>
      </w:r>
      <w:r>
        <w:rPr>
          <w:i/>
          <w:iCs/>
        </w:rPr>
        <w:t xml:space="preserve">Agatha Christie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Although we disagree, I think we can reach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amicable</w:t>
      </w:r>
      <w:r>
        <w:rPr>
          <w:b/>
          <w:bCs/>
        </w:rPr>
        <w:t xml:space="preserve"> </w:t>
      </w:r>
      <w:r>
        <w:rPr>
          <w:b/>
          <w:bCs/>
        </w:rPr>
        <w:t xml:space="preserve">compromise.</w:t>
      </w:r>
      <w:r>
        <w:br/>
      </w:r>
      <w:r>
        <w:t xml:space="preserve">    (a) quick</w:t>
      </w:r>
      <w:r>
        <w:br/>
      </w:r>
      <w:r>
        <w:t xml:space="preserve">    (b) friendly</w:t>
      </w:r>
      <w:r>
        <w:br/>
      </w:r>
      <w:r>
        <w:t xml:space="preserve">    (c) temporary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like Twitter for its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brevity</w:t>
      </w:r>
      <w:r>
        <w:rPr>
          <w:b/>
          <w:bCs/>
        </w:rPr>
        <w:t xml:space="preserve">.</w:t>
      </w:r>
      <w:r>
        <w:br/>
      </w:r>
      <w:r>
        <w:t xml:space="preserve">    (a) clever texts</w:t>
      </w:r>
      <w:r>
        <w:br/>
      </w:r>
      <w:r>
        <w:t xml:space="preserve">    (b) varied texts</w:t>
      </w:r>
      <w:r>
        <w:br/>
      </w:r>
      <w:r>
        <w:t xml:space="preserve">    (c) short texts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court overturned the ruling--describing it as having been made in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capricious</w:t>
      </w:r>
      <w:r>
        <w:rPr>
          <w:b/>
          <w:bCs/>
        </w:rPr>
        <w:t xml:space="preserve"> </w:t>
      </w:r>
      <w:r>
        <w:rPr>
          <w:b/>
          <w:bCs/>
        </w:rPr>
        <w:t xml:space="preserve">manner.</w:t>
      </w:r>
      <w:r>
        <w:br/>
      </w:r>
      <w:r>
        <w:t xml:space="preserve">    (a) harmful</w:t>
      </w:r>
      <w:r>
        <w:br/>
      </w:r>
      <w:r>
        <w:t xml:space="preserve">    (b) biased</w:t>
      </w:r>
      <w:r>
        <w:br/>
      </w:r>
      <w:r>
        <w:t xml:space="preserve">    (c) impulsive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art works are displayed to show technique in a way that ordinary regional 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chronological</w:t>
      </w:r>
      <w:r>
        <w:rPr>
          <w:b/>
          <w:bCs/>
        </w:rPr>
        <w:t xml:space="preserve"> </w:t>
      </w:r>
      <w:r>
        <w:rPr>
          <w:b/>
          <w:bCs/>
        </w:rPr>
        <w:t xml:space="preserve">display wouldn't permit.</w:t>
      </w:r>
      <w:r>
        <w:br/>
      </w:r>
      <w:r>
        <w:t xml:space="preserve">    (a) by date</w:t>
      </w:r>
      <w:r>
        <w:br/>
      </w:r>
      <w:r>
        <w:t xml:space="preserve">    (b) by artist</w:t>
      </w:r>
      <w:r>
        <w:br/>
      </w:r>
      <w:r>
        <w:t xml:space="preserve">    (c) by region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took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circuitous</w:t>
      </w:r>
      <w:r>
        <w:rPr>
          <w:b/>
          <w:bCs/>
        </w:rPr>
        <w:t xml:space="preserve"> </w:t>
      </w:r>
      <w:r>
        <w:rPr>
          <w:b/>
          <w:bCs/>
        </w:rPr>
        <w:t xml:space="preserve">route back to our hotel so we could see more of the city.</w:t>
      </w:r>
      <w:r>
        <w:br/>
      </w:r>
      <w:r>
        <w:t xml:space="preserve">    (a) absolute</w:t>
      </w:r>
      <w:r>
        <w:br/>
      </w:r>
      <w:r>
        <w:t xml:space="preserve">    (b) pleasing</w:t>
      </w:r>
      <w:r>
        <w:br/>
      </w:r>
      <w:r>
        <w:t xml:space="preserve">    (c) indirect (not the straightest or quickest)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professor greeted each student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cordially</w:t>
      </w:r>
      <w:r>
        <w:rPr>
          <w:b/>
          <w:bCs/>
        </w:rPr>
        <w:t xml:space="preserve"> </w:t>
      </w:r>
      <w:r>
        <w:rPr>
          <w:b/>
          <w:bCs/>
        </w:rPr>
        <w:t xml:space="preserve">as they entered.</w:t>
      </w:r>
      <w:r>
        <w:br/>
      </w:r>
      <w:r>
        <w:t xml:space="preserve">    (a) in a friendly manner</w:t>
      </w:r>
      <w:r>
        <w:br/>
      </w:r>
      <w:r>
        <w:t xml:space="preserve">    (b) in a clumsy manner</w:t>
      </w:r>
      <w:r>
        <w:br/>
      </w:r>
      <w:r>
        <w:t xml:space="preserve">    (c) in a hurried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fond of telling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didactic</w:t>
      </w:r>
      <w:r>
        <w:rPr>
          <w:b/>
          <w:bCs/>
        </w:rPr>
        <w:t xml:space="preserve"> </w:t>
      </w:r>
      <w:r>
        <w:rPr>
          <w:b/>
          <w:bCs/>
        </w:rPr>
        <w:t xml:space="preserve">stories to her grandchildren.</w:t>
      </w:r>
      <w:r>
        <w:br/>
      </w:r>
      <w:r>
        <w:t xml:space="preserve">    (a) psychoanalysis:  that part of the unconscious mind with primitive, instinctual desires</w:t>
      </w:r>
      <w:r>
        <w:br/>
      </w:r>
      <w:r>
        <w:t xml:space="preserve">    (b) someone who believes in doing things the way they have generally been done in the past</w:t>
      </w:r>
      <w:r>
        <w:br/>
      </w:r>
      <w:r>
        <w:t xml:space="preserve">    (c) intended to instruct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study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elucidates</w:t>
      </w:r>
      <w:r>
        <w:rPr>
          <w:b/>
          <w:bCs/>
        </w:rPr>
        <w:t xml:space="preserve"> </w:t>
      </w:r>
      <w:r>
        <w:rPr>
          <w:b/>
          <w:bCs/>
        </w:rPr>
        <w:t xml:space="preserve">the relationship between impulse control and success in life.</w:t>
      </w:r>
      <w:r>
        <w:br/>
      </w:r>
      <w:r>
        <w:t xml:space="preserve">    (a) makes clear</w:t>
      </w:r>
      <w:r>
        <w:br/>
      </w:r>
      <w:r>
        <w:t xml:space="preserve">    (b) indications of the approach of something</w:t>
      </w:r>
      <w:r>
        <w:br/>
      </w:r>
      <w:r>
        <w:t xml:space="preserve">    (c) public praise and/or awards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is not enough time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enumerate</w:t>
      </w:r>
      <w:r>
        <w:rPr>
          <w:b/>
          <w:bCs/>
        </w:rPr>
        <w:t xml:space="preserve"> </w:t>
      </w:r>
      <w:r>
        <w:rPr>
          <w:b/>
          <w:bCs/>
        </w:rPr>
        <w:t xml:space="preserve">all of her accomplishments.</w:t>
      </w:r>
      <w:r>
        <w:br/>
      </w:r>
      <w:r>
        <w:t xml:space="preserve">    (a) study</w:t>
      </w:r>
      <w:r>
        <w:br/>
      </w:r>
      <w:r>
        <w:t xml:space="preserve">    (b) follow</w:t>
      </w:r>
      <w:r>
        <w:br/>
      </w:r>
      <w:r>
        <w:t xml:space="preserve">    (c) list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couldn't hear what they were saying or see their faces, but by their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gesticulations</w:t>
      </w:r>
      <w:r>
        <w:rPr>
          <w:b/>
          <w:bCs/>
        </w:rPr>
        <w:t xml:space="preserve">, I'm sure they were angry at each other.</w:t>
      </w:r>
      <w:r>
        <w:br/>
      </w:r>
      <w:r>
        <w:t xml:space="preserve">    (a) facial expressions</w:t>
      </w:r>
      <w:r>
        <w:br/>
      </w:r>
      <w:r>
        <w:t xml:space="preserve">    (b) tones of voice</w:t>
      </w:r>
      <w:r>
        <w:br/>
      </w:r>
      <w:r>
        <w:t xml:space="preserve">    (c) gestures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made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impetuous</w:t>
      </w:r>
      <w:r>
        <w:rPr>
          <w:b/>
          <w:bCs/>
        </w:rPr>
        <w:t xml:space="preserve"> </w:t>
      </w:r>
      <w:r>
        <w:rPr>
          <w:b/>
          <w:bCs/>
        </w:rPr>
        <w:t xml:space="preserve">purchase, buying the car without test-driving it first.</w:t>
      </w:r>
      <w:r>
        <w:br/>
      </w:r>
      <w:r>
        <w:t xml:space="preserve">    (a) impulsive</w:t>
      </w:r>
      <w:r>
        <w:br/>
      </w:r>
      <w:r>
        <w:t xml:space="preserve">    (b) cautious</w:t>
      </w:r>
      <w:r>
        <w:br/>
      </w:r>
      <w:r>
        <w:t xml:space="preserve">    (c) wealthy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remembered for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indomitable</w:t>
      </w:r>
      <w:r>
        <w:rPr>
          <w:b/>
          <w:bCs/>
        </w:rPr>
        <w:t xml:space="preserve"> </w:t>
      </w:r>
      <w:r>
        <w:rPr>
          <w:b/>
          <w:bCs/>
        </w:rPr>
        <w:t xml:space="preserve">spirit.</w:t>
      </w:r>
      <w:r>
        <w:br/>
      </w:r>
      <w:r>
        <w:t xml:space="preserve">    (a) unyielding resolve and spirit</w:t>
      </w:r>
      <w:r>
        <w:br/>
      </w:r>
      <w:r>
        <w:t xml:space="preserve">    (b) cheerful optimism and flexibility</w:t>
      </w:r>
      <w:r>
        <w:br/>
      </w:r>
      <w:r>
        <w:t xml:space="preserve">    (c) uncertain hope and nervous energy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It's going to take a lot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ingenuity</w:t>
      </w:r>
      <w:r>
        <w:rPr>
          <w:b/>
          <w:bCs/>
        </w:rPr>
        <w:t xml:space="preserve">, but I think we can save the company.</w:t>
      </w:r>
      <w:r>
        <w:br/>
      </w:r>
      <w:r>
        <w:t xml:space="preserve">    (a) time</w:t>
      </w:r>
      <w:r>
        <w:br/>
      </w:r>
      <w:r>
        <w:t xml:space="preserve">    (b) creativity</w:t>
      </w:r>
      <w:r>
        <w:br/>
      </w:r>
      <w:r>
        <w:t xml:space="preserve">    (c) money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latent</w:t>
      </w:r>
      <w:r>
        <w:rPr>
          <w:b/>
          <w:bCs/>
        </w:rPr>
        <w:t xml:space="preserve"> </w:t>
      </w:r>
      <w:r>
        <w:rPr>
          <w:b/>
          <w:bCs/>
        </w:rPr>
        <w:t xml:space="preserve">HPV infection reactivated when her immune system weakened with age.</w:t>
      </w:r>
      <w:r>
        <w:br/>
      </w:r>
      <w:r>
        <w:t xml:space="preserve">    (a) severe</w:t>
      </w:r>
      <w:r>
        <w:br/>
      </w:r>
      <w:r>
        <w:t xml:space="preserve">    (b) common</w:t>
      </w:r>
      <w:r>
        <w:br/>
      </w:r>
      <w:r>
        <w:t xml:space="preserve">    (c) inactive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politician’s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nebulous</w:t>
      </w:r>
      <w:r>
        <w:rPr>
          <w:b/>
          <w:bCs/>
        </w:rPr>
        <w:t xml:space="preserve"> </w:t>
      </w:r>
      <w:r>
        <w:rPr>
          <w:b/>
          <w:bCs/>
        </w:rPr>
        <w:t xml:space="preserve">statements left the audience confused about his stance on the issue.</w:t>
      </w:r>
      <w:r>
        <w:br/>
      </w:r>
      <w:r>
        <w:t xml:space="preserve">    (a) vague or unclear</w:t>
      </w:r>
      <w:r>
        <w:br/>
      </w:r>
      <w:r>
        <w:t xml:space="preserve">    (b) confident or assertive</w:t>
      </w:r>
      <w:r>
        <w:br/>
      </w:r>
      <w:r>
        <w:t xml:space="preserve">    (c) concise or brief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budget was approved,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notwithstanding</w:t>
      </w:r>
      <w:r>
        <w:rPr>
          <w:b/>
          <w:bCs/>
        </w:rPr>
        <w:t xml:space="preserve"> </w:t>
      </w:r>
      <w:r>
        <w:rPr>
          <w:b/>
          <w:bCs/>
        </w:rPr>
        <w:t xml:space="preserve">the loud protests from the opposition.</w:t>
      </w:r>
      <w:r>
        <w:br/>
      </w:r>
      <w:r>
        <w:t xml:space="preserve">    (a) in spite of</w:t>
      </w:r>
      <w:r>
        <w:br/>
      </w:r>
      <w:r>
        <w:t xml:space="preserve">    (b) in addition to</w:t>
      </w:r>
      <w:r>
        <w:br/>
      </w:r>
      <w:r>
        <w:t xml:space="preserve">    (c) as a result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tone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peremptory</w:t>
      </w:r>
      <w:r>
        <w:rPr>
          <w:b/>
          <w:bCs/>
        </w:rPr>
        <w:t xml:space="preserve">, preventing argument or disagreement.</w:t>
      </w:r>
      <w:r>
        <w:br/>
      </w:r>
      <w:r>
        <w:t xml:space="preserve">    (a) not in line with her usual manner</w:t>
      </w:r>
      <w:r>
        <w:br/>
      </w:r>
      <w:r>
        <w:t xml:space="preserve">    (b) not allowing contradiction or refusal</w:t>
      </w:r>
      <w:r>
        <w:br/>
      </w:r>
      <w:r>
        <w:t xml:space="preserve">    (c) more rushed than usual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spurious</w:t>
      </w:r>
      <w:r>
        <w:rPr>
          <w:b/>
          <w:bCs/>
        </w:rPr>
        <w:t xml:space="preserve"> </w:t>
      </w:r>
      <w:r>
        <w:rPr>
          <w:b/>
          <w:bCs/>
        </w:rPr>
        <w:t xml:space="preserve">claim has already been dismissed by the court.</w:t>
      </w:r>
      <w:r>
        <w:br/>
      </w:r>
      <w:r>
        <w:t xml:space="preserve">    (a) the quality of behaving in an instinctive, uninhibited, and unplanned manner</w:t>
      </w:r>
      <w:r>
        <w:br/>
      </w:r>
      <w:r>
        <w:t xml:space="preserve">    (b) false</w:t>
      </w:r>
      <w:r>
        <w:br/>
      </w:r>
      <w:r>
        <w:t xml:space="preserve">    (c) the state or degree of having the ability to change for different situations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unobtrusively</w:t>
      </w:r>
      <w:r>
        <w:rPr>
          <w:b/>
          <w:bCs/>
        </w:rPr>
        <w:t xml:space="preserve"> </w:t>
      </w:r>
      <w:r>
        <w:rPr>
          <w:b/>
          <w:bCs/>
        </w:rPr>
        <w:t xml:space="preserve">in the rear of the room.</w:t>
      </w:r>
      <w:r>
        <w:br/>
      </w:r>
      <w:r>
        <w:t xml:space="preserve">    (a) without drawing attention</w:t>
      </w:r>
      <w:r>
        <w:br/>
      </w:r>
      <w:r>
        <w:t xml:space="preserve">    (b) while crying softly</w:t>
      </w:r>
      <w:r>
        <w:br/>
      </w:r>
      <w:r>
        <w:t xml:space="preserve">    (c) while shouting loudly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unwitting</w:t>
      </w:r>
      <w:r>
        <w:rPr>
          <w:b/>
          <w:bCs/>
        </w:rPr>
        <w:t xml:space="preserve"> </w:t>
      </w:r>
      <w:r>
        <w:rPr>
          <w:b/>
          <w:bCs/>
        </w:rPr>
        <w:t xml:space="preserve">accomplice in the crime.</w:t>
      </w:r>
      <w:r>
        <w:br/>
      </w:r>
      <w:r>
        <w:t xml:space="preserve">    (a) unkind</w:t>
      </w:r>
      <w:r>
        <w:br/>
      </w:r>
      <w:r>
        <w:t xml:space="preserve">    (b) unimportant</w:t>
      </w:r>
      <w:r>
        <w:br/>
      </w:r>
      <w:r>
        <w:t xml:space="preserve">    (c) unintentional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2026-07-31T15:28:05Z</dcterms:created>
  <dcterms:modified xsi:type="dcterms:W3CDTF">2026-07-31T15:28:05Z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