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0316ce422f74920d580f48807fc251e31dfe58"/>
    <w:p>
      <w:pPr>
        <w:pStyle w:val="Heading1"/>
      </w:pPr>
      <w:r>
        <w:rPr>
          <w:b/>
          <w:bCs/>
        </w:rPr>
        <w:t xml:space="preserve">Murder On The Orient Express</w:t>
      </w:r>
      <w:r>
        <w:br/>
      </w:r>
      <w:r>
        <w:rPr>
          <w:i/>
          <w:iCs/>
        </w:rPr>
        <w:t xml:space="preserve">Agatha Christie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very distinguished officer had committed suicide, another had suddenly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,</w:t>
      </w:r>
      <w:r>
        <w:br/>
      </w:r>
      <w:r>
        <w:t xml:space="preserve">    (a) drew</w:t>
      </w:r>
      <w:r>
        <w:br/>
      </w:r>
      <w:r>
        <w:t xml:space="preserve">    (b) quit (from a job or position)</w:t>
      </w:r>
      <w:r>
        <w:br/>
      </w:r>
      <w:r>
        <w:t xml:space="preserve">    (c) paid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"Well, nothing in the world would surprise me now," said Mr. Hardman with quiet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resignation</w:t>
      </w:r>
      <w:r>
        <w:rPr>
          <w:b/>
          <w:bCs/>
        </w:rPr>
        <w:t xml:space="preserve">.</w:t>
      </w:r>
      <w:r>
        <w:br/>
      </w:r>
      <w:r>
        <w:t xml:space="preserve">    (a) having accepted something undesired as unavoidable or the lesser of evils</w:t>
      </w:r>
      <w:r>
        <w:br/>
      </w:r>
      <w:r>
        <w:t xml:space="preserve">    (b) the process of thinking carefully and making a judgment about something</w:t>
      </w:r>
      <w:r>
        <w:br/>
      </w:r>
      <w:r>
        <w:t xml:space="preserve">    (c) the act of finding fault and telling others; or a description of faults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Just a long, poorly lighted platform with loud, furious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altercations</w:t>
      </w:r>
      <w:r>
        <w:rPr>
          <w:b/>
          <w:bCs/>
        </w:rPr>
        <w:t xml:space="preserve"> </w:t>
      </w:r>
      <w:r>
        <w:rPr>
          <w:b/>
          <w:bCs/>
        </w:rPr>
        <w:t xml:space="preserve">in Arabic going on somewhere.</w:t>
      </w:r>
      <w:r>
        <w:br/>
      </w:r>
      <w:r>
        <w:t xml:space="preserve">    (a) dreamlike states of altered consciousness</w:t>
      </w:r>
      <w:r>
        <w:br/>
      </w:r>
      <w:r>
        <w:t xml:space="preserve">    (b) works of fiction depicting a bleak future</w:t>
      </w:r>
      <w:r>
        <w:br/>
      </w:r>
      <w:r>
        <w:t xml:space="preserve">    (c) a noisy argument, confrontation, or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By 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the noises on the train seemed unusually loud.</w:t>
      </w:r>
      <w:r>
        <w:br/>
      </w:r>
      <w:r>
        <w:t xml:space="preserve">    (a) injured muscles or tendons in the back</w:t>
      </w:r>
      <w:r>
        <w:br/>
      </w:r>
      <w:r>
        <w:t xml:space="preserve">    (b) in a comparison that shows differences</w:t>
      </w:r>
      <w:r>
        <w:br/>
      </w:r>
      <w:r>
        <w:t xml:space="preserve">    (c) beyond the permitted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Poirot's methods with Hildegarde Schmidt were a complete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to his handling of Mary Debenham.</w:t>
      </w:r>
      <w:r>
        <w:br/>
      </w:r>
      <w:r>
        <w:t xml:space="preserve">    (a) come to terms with</w:t>
      </w:r>
      <w:r>
        <w:br/>
      </w:r>
      <w:r>
        <w:t xml:space="preserve">    (b) block or interfere</w:t>
      </w:r>
      <w:r>
        <w:br/>
      </w:r>
      <w:r>
        <w:t xml:space="preserve">    (c) something notably different compared (to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here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hypothesis</w:t>
      </w:r>
      <w:r>
        <w:rPr>
          <w:b/>
          <w:bCs/>
        </w:rPr>
        <w:t xml:space="preserve"> </w:t>
      </w:r>
      <w:r>
        <w:rPr>
          <w:b/>
          <w:bCs/>
        </w:rPr>
        <w:t xml:space="preserve">of the First and the Second Murderer, as the great Shakespeare would put it.</w:t>
      </w:r>
      <w:r>
        <w:br/>
      </w:r>
      <w:r>
        <w:t xml:space="preserve">    (a) the quality of appropriateness in size, amount, or degree</w:t>
      </w:r>
      <w:r>
        <w:br/>
      </w:r>
      <w:r>
        <w:t xml:space="preserve">    (b) feels or expresses regret for having done something wrong</w:t>
      </w:r>
      <w:r>
        <w:br/>
      </w:r>
      <w:r>
        <w:t xml:space="preserve">    (c) a seemingly reasonable, but unproven,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used to burn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incriminating</w:t>
      </w:r>
      <w:r>
        <w:rPr>
          <w:b/>
          <w:bCs/>
        </w:rPr>
        <w:t xml:space="preserve"> </w:t>
      </w:r>
      <w:r>
        <w:rPr>
          <w:b/>
          <w:bCs/>
        </w:rPr>
        <w:t xml:space="preserve">paper of some kind.</w:t>
      </w:r>
      <w:r>
        <w:br/>
      </w:r>
      <w:r>
        <w:t xml:space="preserve">    (a) working or operating</w:t>
      </w:r>
      <w:r>
        <w:br/>
      </w:r>
      <w:r>
        <w:t xml:space="preserve">    (b) believing or judging</w:t>
      </w:r>
      <w:r>
        <w:br/>
      </w:r>
      <w:r>
        <w:t xml:space="preserve">    (c) making appear guilty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proved afterwards that she had been absolutely innocent of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complicity</w:t>
      </w:r>
      <w:r>
        <w:rPr>
          <w:b/>
          <w:bCs/>
        </w:rPr>
        <w:t xml:space="preserve"> </w:t>
      </w:r>
      <w:r>
        <w:rPr>
          <w:b/>
          <w:bCs/>
        </w:rPr>
        <w:t xml:space="preserve">in the crime.</w:t>
      </w:r>
      <w:r>
        <w:br/>
      </w:r>
      <w:r>
        <w:t xml:space="preserve">    (a) act of helping in a crime or offense</w:t>
      </w:r>
      <w:r>
        <w:br/>
      </w:r>
      <w:r>
        <w:t xml:space="preserve">    (b) lacking experience or sophistication</w:t>
      </w:r>
      <w:r>
        <w:br/>
      </w:r>
      <w:r>
        <w:t xml:space="preserve">    (c) a Muslim religious teacher or leader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daughter always says: 'When Mamma's got a hunch you can bet your bottom dollar it's O.K.' Were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acquainted</w:t>
      </w:r>
      <w:r>
        <w:rPr>
          <w:b/>
          <w:bCs/>
        </w:rPr>
        <w:t xml:space="preserve"> </w:t>
      </w:r>
      <w:r>
        <w:rPr>
          <w:b/>
          <w:bCs/>
        </w:rPr>
        <w:t xml:space="preserve">with any of the Armstrong family, Mrs. Hubbard?</w:t>
      </w:r>
      <w:r>
        <w:br/>
      </w:r>
      <w:r>
        <w:t xml:space="preserve">    (a) familiar with  OR  a friend or associate</w:t>
      </w:r>
      <w:r>
        <w:br/>
      </w:r>
      <w:r>
        <w:t xml:space="preserve">    (b) not having taken power or responsibility</w:t>
      </w:r>
      <w:r>
        <w:br/>
      </w:r>
      <w:r>
        <w:t xml:space="preserve">    (c) compensated for a loss; or paid a reward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Very nice,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amiable</w:t>
      </w:r>
      <w:r>
        <w:rPr>
          <w:b/>
          <w:bCs/>
        </w:rPr>
        <w:t xml:space="preserve">.</w:t>
      </w:r>
      <w:r>
        <w:br/>
      </w:r>
      <w:r>
        <w:t xml:space="preserve">    (a) important, serious, or dangerous</w:t>
      </w:r>
      <w:r>
        <w:br/>
      </w:r>
      <w:r>
        <w:t xml:space="preserve">    (b) friendly, agreeable, and likable</w:t>
      </w:r>
      <w:r>
        <w:br/>
      </w:r>
      <w:r>
        <w:t xml:space="preserve">    (c) not clear or easily identifiable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learned to be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acute</w:t>
      </w:r>
      <w:r>
        <w:rPr>
          <w:b/>
          <w:bCs/>
        </w:rPr>
        <w:t xml:space="preserve"> </w:t>
      </w:r>
      <w:r>
        <w:rPr>
          <w:b/>
          <w:bCs/>
        </w:rPr>
        <w:t xml:space="preserve">-- to read the face.</w:t>
      </w:r>
      <w:r>
        <w:br/>
      </w:r>
      <w:r>
        <w:t xml:space="preserve">    (a) without a tendency to be full of thought</w:t>
      </w:r>
      <w:r>
        <w:br/>
      </w:r>
      <w:r>
        <w:t xml:space="preserve">    (b) lacking a tendency to be full of thought</w:t>
      </w:r>
      <w:r>
        <w:br/>
      </w:r>
      <w:r>
        <w:t xml:space="preserve">    (c) highly perceptive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at this minute that the position of Countess Andrenyi became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acute</w:t>
      </w:r>
      <w:r>
        <w:rPr>
          <w:b/>
          <w:bCs/>
        </w:rPr>
        <w:t xml:space="preserve">, and her husband immediately took steps to alter the passport.</w:t>
      </w:r>
      <w:r>
        <w:br/>
      </w:r>
      <w:r>
        <w:t xml:space="preserve">    (a) gradually getting worse</w:t>
      </w:r>
      <w:r>
        <w:br/>
      </w:r>
      <w:r>
        <w:t xml:space="preserve">    (b) rapidly and severely negative</w:t>
      </w:r>
      <w:r>
        <w:br/>
      </w:r>
      <w:r>
        <w:t xml:space="preserve">    (c) only superficial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know that you cannot give us much information bearing on the crime itself, but you may have seen or heard something that, while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conveying</w:t>
      </w:r>
      <w:r>
        <w:rPr>
          <w:b/>
          <w:bCs/>
        </w:rPr>
        <w:t xml:space="preserve"> </w:t>
      </w:r>
      <w:r>
        <w:rPr>
          <w:b/>
          <w:bCs/>
        </w:rPr>
        <w:t xml:space="preserve">nothing to you, may be valuable to us.</w:t>
      </w:r>
      <w:r>
        <w:br/>
      </w:r>
      <w:r>
        <w:t xml:space="preserve">    (a) communicating or expressing</w:t>
      </w:r>
      <w:r>
        <w:br/>
      </w:r>
      <w:r>
        <w:t xml:space="preserve">    (b) treating as if of low worth</w:t>
      </w:r>
      <w:r>
        <w:br/>
      </w:r>
      <w:r>
        <w:t xml:space="preserve">    (c) delaying until a later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case of many of the passengers,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their bona fides will be difficult; in most cases it will probably not be attempted, especially since there seems nothing in the way of suspicion attaching to them.</w:t>
      </w:r>
      <w:r>
        <w:br/>
      </w:r>
      <w:r>
        <w:t xml:space="preserve">    (a) accept as true (without proof)</w:t>
      </w:r>
      <w:r>
        <w:br/>
      </w:r>
      <w:r>
        <w:t xml:space="preserve">    (b) take (power or responsibility)</w:t>
      </w:r>
      <w:r>
        <w:br/>
      </w:r>
      <w:r>
        <w:t xml:space="preserve">    (c) demonstrate or prove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Either it was done by the murderer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an alibi, and afterwards, when he meant to leave the compartment, he was prevented by hearing people moving about; or...</w:t>
      </w:r>
      <w:r>
        <w:br/>
      </w:r>
      <w:r>
        <w:t xml:space="preserve">    (a) create</w:t>
      </w:r>
      <w:r>
        <w:br/>
      </w:r>
      <w:r>
        <w:t xml:space="preserve">    (b) interact again or interest again</w:t>
      </w:r>
      <w:r>
        <w:br/>
      </w:r>
      <w:r>
        <w:t xml:space="preserve">    (c) genetic change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French or the Belgian girl,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coquettish</w:t>
      </w:r>
      <w:r>
        <w:rPr>
          <w:b/>
          <w:bCs/>
        </w:rPr>
        <w:t xml:space="preserve">, charming-I think there is no one to touch her.</w:t>
      </w:r>
      <w:r>
        <w:br/>
      </w:r>
      <w:r>
        <w:t xml:space="preserve">    (a) trustworthy with secrets or subtle (not attracting attention)</w:t>
      </w:r>
      <w:r>
        <w:br/>
      </w:r>
      <w:r>
        <w:t xml:space="preserve">    (b) casually playful in a way that arouses sexual interest of men</w:t>
      </w:r>
      <w:r>
        <w:br/>
      </w:r>
      <w:r>
        <w:t xml:space="preserve">    (c) related to the setting or situation in which something occurs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you do not like the waste of time. No, you like to come straight to the point. You like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</w:t>
      </w:r>
      <w:r>
        <w:rPr>
          <w:b/>
          <w:bCs/>
        </w:rPr>
        <w:t xml:space="preserve"> </w:t>
      </w:r>
      <w:r>
        <w:rPr>
          <w:b/>
          <w:bCs/>
        </w:rPr>
        <w:t xml:space="preserve">method.</w:t>
      </w:r>
      <w:r>
        <w:br/>
      </w:r>
      <w:r>
        <w:t xml:space="preserve">    (a) straightforward (specific and to the point)</w:t>
      </w:r>
      <w:r>
        <w:br/>
      </w:r>
      <w:r>
        <w:t xml:space="preserve">    (b) meticulousness (care for small details)</w:t>
      </w:r>
      <w:r>
        <w:br/>
      </w:r>
      <w:r>
        <w:t xml:space="preserve">    (c) the state or degree of being very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Taken at its simplest it is a clue 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 </w:t>
      </w:r>
      <w:r>
        <w:rPr>
          <w:b/>
          <w:bCs/>
        </w:rPr>
        <w:t xml:space="preserve">incriminates someone whose initial is H, and it was dropped there unwittingly by that person.</w:t>
      </w:r>
      <w:r>
        <w:br/>
      </w:r>
      <w:r>
        <w:t xml:space="preserve">    (a) in a manner that is not sexually attractive, or persuasively tempting</w:t>
      </w:r>
      <w:r>
        <w:br/>
      </w:r>
      <w:r>
        <w:t xml:space="preserve">    (b) completely</w:t>
      </w:r>
      <w:r>
        <w:br/>
      </w:r>
      <w:r>
        <w:t xml:space="preserve">    (c) in a manner that is appropriate or related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"And it was his murderer speaking!" finished M. Bouc impressively.</w:t>
      </w:r>
      <w:r>
        <w:br/>
      </w:r>
      <w:r>
        <w:rPr>
          <w:b/>
          <w:bCs/>
        </w:rPr>
        <w:t xml:space="preserve">Poirot raised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deprecating</w:t>
      </w:r>
      <w:r>
        <w:rPr>
          <w:b/>
          <w:bCs/>
        </w:rPr>
        <w:t xml:space="preserve"> </w:t>
      </w:r>
      <w:r>
        <w:rPr>
          <w:b/>
          <w:bCs/>
        </w:rPr>
        <w:t xml:space="preserve">hand. "Let us not go too fast."</w:t>
      </w:r>
      <w:r>
        <w:br/>
      </w:r>
      <w:r>
        <w:t xml:space="preserve">    (a) persuading someone to want something (often sex or love) by tempting with something desired</w:t>
      </w:r>
      <w:r>
        <w:br/>
      </w:r>
      <w:r>
        <w:t xml:space="preserve">    (b) removing or suppressing something considered obscene, immoral, or politically unacceptable</w:t>
      </w:r>
      <w:r>
        <w:br/>
      </w:r>
      <w:r>
        <w:t xml:space="preserve">    (c) disapproving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if in the end everybody on the train proves to have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 </w:t>
      </w:r>
      <w:r>
        <w:rPr>
          <w:b/>
          <w:bCs/>
        </w:rPr>
        <w:t xml:space="preserve">for killing Ratchett, we have to know.</w:t>
      </w:r>
      <w:r>
        <w:br/>
      </w:r>
      <w:r>
        <w:t xml:space="preserve">    (a) the sacred writings of Islam</w:t>
      </w:r>
      <w:r>
        <w:br/>
      </w:r>
      <w:r>
        <w:t xml:space="preserve">    (b) small quantity or indication</w:t>
      </w:r>
      <w:r>
        <w:br/>
      </w:r>
      <w:r>
        <w:t xml:space="preserve">    (c) reason (for doing something)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2026-07-31T15:28:04Z</dcterms:created>
  <dcterms:modified xsi:type="dcterms:W3CDTF">2026-07-31T15:28:04Z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