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e73897ed0ed22436335780219e450b8d95138f"/>
    <w:p>
      <w:pPr>
        <w:pStyle w:val="Heading1"/>
      </w:pPr>
      <w:r>
        <w:rPr>
          <w:b/>
          <w:bCs/>
        </w:rPr>
        <w:t xml:space="preserve">Much Ado About Nothing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owe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allegiance</w:t>
      </w:r>
      <w:r>
        <w:rPr>
          <w:b/>
          <w:bCs/>
        </w:rPr>
        <w:t xml:space="preserve"> </w:t>
      </w:r>
      <w:r>
        <w:rPr>
          <w:b/>
          <w:bCs/>
        </w:rPr>
        <w:t xml:space="preserve">to the outdated ideas of our political party.</w:t>
      </w:r>
      <w:r>
        <w:br/>
      </w:r>
      <w:r>
        <w:t xml:space="preserve">    (a) loyalty</w:t>
      </w:r>
      <w:r>
        <w:br/>
      </w:r>
      <w:r>
        <w:t xml:space="preserve">    (b) money</w:t>
      </w:r>
      <w:r>
        <w:br/>
      </w:r>
      <w:r>
        <w:t xml:space="preserve">    (c) hatred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organization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bestows</w:t>
      </w:r>
      <w:r>
        <w:rPr>
          <w:b/>
          <w:bCs/>
        </w:rPr>
        <w:t xml:space="preserve"> </w:t>
      </w:r>
      <w:r>
        <w:rPr>
          <w:b/>
          <w:bCs/>
        </w:rPr>
        <w:t xml:space="preserve">honors, awards, and sometimes cash prizes to promising writers.</w:t>
      </w:r>
      <w:r>
        <w:br/>
      </w:r>
      <w:r>
        <w:t xml:space="preserve">    (a) recommends</w:t>
      </w:r>
      <w:r>
        <w:br/>
      </w:r>
      <w:r>
        <w:t xml:space="preserve">    (b) gives</w:t>
      </w:r>
      <w:r>
        <w:br/>
      </w:r>
      <w:r>
        <w:t xml:space="preserve">    (c) shows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commend</w:t>
      </w:r>
      <w:r>
        <w:rPr>
          <w:b/>
          <w:bCs/>
        </w:rPr>
        <w:t xml:space="preserve"> </w:t>
      </w:r>
      <w:r>
        <w:rPr>
          <w:b/>
          <w:bCs/>
        </w:rPr>
        <w:t xml:space="preserve">her dedication.</w:t>
      </w:r>
      <w:r>
        <w:br/>
      </w:r>
      <w:r>
        <w:t xml:space="preserve">    (a) envy</w:t>
      </w:r>
      <w:r>
        <w:br/>
      </w:r>
      <w:r>
        <w:t xml:space="preserve">    (b) miss</w:t>
      </w:r>
      <w:r>
        <w:br/>
      </w:r>
      <w:r>
        <w:t xml:space="preserve">    (c) praise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Congressional power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court.</w:t>
      </w:r>
      <w:r>
        <w:br/>
      </w:r>
      <w:r>
        <w:t xml:space="preserve">    (a) threatened</w:t>
      </w:r>
      <w:r>
        <w:br/>
      </w:r>
      <w:r>
        <w:t xml:space="preserve">    (b) restricted</w:t>
      </w:r>
      <w:r>
        <w:br/>
      </w:r>
      <w:r>
        <w:t xml:space="preserve">    (c) enforced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worst mix -- greedy,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, and without morals.</w:t>
      </w:r>
      <w:r>
        <w:br/>
      </w:r>
      <w:r>
        <w:t xml:space="preserve">    (a) strong and cruel</w:t>
      </w:r>
      <w:r>
        <w:br/>
      </w:r>
      <w:r>
        <w:t xml:space="preserve">    (b) clever and deceitful</w:t>
      </w:r>
      <w:r>
        <w:br/>
      </w:r>
      <w:r>
        <w:t xml:space="preserve">    (c) stupid and impatient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fake article was written to attract attention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</w:t>
      </w:r>
      <w:r>
        <w:rPr>
          <w:b/>
          <w:bCs/>
        </w:rPr>
        <w:t xml:space="preserve"> </w:t>
      </w:r>
      <w:r>
        <w:rPr>
          <w:b/>
          <w:bCs/>
        </w:rPr>
        <w:t xml:space="preserve">readers.</w:t>
      </w:r>
      <w:r>
        <w:br/>
      </w:r>
      <w:r>
        <w:t xml:space="preserve">    (a) entertain</w:t>
      </w:r>
      <w:r>
        <w:br/>
      </w:r>
      <w:r>
        <w:t xml:space="preserve">    (b) lie to or mislead</w:t>
      </w:r>
      <w:r>
        <w:br/>
      </w:r>
      <w:r>
        <w:t xml:space="preserve">    (c) attract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may be our last chance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</w:t>
      </w:r>
      <w:r>
        <w:rPr>
          <w:b/>
          <w:bCs/>
        </w:rPr>
        <w:t xml:space="preserve"> </w:t>
      </w:r>
      <w:r>
        <w:rPr>
          <w:b/>
          <w:bCs/>
        </w:rPr>
        <w:t xml:space="preserve">a compromise that will save the peace.</w:t>
      </w:r>
      <w:r>
        <w:br/>
      </w:r>
      <w:r>
        <w:t xml:space="preserve">    (a) create</w:t>
      </w:r>
      <w:r>
        <w:br/>
      </w:r>
      <w:r>
        <w:t xml:space="preserve">    (b) consider</w:t>
      </w:r>
      <w:r>
        <w:br/>
      </w:r>
      <w:r>
        <w:t xml:space="preserve">    (c) save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 </w:t>
      </w:r>
      <w:r>
        <w:rPr>
          <w:b/>
          <w:bCs/>
        </w:rPr>
        <w:t xml:space="preserve">for the notion that common people can regulate their own lives better than she can.</w:t>
      </w:r>
      <w:r>
        <w:br/>
      </w:r>
      <w:r>
        <w:t xml:space="preserve">    (a) intense anger</w:t>
      </w:r>
      <w:r>
        <w:br/>
      </w:r>
      <w:r>
        <w:t xml:space="preserve">    (b) lack of respect</w:t>
      </w:r>
      <w:r>
        <w:br/>
      </w:r>
      <w:r>
        <w:t xml:space="preserve">    (c) humility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forswear</w:t>
      </w:r>
      <w:r>
        <w:rPr>
          <w:b/>
          <w:bCs/>
        </w:rPr>
        <w:t xml:space="preserve"> </w:t>
      </w:r>
      <w:r>
        <w:rPr>
          <w:b/>
          <w:bCs/>
        </w:rPr>
        <w:t xml:space="preserve">contributions from special interest groups.</w:t>
      </w:r>
      <w:r>
        <w:br/>
      </w:r>
      <w:r>
        <w:t xml:space="preserve">    (a) take advantage of</w:t>
      </w:r>
      <w:r>
        <w:br/>
      </w:r>
      <w:r>
        <w:t xml:space="preserve">    (b) make public</w:t>
      </w:r>
      <w:r>
        <w:br/>
      </w:r>
      <w:r>
        <w:t xml:space="preserve">    (c) stop (taking)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weather makes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. I can't wait for spring,</w:t>
      </w:r>
      <w:r>
        <w:br/>
      </w:r>
      <w:r>
        <w:t xml:space="preserve">    (a) feel like singing</w:t>
      </w:r>
      <w:r>
        <w:br/>
      </w:r>
      <w:r>
        <w:t xml:space="preserve">    (b) happy</w:t>
      </w:r>
      <w:r>
        <w:br/>
      </w:r>
      <w:r>
        <w:t xml:space="preserve">    (c)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graduates have high college debt.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too many of them haven't found good-paying jobs.</w:t>
      </w:r>
      <w:r>
        <w:br/>
      </w:r>
      <w:r>
        <w:t xml:space="preserve">    (a) in addition to that</w:t>
      </w:r>
      <w:r>
        <w:br/>
      </w:r>
      <w:r>
        <w:t xml:space="preserve">    (b) in contrast to that</w:t>
      </w:r>
      <w:r>
        <w:br/>
      </w:r>
      <w:r>
        <w:t xml:space="preserve">    (c) as a result of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reveres</w:t>
      </w:r>
      <w:r>
        <w:rPr>
          <w:b/>
          <w:bCs/>
        </w:rPr>
        <w:t xml:space="preserve"> </w:t>
      </w:r>
      <w:r>
        <w:rPr>
          <w:b/>
          <w:bCs/>
        </w:rPr>
        <w:t xml:space="preserve">nature and all that is natural.</w:t>
      </w:r>
      <w:r>
        <w:br/>
      </w:r>
      <w:r>
        <w:t xml:space="preserve">    (a) deeply respects</w:t>
      </w:r>
      <w:r>
        <w:br/>
      </w:r>
      <w:r>
        <w:t xml:space="preserve">    (b) dislikes and avoids</w:t>
      </w:r>
      <w:r>
        <w:br/>
      </w:r>
      <w:r>
        <w:t xml:space="preserve">    (c) thoroughly enjoys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coach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scorns</w:t>
      </w:r>
      <w:r>
        <w:rPr>
          <w:b/>
          <w:bCs/>
        </w:rPr>
        <w:t xml:space="preserve"> </w:t>
      </w:r>
      <w:r>
        <w:rPr>
          <w:b/>
          <w:bCs/>
        </w:rPr>
        <w:t xml:space="preserve">students who don't have natural ability.</w:t>
      </w:r>
      <w:r>
        <w:br/>
      </w:r>
      <w:r>
        <w:t xml:space="preserve">    (a) disrespects</w:t>
      </w:r>
      <w:r>
        <w:br/>
      </w:r>
      <w:r>
        <w:t xml:space="preserve">    (b) trains</w:t>
      </w:r>
      <w:r>
        <w:br/>
      </w:r>
      <w:r>
        <w:t xml:space="preserve">    (c) encourages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Check your sources or you could be sued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slander</w:t>
      </w:r>
      <w:r>
        <w:rPr>
          <w:b/>
          <w:bCs/>
        </w:rPr>
        <w:t xml:space="preserve">.</w:t>
      </w:r>
      <w:r>
        <w:br/>
      </w:r>
      <w:r>
        <w:t xml:space="preserve">    (a) selling a product that is not suitable for its purpose</w:t>
      </w:r>
      <w:r>
        <w:br/>
      </w:r>
      <w:r>
        <w:t xml:space="preserve">    (b) hurting someone's reputation by lying</w:t>
      </w:r>
      <w:r>
        <w:br/>
      </w:r>
      <w:r>
        <w:t xml:space="preserve">    (c) injuring others with outdated scientific information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find it relaxing to wash the holiday dishes, but she finds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tedious</w:t>
      </w:r>
      <w:r>
        <w:rPr>
          <w:b/>
          <w:bCs/>
        </w:rPr>
        <w:t xml:space="preserve">.</w:t>
      </w:r>
      <w:r>
        <w:br/>
      </w:r>
      <w:r>
        <w:t xml:space="preserve">    (a) punishing</w:t>
      </w:r>
      <w:r>
        <w:br/>
      </w:r>
      <w:r>
        <w:t xml:space="preserve">    (b) boring</w:t>
      </w:r>
      <w:r>
        <w:br/>
      </w:r>
      <w:r>
        <w:t xml:space="preserve">    (c) stressful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use of innocents as human shields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transgresses</w:t>
      </w:r>
      <w:r>
        <w:rPr>
          <w:b/>
          <w:bCs/>
        </w:rPr>
        <w:t xml:space="preserve"> </w:t>
      </w:r>
      <w:r>
        <w:rPr>
          <w:b/>
          <w:bCs/>
        </w:rPr>
        <w:t xml:space="preserve">"the laws of war."</w:t>
      </w:r>
      <w:r>
        <w:br/>
      </w:r>
      <w:r>
        <w:t xml:space="preserve">    (a) violates</w:t>
      </w:r>
      <w:r>
        <w:br/>
      </w:r>
      <w:r>
        <w:t xml:space="preserve">    (b) expands</w:t>
      </w:r>
      <w:r>
        <w:br/>
      </w:r>
      <w:r>
        <w:t xml:space="preserve">    (c) is within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suffers the despair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unrequited</w:t>
      </w:r>
      <w:r>
        <w:rPr>
          <w:b/>
          <w:bCs/>
        </w:rPr>
        <w:t xml:space="preserve"> </w:t>
      </w:r>
      <w:r>
        <w:rPr>
          <w:b/>
          <w:bCs/>
        </w:rPr>
        <w:t xml:space="preserve">love.</w:t>
      </w:r>
      <w:r>
        <w:br/>
      </w:r>
      <w:r>
        <w:t xml:space="preserve">    (a) unreturned</w:t>
      </w:r>
      <w:r>
        <w:br/>
      </w:r>
      <w:r>
        <w:t xml:space="preserve">    (b) loss (through death)</w:t>
      </w:r>
      <w:r>
        <w:br/>
      </w:r>
      <w:r>
        <w:t xml:space="preserve">    (c) beyond normal limits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served her country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valor</w:t>
      </w:r>
      <w:r>
        <w:rPr>
          <w:b/>
          <w:bCs/>
        </w:rPr>
        <w:t xml:space="preserve">.</w:t>
      </w:r>
      <w:r>
        <w:br/>
      </w:r>
      <w:r>
        <w:t xml:space="preserve">    (a) courage</w:t>
      </w:r>
      <w:r>
        <w:br/>
      </w:r>
      <w:r>
        <w:t xml:space="preserve">    (b) wisdom</w:t>
      </w:r>
      <w:r>
        <w:br/>
      </w:r>
      <w:r>
        <w:t xml:space="preserve">    (c) enthusiasm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writ</w:t>
      </w:r>
      <w:r>
        <w:rPr>
          <w:b/>
          <w:bCs/>
        </w:rPr>
        <w:t xml:space="preserve"> </w:t>
      </w:r>
      <w:r>
        <w:rPr>
          <w:b/>
          <w:bCs/>
        </w:rPr>
        <w:t xml:space="preserve">of habeas corpus, but the right was temporarily suspended in the troubled country.</w:t>
      </w:r>
      <w:r>
        <w:br/>
      </w:r>
      <w:r>
        <w:t xml:space="preserve">    (a) plot</w:t>
      </w:r>
      <w:r>
        <w:br/>
      </w:r>
      <w:r>
        <w:t xml:space="preserve">    (b) order</w:t>
      </w:r>
      <w:r>
        <w:br/>
      </w:r>
      <w:r>
        <w:t xml:space="preserve">    (c) type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Moving Finger writes; and, having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writ</w:t>
      </w:r>
      <w:r>
        <w:rPr>
          <w:b/>
          <w:bCs/>
        </w:rPr>
        <w:t xml:space="preserve">, moves on:</w:t>
      </w:r>
      <w:r>
        <w:br/>
      </w:r>
      <w:r>
        <w:t xml:space="preserve">    (a) written</w:t>
      </w:r>
      <w:r>
        <w:br/>
      </w:r>
      <w:r>
        <w:t xml:space="preserve">    (b) moved</w:t>
      </w:r>
      <w:r>
        <w:br/>
      </w:r>
      <w:r>
        <w:t xml:space="preserve">    (c) changed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2026-07-31T14:31:22Z</dcterms:created>
  <dcterms:modified xsi:type="dcterms:W3CDTF">2026-07-31T14:31:22Z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