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60f8f9a8a31562139dafa4e431859e9c2a294b"/>
    <w:p>
      <w:pPr>
        <w:pStyle w:val="Heading1"/>
      </w:pPr>
      <w:r>
        <w:rPr>
          <w:b/>
          <w:bCs/>
        </w:rPr>
        <w:t xml:space="preserve">Much Ado About Nothing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greetings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FDA discovered the problem while reviewing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events reported in the database.</w:t>
      </w:r>
      <w:r>
        <w:br/>
      </w:r>
      <w:r>
        <w:t xml:space="preserve">    (a) routine</w:t>
      </w:r>
      <w:r>
        <w:br/>
      </w:r>
      <w:r>
        <w:t xml:space="preserve">    (b) minor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romantic or sexual</w:t>
      </w:r>
      <w:r>
        <w:br/>
      </w:r>
      <w:r>
        <w:t xml:space="preserve">    (b) light-hearted</w:t>
      </w:r>
      <w:r>
        <w:br/>
      </w:r>
      <w:r>
        <w:t xml:space="preserve">    (c) logical or analytical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traditional short story</w:t>
      </w:r>
      <w:r>
        <w:br/>
      </w:r>
      <w:r>
        <w:t xml:space="preserve">    (b) song that tells a story</w:t>
      </w:r>
      <w:r>
        <w:br/>
      </w:r>
      <w:r>
        <w:t xml:space="preserve">    (c) dramatic performance on stage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Loud music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detract</w:t>
      </w:r>
      <w:r>
        <w:rPr>
          <w:b/>
          <w:bCs/>
        </w:rPr>
        <w:t xml:space="preserve"> </w:t>
      </w:r>
      <w:r>
        <w:rPr>
          <w:b/>
          <w:bCs/>
        </w:rPr>
        <w:t xml:space="preserve">from a quiet dinner conversation.</w:t>
      </w:r>
      <w:r>
        <w:br/>
      </w:r>
      <w:r>
        <w:t xml:space="preserve">    (a) match or echo</w:t>
      </w:r>
      <w:r>
        <w:br/>
      </w:r>
      <w:r>
        <w:t xml:space="preserve">    (b) enhance or boost</w:t>
      </w:r>
      <w:r>
        <w:br/>
      </w:r>
      <w:r>
        <w:t xml:space="preserve">    (c) lessen or weaken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defeat</w:t>
      </w:r>
      <w:r>
        <w:br/>
      </w:r>
      <w:r>
        <w:t xml:space="preserve">    (b) criticize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change reality</w:t>
      </w:r>
      <w:r>
        <w:br/>
      </w:r>
      <w:r>
        <w:t xml:space="preserve">    (b) re-think beliefs</w:t>
      </w:r>
      <w:r>
        <w:br/>
      </w:r>
      <w:r>
        <w:t xml:space="preserve">    (c) disguise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family chose a short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rPr>
          <w:b/>
          <w:bCs/>
        </w:rPr>
        <w:t xml:space="preserve"> </w:t>
      </w:r>
      <w:r>
        <w:rPr>
          <w:b/>
          <w:bCs/>
        </w:rPr>
        <w:t xml:space="preserve">to carve on her gravestone.</w:t>
      </w:r>
      <w:r>
        <w:br/>
      </w:r>
      <w:r>
        <w:t xml:space="preserve">    (a) tombstone words</w:t>
      </w:r>
      <w:r>
        <w:br/>
      </w:r>
      <w:r>
        <w:t xml:space="preserve">    (b) wedding speech</w:t>
      </w:r>
      <w:r>
        <w:br/>
      </w:r>
      <w:r>
        <w:t xml:space="preserve">    (c) legal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get caught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rules.</w:t>
      </w:r>
      <w:r>
        <w:br/>
      </w:r>
      <w:r>
        <w:t xml:space="preserve">    (a) complaining about</w:t>
      </w:r>
      <w:r>
        <w:br/>
      </w:r>
      <w:r>
        <w:t xml:space="preserve">    (b) ignoring</w:t>
      </w:r>
      <w:r>
        <w:br/>
      </w:r>
      <w:r>
        <w:t xml:space="preserve">    (c) questioning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bad</w:t>
      </w:r>
      <w:r>
        <w:br/>
      </w:r>
      <w:r>
        <w:t xml:space="preserve">    (b) fame for something exciting</w:t>
      </w:r>
      <w:r>
        <w:br/>
      </w:r>
      <w:r>
        <w:t xml:space="preserve">    (c) fame for something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remember</w:t>
      </w:r>
      <w:r>
        <w:br/>
      </w:r>
      <w:r>
        <w:t xml:space="preserve">    (b) not trust</w:t>
      </w:r>
      <w:r>
        <w:br/>
      </w:r>
      <w:r>
        <w:t xml:space="preserve">    (c) not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signed a written declaration under penalty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perjury</w:t>
      </w:r>
      <w:r>
        <w:rPr>
          <w:b/>
          <w:bCs/>
        </w:rPr>
        <w:t xml:space="preserve">.</w:t>
      </w:r>
      <w:r>
        <w:br/>
      </w:r>
      <w:r>
        <w:t xml:space="preserve">    (a) the criminal offense of disrespecting the court</w:t>
      </w:r>
      <w:r>
        <w:br/>
      </w:r>
      <w:r>
        <w:t xml:space="preserve">    (b) the criminal offense of lying</w:t>
      </w:r>
      <w:r>
        <w:br/>
      </w:r>
      <w:r>
        <w:t xml:space="preserve">    (c) the criminal offense of ignoring a subpoena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discussing her friends, she agreed to cooperate with the investigation.</w:t>
      </w:r>
      <w:r>
        <w:br/>
      </w:r>
      <w:r>
        <w:t xml:space="preserve">    (a) a desire for revenge</w:t>
      </w:r>
      <w:r>
        <w:br/>
      </w:r>
      <w:r>
        <w:t xml:space="preserve">    (b) detailed plans</w:t>
      </w:r>
      <w:r>
        <w:br/>
      </w:r>
      <w:r>
        <w:t xml:space="preserve">    (c) feelings of uneasiness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loaner</w:t>
      </w:r>
      <w:r>
        <w:br/>
      </w:r>
      <w:r>
        <w:t xml:space="preserve">    (b) millionaire</w:t>
      </w:r>
      <w:r>
        <w:br/>
      </w:r>
      <w:r>
        <w:t xml:space="preserve">    (c) collector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criticize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Romeo and Juliet</w:t>
      </w:r>
      <w:r>
        <w:rPr>
          <w:b/>
          <w:bCs/>
        </w:rPr>
        <w:t xml:space="preserve"> </w:t>
      </w:r>
      <w:r>
        <w:rPr>
          <w:b/>
          <w:bCs/>
        </w:rPr>
        <w:t xml:space="preserve">opens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</w:t>
      </w:r>
      <w:r>
        <w:rPr>
          <w:b/>
          <w:bCs/>
        </w:rPr>
        <w:t xml:space="preserve">.</w:t>
      </w:r>
      <w:r>
        <w:br/>
      </w:r>
      <w:r>
        <w:t xml:space="preserve">    (a) narrator introduction</w:t>
      </w:r>
      <w:r>
        <w:br/>
      </w:r>
      <w:r>
        <w:t xml:space="preserve">    (b) moralizing song</w:t>
      </w:r>
      <w:r>
        <w:br/>
      </w:r>
      <w:r>
        <w:t xml:space="preserve">    (c) poem of a particular 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ease</w:t>
      </w:r>
      <w:r>
        <w:br/>
      </w:r>
      <w:r>
        <w:t xml:space="preserve">    (b) gently persuade</w:t>
      </w:r>
      <w:r>
        <w:br/>
      </w:r>
      <w:r>
        <w:t xml:space="preserve">    (c) completely defeat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understood</w:t>
      </w:r>
      <w:r>
        <w:br/>
      </w:r>
      <w:r>
        <w:t xml:space="preserve">    (b) took</w:t>
      </w:r>
      <w:r>
        <w:br/>
      </w:r>
      <w:r>
        <w:t xml:space="preserve">    (c) gave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2026-07-31T14:31:23Z</dcterms:created>
  <dcterms:modified xsi:type="dcterms:W3CDTF">2026-07-31T14:31:23Z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